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3A9E7719" w:rsidR="003166B8" w:rsidRDefault="00000000">
      <w:pPr>
        <w:jc w:val="center"/>
      </w:pPr>
      <w:r>
        <w:rPr>
          <w:b/>
          <w:sz w:val="40"/>
        </w:rPr>
        <w:t xml:space="preserve">BOOK </w:t>
      </w:r>
      <w:r w:rsidR="003D72AA">
        <w:rPr>
          <w:b/>
          <w:sz w:val="40"/>
        </w:rPr>
        <w:t>3</w:t>
      </w:r>
      <w:r>
        <w:rPr>
          <w:b/>
          <w:sz w:val="40"/>
        </w:rPr>
        <w:br/>
      </w:r>
      <w:r w:rsidR="003D72AA">
        <w:rPr>
          <w:b/>
          <w:sz w:val="48"/>
        </w:rPr>
        <w:t>Terms &amp; Conditions</w:t>
      </w:r>
      <w:r>
        <w:rPr>
          <w:sz w:val="28"/>
        </w:rPr>
        <w:br/>
      </w:r>
      <w:r>
        <w:t>Version 1.0</w:t>
      </w:r>
      <w:r>
        <w:br/>
        <w:t>August 2026</w:t>
      </w:r>
    </w:p>
    <w:p w14:paraId="2FB1035E" w14:textId="71738AC3" w:rsidR="001A1491" w:rsidRPr="001A1491" w:rsidRDefault="00000000" w:rsidP="001A1491">
      <w:r>
        <w:br w:type="page"/>
      </w:r>
      <w:r w:rsidR="001A1491" w:rsidRPr="001A1491">
        <w:rPr>
          <w:b/>
          <w:bCs/>
          <w:color w:val="365F91" w:themeColor="accent1" w:themeShade="BF"/>
          <w:sz w:val="28"/>
          <w:szCs w:val="28"/>
          <w:lang w:val="en-GB"/>
        </w:rPr>
        <w:lastRenderedPageBreak/>
        <w:t>Main Content</w:t>
      </w:r>
    </w:p>
    <w:p w14:paraId="26935135" w14:textId="77777777" w:rsidR="005B698A" w:rsidRPr="005B698A" w:rsidRDefault="005B698A" w:rsidP="005B698A">
      <w:pPr>
        <w:rPr>
          <w:b/>
          <w:bCs/>
          <w:lang w:val="en-GB"/>
        </w:rPr>
      </w:pPr>
      <w:r w:rsidRPr="005B698A">
        <w:rPr>
          <w:b/>
          <w:bCs/>
          <w:lang w:val="en-GB"/>
        </w:rPr>
        <w:t>1. Introduction ............................................................................................................. 4</w:t>
      </w:r>
    </w:p>
    <w:p w14:paraId="7C9F2BCD" w14:textId="77777777" w:rsidR="005B698A" w:rsidRPr="005B698A" w:rsidRDefault="005B698A" w:rsidP="005B698A">
      <w:pPr>
        <w:rPr>
          <w:b/>
          <w:bCs/>
          <w:lang w:val="en-GB"/>
        </w:rPr>
      </w:pPr>
      <w:r w:rsidRPr="005B698A">
        <w:rPr>
          <w:b/>
          <w:bCs/>
          <w:lang w:val="en-GB"/>
        </w:rPr>
        <w:t>2. Definitions ............................................................................................................... 5</w:t>
      </w:r>
    </w:p>
    <w:p w14:paraId="0160579B" w14:textId="77777777" w:rsidR="005B698A" w:rsidRPr="005B698A" w:rsidRDefault="005B698A" w:rsidP="005B698A">
      <w:pPr>
        <w:rPr>
          <w:b/>
          <w:bCs/>
          <w:lang w:val="en-GB"/>
        </w:rPr>
      </w:pPr>
      <w:r w:rsidRPr="005B698A">
        <w:rPr>
          <w:b/>
          <w:bCs/>
          <w:lang w:val="en-GB"/>
        </w:rPr>
        <w:t>3. Acceptance of these Terms .................................................................................... 7</w:t>
      </w:r>
    </w:p>
    <w:p w14:paraId="680D79CC" w14:textId="7FDE38A8" w:rsidR="005B698A" w:rsidRPr="005B698A" w:rsidRDefault="005B698A" w:rsidP="005B698A">
      <w:pPr>
        <w:rPr>
          <w:b/>
          <w:bCs/>
          <w:lang w:val="en-GB"/>
        </w:rPr>
      </w:pPr>
      <w:r w:rsidRPr="005B698A">
        <w:rPr>
          <w:b/>
          <w:bCs/>
          <w:lang w:val="en-GB"/>
        </w:rPr>
        <w:t xml:space="preserve">4. About My Sports Coach .......................................................................................... </w:t>
      </w:r>
      <w:r>
        <w:rPr>
          <w:b/>
          <w:bCs/>
          <w:lang w:val="en-GB"/>
        </w:rPr>
        <w:t>9</w:t>
      </w:r>
    </w:p>
    <w:p w14:paraId="6806728E" w14:textId="77777777" w:rsidR="005B698A" w:rsidRPr="005B698A" w:rsidRDefault="005B698A" w:rsidP="005B698A">
      <w:pPr>
        <w:rPr>
          <w:b/>
          <w:bCs/>
          <w:lang w:val="en-GB"/>
        </w:rPr>
      </w:pPr>
      <w:r w:rsidRPr="005B698A">
        <w:rPr>
          <w:b/>
          <w:bCs/>
          <w:lang w:val="en-GB"/>
        </w:rPr>
        <w:t>5. Eligibility to Use the Platform ................................................................................ 12</w:t>
      </w:r>
    </w:p>
    <w:p w14:paraId="5A65A905" w14:textId="77777777" w:rsidR="005B698A" w:rsidRPr="005B698A" w:rsidRDefault="005B698A" w:rsidP="005B698A">
      <w:pPr>
        <w:rPr>
          <w:b/>
          <w:bCs/>
          <w:lang w:val="en-GB"/>
        </w:rPr>
      </w:pPr>
      <w:r w:rsidRPr="005B698A">
        <w:rPr>
          <w:b/>
          <w:bCs/>
          <w:lang w:val="en-GB"/>
        </w:rPr>
        <w:t>6. User Accounts ........................................................................................................ 15</w:t>
      </w:r>
    </w:p>
    <w:p w14:paraId="09121331" w14:textId="77777777" w:rsidR="005B698A" w:rsidRPr="005B698A" w:rsidRDefault="005B698A" w:rsidP="005B698A">
      <w:pPr>
        <w:rPr>
          <w:b/>
          <w:bCs/>
          <w:lang w:val="en-GB"/>
        </w:rPr>
      </w:pPr>
      <w:r w:rsidRPr="005B698A">
        <w:rPr>
          <w:b/>
          <w:bCs/>
          <w:lang w:val="en-GB"/>
        </w:rPr>
        <w:t>7. Coach Registration ................................................................................................. 19</w:t>
      </w:r>
    </w:p>
    <w:p w14:paraId="1576E145" w14:textId="77777777" w:rsidR="005B698A" w:rsidRPr="005B698A" w:rsidRDefault="005B698A" w:rsidP="005B698A">
      <w:pPr>
        <w:rPr>
          <w:b/>
          <w:bCs/>
          <w:lang w:val="en-GB"/>
        </w:rPr>
      </w:pPr>
      <w:r w:rsidRPr="005B698A">
        <w:rPr>
          <w:b/>
          <w:bCs/>
          <w:lang w:val="en-GB"/>
        </w:rPr>
        <w:t>8. Participant Responsibilities ................................................................................... 23</w:t>
      </w:r>
    </w:p>
    <w:p w14:paraId="0CACDCD3" w14:textId="60CFF0D2" w:rsidR="005B698A" w:rsidRPr="005B698A" w:rsidRDefault="005B698A" w:rsidP="005B698A">
      <w:pPr>
        <w:rPr>
          <w:b/>
          <w:bCs/>
          <w:lang w:val="en-GB"/>
        </w:rPr>
      </w:pPr>
      <w:r w:rsidRPr="005B698A">
        <w:rPr>
          <w:b/>
          <w:bCs/>
          <w:lang w:val="en-GB"/>
        </w:rPr>
        <w:t>9. Coach Responsibilities .......................................................................................... 2</w:t>
      </w:r>
      <w:r>
        <w:rPr>
          <w:b/>
          <w:bCs/>
          <w:lang w:val="en-GB"/>
        </w:rPr>
        <w:t>7</w:t>
      </w:r>
    </w:p>
    <w:p w14:paraId="5EA04C70" w14:textId="77777777" w:rsidR="005B698A" w:rsidRPr="005B698A" w:rsidRDefault="005B698A" w:rsidP="005B698A">
      <w:pPr>
        <w:rPr>
          <w:b/>
          <w:bCs/>
          <w:lang w:val="en-GB"/>
        </w:rPr>
      </w:pPr>
      <w:r w:rsidRPr="005B698A">
        <w:rPr>
          <w:b/>
          <w:bCs/>
          <w:lang w:val="en-GB"/>
        </w:rPr>
        <w:t>10. Bookings ............................................................................................................... 30</w:t>
      </w:r>
    </w:p>
    <w:p w14:paraId="46A150F5" w14:textId="77777777" w:rsidR="005B698A" w:rsidRPr="005B698A" w:rsidRDefault="005B698A" w:rsidP="005B698A">
      <w:pPr>
        <w:rPr>
          <w:b/>
          <w:bCs/>
          <w:lang w:val="en-GB"/>
        </w:rPr>
      </w:pPr>
      <w:r w:rsidRPr="005B698A">
        <w:rPr>
          <w:b/>
          <w:bCs/>
          <w:lang w:val="en-GB"/>
        </w:rPr>
        <w:t>11. Payments .............................................................................................................. 33</w:t>
      </w:r>
    </w:p>
    <w:p w14:paraId="35ABB2E7" w14:textId="25BC9E4F" w:rsidR="005B698A" w:rsidRPr="005B698A" w:rsidRDefault="005B698A" w:rsidP="005B698A">
      <w:pPr>
        <w:rPr>
          <w:b/>
          <w:bCs/>
          <w:lang w:val="en-GB"/>
        </w:rPr>
      </w:pPr>
      <w:r w:rsidRPr="005B698A">
        <w:rPr>
          <w:b/>
          <w:bCs/>
          <w:lang w:val="en-GB"/>
        </w:rPr>
        <w:t>12. Platform Fees &amp; Charges ..................................................................................... 3</w:t>
      </w:r>
      <w:r>
        <w:rPr>
          <w:b/>
          <w:bCs/>
          <w:lang w:val="en-GB"/>
        </w:rPr>
        <w:t>7</w:t>
      </w:r>
    </w:p>
    <w:p w14:paraId="16FB10FA" w14:textId="72715B05" w:rsidR="005B698A" w:rsidRPr="005B698A" w:rsidRDefault="005B698A" w:rsidP="005B698A">
      <w:pPr>
        <w:rPr>
          <w:b/>
          <w:bCs/>
          <w:lang w:val="en-GB"/>
        </w:rPr>
      </w:pPr>
      <w:r w:rsidRPr="005B698A">
        <w:rPr>
          <w:b/>
          <w:bCs/>
          <w:lang w:val="en-GB"/>
        </w:rPr>
        <w:t xml:space="preserve">13. Off-Platform Bookings &amp; Fee Circumvention ...................................................... </w:t>
      </w:r>
      <w:r>
        <w:rPr>
          <w:b/>
          <w:bCs/>
          <w:lang w:val="en-GB"/>
        </w:rPr>
        <w:t>40</w:t>
      </w:r>
    </w:p>
    <w:p w14:paraId="38C6FE1E" w14:textId="6962A87F" w:rsidR="005B698A" w:rsidRPr="005B698A" w:rsidRDefault="005B698A" w:rsidP="005B698A">
      <w:pPr>
        <w:rPr>
          <w:b/>
          <w:bCs/>
          <w:lang w:val="en-GB"/>
        </w:rPr>
      </w:pPr>
      <w:r w:rsidRPr="005B698A">
        <w:rPr>
          <w:b/>
          <w:bCs/>
          <w:lang w:val="en-GB"/>
        </w:rPr>
        <w:t>14. Cancellations &amp; Refunds ...................................................................................... 4</w:t>
      </w:r>
      <w:r>
        <w:rPr>
          <w:b/>
          <w:bCs/>
          <w:lang w:val="en-GB"/>
        </w:rPr>
        <w:t>1</w:t>
      </w:r>
    </w:p>
    <w:p w14:paraId="450FA0B0" w14:textId="1F7F8F6B" w:rsidR="005B698A" w:rsidRPr="005B698A" w:rsidRDefault="005B698A" w:rsidP="005B698A">
      <w:pPr>
        <w:rPr>
          <w:b/>
          <w:bCs/>
          <w:lang w:val="en-GB"/>
        </w:rPr>
      </w:pPr>
      <w:r w:rsidRPr="005B698A">
        <w:rPr>
          <w:b/>
          <w:bCs/>
          <w:lang w:val="en-GB"/>
        </w:rPr>
        <w:t>15. Reviews &amp; Ratings ............................................................................................... 4</w:t>
      </w:r>
      <w:r>
        <w:rPr>
          <w:b/>
          <w:bCs/>
          <w:lang w:val="en-GB"/>
        </w:rPr>
        <w:t>4</w:t>
      </w:r>
    </w:p>
    <w:p w14:paraId="039446F9" w14:textId="52912AF7" w:rsidR="005B698A" w:rsidRPr="005B698A" w:rsidRDefault="005B698A" w:rsidP="005B698A">
      <w:pPr>
        <w:rPr>
          <w:b/>
          <w:bCs/>
          <w:lang w:val="en-GB"/>
        </w:rPr>
      </w:pPr>
      <w:r w:rsidRPr="005B698A">
        <w:rPr>
          <w:b/>
          <w:bCs/>
          <w:lang w:val="en-GB"/>
        </w:rPr>
        <w:t>16. Platform Rules ...................................................................................................... 4</w:t>
      </w:r>
      <w:r>
        <w:rPr>
          <w:b/>
          <w:bCs/>
          <w:lang w:val="en-GB"/>
        </w:rPr>
        <w:t>7</w:t>
      </w:r>
    </w:p>
    <w:p w14:paraId="6A73796C" w14:textId="72304EFB" w:rsidR="005B698A" w:rsidRPr="005B698A" w:rsidRDefault="005B698A" w:rsidP="005B698A">
      <w:pPr>
        <w:rPr>
          <w:b/>
          <w:bCs/>
          <w:lang w:val="en-GB"/>
        </w:rPr>
      </w:pPr>
      <w:r w:rsidRPr="005B698A">
        <w:rPr>
          <w:b/>
          <w:bCs/>
          <w:lang w:val="en-GB"/>
        </w:rPr>
        <w:t xml:space="preserve">17. Prohibited Activities ............................................................................................. </w:t>
      </w:r>
      <w:r>
        <w:rPr>
          <w:b/>
          <w:bCs/>
          <w:lang w:val="en-GB"/>
        </w:rPr>
        <w:t>50</w:t>
      </w:r>
    </w:p>
    <w:p w14:paraId="6B062290" w14:textId="03333002" w:rsidR="005B698A" w:rsidRPr="005B698A" w:rsidRDefault="005B698A" w:rsidP="005B698A">
      <w:pPr>
        <w:rPr>
          <w:b/>
          <w:bCs/>
          <w:lang w:val="en-GB"/>
        </w:rPr>
      </w:pPr>
      <w:r w:rsidRPr="005B698A">
        <w:rPr>
          <w:b/>
          <w:bCs/>
          <w:lang w:val="en-GB"/>
        </w:rPr>
        <w:t>18. Privacy &amp; Data Protection ................................................................................... 5</w:t>
      </w:r>
      <w:r>
        <w:rPr>
          <w:b/>
          <w:bCs/>
          <w:lang w:val="en-GB"/>
        </w:rPr>
        <w:t>5</w:t>
      </w:r>
    </w:p>
    <w:p w14:paraId="6568D197" w14:textId="7BD59C65" w:rsidR="005B698A" w:rsidRPr="005B698A" w:rsidRDefault="005B698A" w:rsidP="005B698A">
      <w:pPr>
        <w:rPr>
          <w:b/>
          <w:bCs/>
          <w:lang w:val="en-GB"/>
        </w:rPr>
      </w:pPr>
      <w:r w:rsidRPr="005B698A">
        <w:rPr>
          <w:b/>
          <w:bCs/>
          <w:lang w:val="en-GB"/>
        </w:rPr>
        <w:t>19. Third-Party Services ............................................................................................ 5</w:t>
      </w:r>
      <w:r>
        <w:rPr>
          <w:b/>
          <w:bCs/>
          <w:lang w:val="en-GB"/>
        </w:rPr>
        <w:t>7</w:t>
      </w:r>
    </w:p>
    <w:p w14:paraId="013D81A0" w14:textId="7542AE55" w:rsidR="005B698A" w:rsidRPr="005B698A" w:rsidRDefault="005B698A" w:rsidP="005B698A">
      <w:pPr>
        <w:rPr>
          <w:b/>
          <w:bCs/>
          <w:lang w:val="en-GB"/>
        </w:rPr>
      </w:pPr>
      <w:r w:rsidRPr="005B698A">
        <w:rPr>
          <w:b/>
          <w:bCs/>
          <w:lang w:val="en-GB"/>
        </w:rPr>
        <w:t>20. Limitation of Liability ........................................................................................... 5</w:t>
      </w:r>
      <w:r>
        <w:rPr>
          <w:b/>
          <w:bCs/>
          <w:lang w:val="en-GB"/>
        </w:rPr>
        <w:t>9</w:t>
      </w:r>
    </w:p>
    <w:p w14:paraId="2FA27C97" w14:textId="5F9C4897" w:rsidR="005B698A" w:rsidRPr="005B698A" w:rsidRDefault="005B698A" w:rsidP="005B698A">
      <w:pPr>
        <w:rPr>
          <w:b/>
          <w:bCs/>
          <w:lang w:val="en-GB"/>
        </w:rPr>
      </w:pPr>
      <w:r w:rsidRPr="005B698A">
        <w:rPr>
          <w:b/>
          <w:bCs/>
          <w:lang w:val="en-GB"/>
        </w:rPr>
        <w:t>21. Indemnity .............................................................................................................. 6</w:t>
      </w:r>
      <w:r>
        <w:rPr>
          <w:b/>
          <w:bCs/>
          <w:lang w:val="en-GB"/>
        </w:rPr>
        <w:t>2</w:t>
      </w:r>
    </w:p>
    <w:p w14:paraId="07927FCE" w14:textId="66ACF0B4" w:rsidR="005B698A" w:rsidRPr="005B698A" w:rsidRDefault="005B698A" w:rsidP="005B698A">
      <w:pPr>
        <w:rPr>
          <w:b/>
          <w:bCs/>
          <w:lang w:val="en-GB"/>
        </w:rPr>
      </w:pPr>
      <w:r w:rsidRPr="005B698A">
        <w:rPr>
          <w:b/>
          <w:bCs/>
          <w:lang w:val="en-GB"/>
        </w:rPr>
        <w:t>22. Suspension &amp; Termination .................................................................................. 6</w:t>
      </w:r>
      <w:r>
        <w:rPr>
          <w:b/>
          <w:bCs/>
          <w:lang w:val="en-GB"/>
        </w:rPr>
        <w:t>4</w:t>
      </w:r>
    </w:p>
    <w:p w14:paraId="1A3DC3BD" w14:textId="4094F50A" w:rsidR="005B698A" w:rsidRPr="005B698A" w:rsidRDefault="005B698A" w:rsidP="005B698A">
      <w:pPr>
        <w:rPr>
          <w:b/>
          <w:bCs/>
          <w:lang w:val="en-GB"/>
        </w:rPr>
      </w:pPr>
      <w:r w:rsidRPr="005B698A">
        <w:rPr>
          <w:b/>
          <w:bCs/>
          <w:lang w:val="en-GB"/>
        </w:rPr>
        <w:t>23. Changes to these Terms ..................................................................................... 6</w:t>
      </w:r>
      <w:r>
        <w:rPr>
          <w:b/>
          <w:bCs/>
          <w:lang w:val="en-GB"/>
        </w:rPr>
        <w:t>6</w:t>
      </w:r>
    </w:p>
    <w:p w14:paraId="4E8AE6D7" w14:textId="0A9FB747" w:rsidR="005B698A" w:rsidRPr="005B698A" w:rsidRDefault="005B698A" w:rsidP="005B698A">
      <w:pPr>
        <w:rPr>
          <w:b/>
          <w:bCs/>
          <w:lang w:val="en-GB"/>
        </w:rPr>
      </w:pPr>
      <w:r w:rsidRPr="005B698A">
        <w:rPr>
          <w:b/>
          <w:bCs/>
          <w:lang w:val="en-GB"/>
        </w:rPr>
        <w:t>24. Governing Law ..................................................................................................... 6</w:t>
      </w:r>
      <w:r>
        <w:rPr>
          <w:b/>
          <w:bCs/>
          <w:lang w:val="en-GB"/>
        </w:rPr>
        <w:t>8</w:t>
      </w:r>
    </w:p>
    <w:p w14:paraId="41C698A4" w14:textId="345C4E79" w:rsidR="005B698A" w:rsidRPr="005B698A" w:rsidRDefault="005B698A" w:rsidP="005B698A">
      <w:pPr>
        <w:rPr>
          <w:b/>
          <w:bCs/>
          <w:lang w:val="en-GB"/>
        </w:rPr>
      </w:pPr>
      <w:r w:rsidRPr="005B698A">
        <w:rPr>
          <w:b/>
          <w:bCs/>
          <w:lang w:val="en-GB"/>
        </w:rPr>
        <w:t>25. Contact Us ............................................................................................................ 6</w:t>
      </w:r>
      <w:r>
        <w:rPr>
          <w:b/>
          <w:bCs/>
          <w:lang w:val="en-GB"/>
        </w:rPr>
        <w:t>9</w:t>
      </w:r>
    </w:p>
    <w:p w14:paraId="7ADA9528" w14:textId="77777777" w:rsidR="005B698A" w:rsidRPr="005B698A" w:rsidRDefault="00000000" w:rsidP="005B698A">
      <w:pPr>
        <w:rPr>
          <w:b/>
          <w:bCs/>
          <w:lang w:val="en-GB"/>
        </w:rPr>
      </w:pPr>
      <w:r>
        <w:rPr>
          <w:b/>
          <w:bCs/>
          <w:lang w:val="en-GB"/>
        </w:rPr>
        <w:pict w14:anchorId="72579F9D">
          <v:rect id="_x0000_i2318" style="width:0;height:1.5pt" o:hralign="center" o:hrstd="t" o:hr="t" fillcolor="#a0a0a0" stroked="f"/>
        </w:pict>
      </w:r>
    </w:p>
    <w:p w14:paraId="0ED7E96E" w14:textId="77777777" w:rsidR="005B698A" w:rsidRDefault="005B698A" w:rsidP="005B698A">
      <w:pPr>
        <w:rPr>
          <w:b/>
          <w:bCs/>
          <w:lang w:val="en-GB"/>
        </w:rPr>
      </w:pPr>
    </w:p>
    <w:p w14:paraId="2E99079C" w14:textId="7AAB0B28" w:rsidR="005B698A" w:rsidRPr="005B698A" w:rsidRDefault="005B698A" w:rsidP="005B698A">
      <w:pPr>
        <w:rPr>
          <w:b/>
          <w:bCs/>
          <w:color w:val="365F91" w:themeColor="accent1" w:themeShade="BF"/>
          <w:lang w:val="en-GB"/>
        </w:rPr>
      </w:pPr>
      <w:r w:rsidRPr="005B698A">
        <w:rPr>
          <w:b/>
          <w:bCs/>
          <w:color w:val="365F91" w:themeColor="accent1" w:themeShade="BF"/>
          <w:lang w:val="en-GB"/>
        </w:rPr>
        <w:lastRenderedPageBreak/>
        <w:t>Publication Information</w:t>
      </w:r>
    </w:p>
    <w:p w14:paraId="203342E0" w14:textId="5109507D" w:rsidR="005B698A" w:rsidRPr="005B698A" w:rsidRDefault="005B698A" w:rsidP="005B698A">
      <w:pPr>
        <w:rPr>
          <w:b/>
          <w:bCs/>
          <w:lang w:val="en-GB"/>
        </w:rPr>
      </w:pPr>
      <w:r w:rsidRPr="005B698A">
        <w:rPr>
          <w:b/>
          <w:bCs/>
          <w:lang w:val="en-GB"/>
        </w:rPr>
        <w:t>Copyright Notice ........................................................................................................ 7</w:t>
      </w:r>
      <w:r>
        <w:rPr>
          <w:b/>
          <w:bCs/>
          <w:lang w:val="en-GB"/>
        </w:rPr>
        <w:t>1</w:t>
      </w:r>
    </w:p>
    <w:p w14:paraId="69994691" w14:textId="579A0813" w:rsidR="005B698A" w:rsidRPr="005B698A" w:rsidRDefault="005B698A" w:rsidP="005B698A">
      <w:pPr>
        <w:rPr>
          <w:b/>
          <w:bCs/>
          <w:lang w:val="en-GB"/>
        </w:rPr>
      </w:pPr>
      <w:r w:rsidRPr="005B698A">
        <w:rPr>
          <w:b/>
          <w:bCs/>
          <w:lang w:val="en-GB"/>
        </w:rPr>
        <w:t>Official Publication Statement .................................................................................. 7</w:t>
      </w:r>
      <w:r>
        <w:rPr>
          <w:b/>
          <w:bCs/>
          <w:lang w:val="en-GB"/>
        </w:rPr>
        <w:t>2</w:t>
      </w:r>
    </w:p>
    <w:p w14:paraId="6EBD0257" w14:textId="77777777" w:rsidR="005B698A" w:rsidRPr="005B698A" w:rsidRDefault="005B698A" w:rsidP="005B698A">
      <w:pPr>
        <w:rPr>
          <w:b/>
          <w:bCs/>
          <w:lang w:val="en-GB"/>
        </w:rPr>
      </w:pPr>
      <w:r w:rsidRPr="005B698A">
        <w:rPr>
          <w:b/>
          <w:bCs/>
          <w:lang w:val="en-GB"/>
        </w:rPr>
        <w:t>Document Information .............................................................................................. 7</w:t>
      </w:r>
      <w:r>
        <w:rPr>
          <w:b/>
          <w:bCs/>
          <w:lang w:val="en-GB"/>
        </w:rPr>
        <w:t>2</w:t>
      </w:r>
    </w:p>
    <w:p w14:paraId="48A5640A" w14:textId="77777777" w:rsidR="001A1491" w:rsidRDefault="001A1491" w:rsidP="003D72AA"/>
    <w:p w14:paraId="4ED9680C" w14:textId="77777777" w:rsidR="001A1491" w:rsidRDefault="001A1491" w:rsidP="003D72AA"/>
    <w:p w14:paraId="1D26BBFB" w14:textId="77777777" w:rsidR="001A1491" w:rsidRDefault="001A1491" w:rsidP="003D72AA"/>
    <w:p w14:paraId="754F01DB" w14:textId="1B4C31E8" w:rsidR="001A1491" w:rsidRDefault="001A1491" w:rsidP="003D72AA"/>
    <w:p w14:paraId="74A84B72" w14:textId="77777777" w:rsidR="001A1491" w:rsidRDefault="001A1491" w:rsidP="003D72AA"/>
    <w:p w14:paraId="39D17637" w14:textId="77777777" w:rsidR="001A1491" w:rsidRDefault="001A1491" w:rsidP="003D72AA"/>
    <w:p w14:paraId="238BF0BA" w14:textId="77777777" w:rsidR="001A1491" w:rsidRDefault="001A1491" w:rsidP="003D72AA"/>
    <w:p w14:paraId="49B89D7E" w14:textId="77777777" w:rsidR="001A1491" w:rsidRDefault="001A1491" w:rsidP="003D72AA"/>
    <w:p w14:paraId="7ECD6FBC" w14:textId="77777777" w:rsidR="001A1491" w:rsidRDefault="001A1491" w:rsidP="003D72AA"/>
    <w:p w14:paraId="206EE82A" w14:textId="77777777" w:rsidR="001A1491" w:rsidRDefault="001A1491" w:rsidP="003D72AA"/>
    <w:p w14:paraId="34923B49" w14:textId="77777777" w:rsidR="001A1491" w:rsidRDefault="001A1491" w:rsidP="003D72AA"/>
    <w:p w14:paraId="3CDAE76E" w14:textId="77777777" w:rsidR="001A1491" w:rsidRDefault="001A1491" w:rsidP="003D72AA"/>
    <w:p w14:paraId="0BA837FC" w14:textId="77777777" w:rsidR="001A1491" w:rsidRDefault="001A1491" w:rsidP="003D72AA"/>
    <w:p w14:paraId="5D8121E8" w14:textId="77777777" w:rsidR="001A1491" w:rsidRDefault="001A1491" w:rsidP="003D72AA"/>
    <w:p w14:paraId="6E2F87CC" w14:textId="77777777" w:rsidR="001A1491" w:rsidRDefault="001A1491" w:rsidP="003D72AA"/>
    <w:p w14:paraId="44587A9A" w14:textId="77777777" w:rsidR="001A1491" w:rsidRDefault="001A1491" w:rsidP="003D72AA"/>
    <w:p w14:paraId="4BAE0DAF" w14:textId="77777777" w:rsidR="001A1491" w:rsidRDefault="001A1491" w:rsidP="003D72AA"/>
    <w:p w14:paraId="66B789C5" w14:textId="77777777" w:rsidR="001A1491" w:rsidRDefault="001A1491" w:rsidP="003D72AA"/>
    <w:p w14:paraId="2158F5C4" w14:textId="77777777" w:rsidR="001A1491" w:rsidRDefault="001A1491" w:rsidP="003D72AA"/>
    <w:p w14:paraId="45E37A36" w14:textId="77777777" w:rsidR="00EF0205" w:rsidRDefault="00EF0205" w:rsidP="003D72AA"/>
    <w:p w14:paraId="6055FA8D" w14:textId="77777777" w:rsidR="001A1491" w:rsidRDefault="001A1491" w:rsidP="003D72AA"/>
    <w:p w14:paraId="2826892C" w14:textId="77777777" w:rsidR="001A1491" w:rsidRDefault="001A1491" w:rsidP="003D72AA"/>
    <w:p w14:paraId="0091FA8F" w14:textId="77777777" w:rsidR="001A1491" w:rsidRDefault="001A1491" w:rsidP="003D72AA"/>
    <w:p w14:paraId="44060060" w14:textId="77777777" w:rsidR="001A1491" w:rsidRDefault="001A1491" w:rsidP="003D72AA"/>
    <w:p w14:paraId="58D41B81" w14:textId="7BE6D12F" w:rsidR="003D72AA" w:rsidRPr="003D72AA" w:rsidRDefault="003D72AA" w:rsidP="003D72AA">
      <w:pPr>
        <w:rPr>
          <w:b/>
          <w:bCs/>
          <w:sz w:val="28"/>
          <w:szCs w:val="28"/>
          <w:lang w:val="en-GB"/>
        </w:rPr>
      </w:pPr>
      <w:r w:rsidRPr="003D72AA">
        <w:rPr>
          <w:b/>
          <w:bCs/>
          <w:color w:val="365F91" w:themeColor="accent1" w:themeShade="BF"/>
          <w:sz w:val="28"/>
          <w:szCs w:val="28"/>
          <w:lang w:val="en-GB"/>
        </w:rPr>
        <w:lastRenderedPageBreak/>
        <w:t>1. Introduction</w:t>
      </w:r>
    </w:p>
    <w:p w14:paraId="5C300A97" w14:textId="77777777" w:rsidR="003D72AA" w:rsidRPr="003D72AA" w:rsidRDefault="003D72AA" w:rsidP="003D72AA">
      <w:pPr>
        <w:rPr>
          <w:lang w:val="en-GB"/>
        </w:rPr>
      </w:pPr>
      <w:r w:rsidRPr="003D72AA">
        <w:rPr>
          <w:lang w:val="en-GB"/>
        </w:rPr>
        <w:t>Welcome to My Sports Coach.</w:t>
      </w:r>
    </w:p>
    <w:p w14:paraId="3A131DD2" w14:textId="77777777" w:rsidR="003D72AA" w:rsidRPr="003D72AA" w:rsidRDefault="003D72AA" w:rsidP="003D72AA">
      <w:pPr>
        <w:rPr>
          <w:lang w:val="en-GB"/>
        </w:rPr>
      </w:pPr>
      <w:r w:rsidRPr="003D72AA">
        <w:rPr>
          <w:lang w:val="en-GB"/>
        </w:rPr>
        <w:t>These Terms and Conditions ("Terms") govern access to and use of the My Sports Coach platform, including our website, digital services and any associated applications or features made available by My Sports Coach UK Ltd ("My Sports Coach", "we", "our" or "us").</w:t>
      </w:r>
    </w:p>
    <w:p w14:paraId="0A6BC866" w14:textId="77777777" w:rsidR="003D72AA" w:rsidRPr="003D72AA" w:rsidRDefault="003D72AA" w:rsidP="003D72AA">
      <w:pPr>
        <w:rPr>
          <w:lang w:val="en-GB"/>
        </w:rPr>
      </w:pPr>
      <w:r w:rsidRPr="003D72AA">
        <w:rPr>
          <w:lang w:val="en-GB"/>
        </w:rPr>
        <w:t>My Sports Coach provides an online marketplace that enables participants, parents, guardians, organisations and independent sports coaches to connect, communicate, arrange and manage sports coaching services through a secure digital platform.</w:t>
      </w:r>
    </w:p>
    <w:p w14:paraId="63F3B2FD" w14:textId="77777777" w:rsidR="003D72AA" w:rsidRPr="003D72AA" w:rsidRDefault="003D72AA" w:rsidP="003D72AA">
      <w:pPr>
        <w:rPr>
          <w:lang w:val="en-GB"/>
        </w:rPr>
      </w:pPr>
      <w:r w:rsidRPr="003D72AA">
        <w:rPr>
          <w:lang w:val="en-GB"/>
        </w:rPr>
        <w:t>These Terms establish the legal agreement between My Sports Coach and every individual or organisation that accesses or uses the platform. They explain the rights, responsibilities and obligations of users and set out the rules that help ensure the platform operates safely, fairly and efficiently.</w:t>
      </w:r>
    </w:p>
    <w:p w14:paraId="17268E1F" w14:textId="77777777" w:rsidR="003D72AA" w:rsidRPr="003D72AA" w:rsidRDefault="003D72AA" w:rsidP="003D72AA">
      <w:pPr>
        <w:rPr>
          <w:lang w:val="en-GB"/>
        </w:rPr>
      </w:pPr>
      <w:r w:rsidRPr="003D72AA">
        <w:rPr>
          <w:lang w:val="en-GB"/>
        </w:rPr>
        <w:t>By creating an account, accessing the platform, making a booking, registering as a coach or otherwise using any part of the My Sports Coach services, you confirm that you have read, understood and agree to be legally bound by these Terms together with any other policies referred to within them.</w:t>
      </w:r>
    </w:p>
    <w:p w14:paraId="3D26F88E" w14:textId="77777777" w:rsidR="003D72AA" w:rsidRPr="003D72AA" w:rsidRDefault="003D72AA" w:rsidP="003D72AA">
      <w:pPr>
        <w:rPr>
          <w:lang w:val="en-GB"/>
        </w:rPr>
      </w:pPr>
      <w:r w:rsidRPr="003D72AA">
        <w:rPr>
          <w:lang w:val="en-GB"/>
        </w:rPr>
        <w:t>These Terms should be read alongside the My Sports Coach Privacy Policy, Cookie Policy, Safeguarding Policy and other governance documents published within the My Sports Coach Policy Library. Where additional terms apply to specific services or promotions, those terms will also form part of the agreement between you and My Sports Coach.</w:t>
      </w:r>
    </w:p>
    <w:p w14:paraId="1B1A2965" w14:textId="77777777" w:rsidR="003D72AA" w:rsidRPr="003D72AA" w:rsidRDefault="003D72AA" w:rsidP="003D72AA">
      <w:pPr>
        <w:rPr>
          <w:lang w:val="en-GB"/>
        </w:rPr>
      </w:pPr>
      <w:r w:rsidRPr="003D72AA">
        <w:rPr>
          <w:lang w:val="en-GB"/>
        </w:rPr>
        <w:t>If you do not agree to these Terms, you must not access or continue to use the My Sports Coach platform.</w:t>
      </w:r>
    </w:p>
    <w:p w14:paraId="55B2B7F2" w14:textId="77777777" w:rsidR="003D72AA" w:rsidRPr="003D72AA" w:rsidRDefault="003D72AA" w:rsidP="003D72AA">
      <w:pPr>
        <w:rPr>
          <w:lang w:val="en-GB"/>
        </w:rPr>
      </w:pPr>
      <w:r w:rsidRPr="003D72AA">
        <w:rPr>
          <w:lang w:val="en-GB"/>
        </w:rPr>
        <w:t>My Sports Coach may update these Terms from time to time to reflect changes in legislation, regulatory requirements, technology, platform functionality or business operations. Where material changes are made, we will take reasonable steps to notify users in accordance with our published policies.</w:t>
      </w:r>
    </w:p>
    <w:p w14:paraId="444797DB" w14:textId="77777777" w:rsidR="003D72AA" w:rsidRPr="003D72AA" w:rsidRDefault="003D72AA" w:rsidP="003D72AA">
      <w:pPr>
        <w:rPr>
          <w:lang w:val="en-GB"/>
        </w:rPr>
      </w:pPr>
      <w:r w:rsidRPr="003D72AA">
        <w:rPr>
          <w:lang w:val="en-GB"/>
        </w:rPr>
        <w:t>Our objective is to provide a trusted online marketplace that supports sports coaching across the United Kingdom by promoting transparency, professionalism, safety and positive experiences for both coaches and participants. These Terms play an important role in achieving that objective by establishing clear expectations for everyone who uses the platform.</w:t>
      </w:r>
    </w:p>
    <w:p w14:paraId="127D0457" w14:textId="09997757" w:rsidR="003166B8" w:rsidRDefault="003166B8"/>
    <w:p w14:paraId="54AC11EB" w14:textId="77777777" w:rsidR="003D72AA" w:rsidRDefault="003D72AA"/>
    <w:p w14:paraId="53D3AB77" w14:textId="77777777" w:rsidR="003D72AA" w:rsidRDefault="003D72AA"/>
    <w:p w14:paraId="2FF56AD3" w14:textId="77777777" w:rsidR="003D72AA" w:rsidRDefault="003D72AA"/>
    <w:p w14:paraId="54D7BCFE" w14:textId="77777777" w:rsidR="003D72AA" w:rsidRDefault="003D72AA"/>
    <w:p w14:paraId="52C94627" w14:textId="77777777" w:rsidR="003D72AA" w:rsidRPr="003D72AA" w:rsidRDefault="003D72AA" w:rsidP="003D72AA">
      <w:pPr>
        <w:rPr>
          <w:b/>
          <w:bCs/>
          <w:color w:val="365F91" w:themeColor="accent1" w:themeShade="BF"/>
          <w:sz w:val="28"/>
          <w:szCs w:val="28"/>
          <w:lang w:val="en-GB"/>
        </w:rPr>
      </w:pPr>
      <w:r w:rsidRPr="003D72AA">
        <w:rPr>
          <w:b/>
          <w:bCs/>
          <w:color w:val="365F91" w:themeColor="accent1" w:themeShade="BF"/>
          <w:sz w:val="28"/>
          <w:szCs w:val="28"/>
          <w:lang w:val="en-GB"/>
        </w:rPr>
        <w:lastRenderedPageBreak/>
        <w:t>2. Definitions</w:t>
      </w:r>
    </w:p>
    <w:p w14:paraId="0E9516CB" w14:textId="77777777" w:rsidR="003D72AA" w:rsidRPr="003D72AA" w:rsidRDefault="003D72AA" w:rsidP="003D72AA">
      <w:pPr>
        <w:rPr>
          <w:lang w:val="en-GB"/>
        </w:rPr>
      </w:pPr>
      <w:r w:rsidRPr="003D72AA">
        <w:rPr>
          <w:lang w:val="en-GB"/>
        </w:rPr>
        <w:t>For the purposes of these Terms and Conditions, the following terms have the meanings set out below unless the context requires otherwise.</w:t>
      </w:r>
    </w:p>
    <w:p w14:paraId="08982E4F" w14:textId="77777777" w:rsidR="003D72AA" w:rsidRPr="003D72AA" w:rsidRDefault="00000000" w:rsidP="003D72AA">
      <w:pPr>
        <w:rPr>
          <w:lang w:val="en-GB"/>
        </w:rPr>
      </w:pPr>
      <w:r>
        <w:rPr>
          <w:lang w:val="en-GB"/>
        </w:rPr>
        <w:pict w14:anchorId="3D8C061A">
          <v:rect id="_x0000_i2225" style="width:0;height:1.5pt" o:hralign="center" o:hrstd="t" o:hr="t" fillcolor="#a0a0a0" stroked="f"/>
        </w:pict>
      </w:r>
    </w:p>
    <w:p w14:paraId="513547E4"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Account</w:t>
      </w:r>
    </w:p>
    <w:p w14:paraId="0413E2B4" w14:textId="77777777" w:rsidR="003D72AA" w:rsidRPr="003D72AA" w:rsidRDefault="003D72AA" w:rsidP="003D72AA">
      <w:pPr>
        <w:rPr>
          <w:lang w:val="en-GB"/>
        </w:rPr>
      </w:pPr>
      <w:r w:rsidRPr="003D72AA">
        <w:rPr>
          <w:lang w:val="en-GB"/>
        </w:rPr>
        <w:t>A registered user profile created to access and use the My Sports Coach platform and its services.</w:t>
      </w:r>
    </w:p>
    <w:p w14:paraId="09ECC3F3" w14:textId="77777777" w:rsidR="003D72AA" w:rsidRPr="003D72AA" w:rsidRDefault="00000000" w:rsidP="003D72AA">
      <w:pPr>
        <w:rPr>
          <w:lang w:val="en-GB"/>
        </w:rPr>
      </w:pPr>
      <w:r>
        <w:rPr>
          <w:lang w:val="en-GB"/>
        </w:rPr>
        <w:pict w14:anchorId="3FD2F05B">
          <v:rect id="_x0000_i2226" style="width:0;height:1.5pt" o:hralign="center" o:hrstd="t" o:hr="t" fillcolor="#a0a0a0" stroked="f"/>
        </w:pict>
      </w:r>
    </w:p>
    <w:p w14:paraId="5B25E95D"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Booking</w:t>
      </w:r>
    </w:p>
    <w:p w14:paraId="58767571" w14:textId="77777777" w:rsidR="003D72AA" w:rsidRPr="003D72AA" w:rsidRDefault="003D72AA" w:rsidP="003D72AA">
      <w:pPr>
        <w:rPr>
          <w:lang w:val="en-GB"/>
        </w:rPr>
      </w:pPr>
      <w:r w:rsidRPr="003D72AA">
        <w:rPr>
          <w:lang w:val="en-GB"/>
        </w:rPr>
        <w:t>A coaching session, programme, course, event or other service arranged through the My Sports Coach platform between a participant and a coach.</w:t>
      </w:r>
    </w:p>
    <w:p w14:paraId="53845607" w14:textId="77777777" w:rsidR="003D72AA" w:rsidRPr="003D72AA" w:rsidRDefault="00000000" w:rsidP="003D72AA">
      <w:pPr>
        <w:rPr>
          <w:lang w:val="en-GB"/>
        </w:rPr>
      </w:pPr>
      <w:r>
        <w:rPr>
          <w:lang w:val="en-GB"/>
        </w:rPr>
        <w:pict w14:anchorId="1A5BB5E4">
          <v:rect id="_x0000_i2227" style="width:0;height:1.5pt" o:hralign="center" o:hrstd="t" o:hr="t" fillcolor="#a0a0a0" stroked="f"/>
        </w:pict>
      </w:r>
    </w:p>
    <w:p w14:paraId="16E52C8D"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Coach</w:t>
      </w:r>
    </w:p>
    <w:p w14:paraId="70EAE72D" w14:textId="77777777" w:rsidR="003D72AA" w:rsidRPr="003D72AA" w:rsidRDefault="003D72AA" w:rsidP="003D72AA">
      <w:pPr>
        <w:rPr>
          <w:lang w:val="en-GB"/>
        </w:rPr>
      </w:pPr>
      <w:r w:rsidRPr="003D72AA">
        <w:rPr>
          <w:lang w:val="en-GB"/>
        </w:rPr>
        <w:t>An individual, business or organisation that advertises, offers or delivers sports coaching or related services through the My Sports Coach platform.</w:t>
      </w:r>
    </w:p>
    <w:p w14:paraId="7EB38DE6" w14:textId="77777777" w:rsidR="003D72AA" w:rsidRPr="003D72AA" w:rsidRDefault="003D72AA" w:rsidP="003D72AA">
      <w:pPr>
        <w:rPr>
          <w:lang w:val="en-GB"/>
        </w:rPr>
      </w:pPr>
      <w:r w:rsidRPr="003D72AA">
        <w:rPr>
          <w:lang w:val="en-GB"/>
        </w:rPr>
        <w:t>Unless otherwise stated, coaches operate as independent service providers.</w:t>
      </w:r>
    </w:p>
    <w:p w14:paraId="4957A7C4" w14:textId="77777777" w:rsidR="003D72AA" w:rsidRPr="003D72AA" w:rsidRDefault="00000000" w:rsidP="003D72AA">
      <w:pPr>
        <w:rPr>
          <w:lang w:val="en-GB"/>
        </w:rPr>
      </w:pPr>
      <w:r>
        <w:rPr>
          <w:lang w:val="en-GB"/>
        </w:rPr>
        <w:pict w14:anchorId="4B5DB5B5">
          <v:rect id="_x0000_i2228" style="width:0;height:1.5pt" o:hralign="center" o:hrstd="t" o:hr="t" fillcolor="#a0a0a0" stroked="f"/>
        </w:pict>
      </w:r>
    </w:p>
    <w:p w14:paraId="42CBE3BE"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Content</w:t>
      </w:r>
    </w:p>
    <w:p w14:paraId="22ECCC30" w14:textId="77777777" w:rsidR="003D72AA" w:rsidRPr="003D72AA" w:rsidRDefault="003D72AA" w:rsidP="003D72AA">
      <w:pPr>
        <w:rPr>
          <w:lang w:val="en-GB"/>
        </w:rPr>
      </w:pPr>
      <w:r w:rsidRPr="003D72AA">
        <w:rPr>
          <w:lang w:val="en-GB"/>
        </w:rPr>
        <w:t>Any text, photographs, images, videos, graphics, reviews, comments, documents, data or other material uploaded, submitted, published or displayed through the platform.</w:t>
      </w:r>
    </w:p>
    <w:p w14:paraId="716210F2" w14:textId="77777777" w:rsidR="003D72AA" w:rsidRPr="003D72AA" w:rsidRDefault="00000000" w:rsidP="003D72AA">
      <w:pPr>
        <w:rPr>
          <w:lang w:val="en-GB"/>
        </w:rPr>
      </w:pPr>
      <w:r>
        <w:rPr>
          <w:lang w:val="en-GB"/>
        </w:rPr>
        <w:pict w14:anchorId="6510BE56">
          <v:rect id="_x0000_i2229" style="width:0;height:1.5pt" o:hralign="center" o:hrstd="t" o:hr="t" fillcolor="#a0a0a0" stroked="f"/>
        </w:pict>
      </w:r>
    </w:p>
    <w:p w14:paraId="5A310701"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Fees</w:t>
      </w:r>
    </w:p>
    <w:p w14:paraId="25E68B34" w14:textId="77777777" w:rsidR="003D72AA" w:rsidRPr="003D72AA" w:rsidRDefault="003D72AA" w:rsidP="003D72AA">
      <w:pPr>
        <w:rPr>
          <w:lang w:val="en-GB"/>
        </w:rPr>
      </w:pPr>
      <w:r w:rsidRPr="003D72AA">
        <w:rPr>
          <w:lang w:val="en-GB"/>
        </w:rPr>
        <w:t>Any charges, commissions, subscription fees or other payments payable in connection with the use of the My Sports Coach platform.</w:t>
      </w:r>
    </w:p>
    <w:p w14:paraId="18771B91" w14:textId="77777777" w:rsidR="003D72AA" w:rsidRPr="003D72AA" w:rsidRDefault="00000000" w:rsidP="003D72AA">
      <w:pPr>
        <w:rPr>
          <w:lang w:val="en-GB"/>
        </w:rPr>
      </w:pPr>
      <w:r>
        <w:rPr>
          <w:lang w:val="en-GB"/>
        </w:rPr>
        <w:pict w14:anchorId="4E62E46C">
          <v:rect id="_x0000_i2230" style="width:0;height:1.5pt" o:hralign="center" o:hrstd="t" o:hr="t" fillcolor="#a0a0a0" stroked="f"/>
        </w:pict>
      </w:r>
    </w:p>
    <w:p w14:paraId="2C693CB4"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Participant</w:t>
      </w:r>
    </w:p>
    <w:p w14:paraId="5C4A939D" w14:textId="77777777" w:rsidR="003D72AA" w:rsidRPr="003D72AA" w:rsidRDefault="003D72AA" w:rsidP="003D72AA">
      <w:pPr>
        <w:rPr>
          <w:lang w:val="en-GB"/>
        </w:rPr>
      </w:pPr>
      <w:r w:rsidRPr="003D72AA">
        <w:rPr>
          <w:lang w:val="en-GB"/>
        </w:rPr>
        <w:t>An individual who books, attends or receives coaching services through the platform.</w:t>
      </w:r>
    </w:p>
    <w:p w14:paraId="340DE027" w14:textId="77777777" w:rsidR="003D72AA" w:rsidRPr="003D72AA" w:rsidRDefault="003D72AA" w:rsidP="003D72AA">
      <w:pPr>
        <w:rPr>
          <w:lang w:val="en-GB"/>
        </w:rPr>
      </w:pPr>
      <w:r w:rsidRPr="003D72AA">
        <w:rPr>
          <w:lang w:val="en-GB"/>
        </w:rPr>
        <w:t>Where appropriate, this includes parents, legal guardians or authorised representatives booking on behalf of another individual.</w:t>
      </w:r>
    </w:p>
    <w:p w14:paraId="135D0426" w14:textId="77777777" w:rsidR="003D72AA" w:rsidRPr="003D72AA" w:rsidRDefault="00000000" w:rsidP="003D72AA">
      <w:pPr>
        <w:rPr>
          <w:lang w:val="en-GB"/>
        </w:rPr>
      </w:pPr>
      <w:r>
        <w:rPr>
          <w:lang w:val="en-GB"/>
        </w:rPr>
        <w:pict w14:anchorId="42E1F4C0">
          <v:rect id="_x0000_i2231" style="width:0;height:1.5pt" o:hralign="center" o:hrstd="t" o:hr="t" fillcolor="#a0a0a0" stroked="f"/>
        </w:pict>
      </w:r>
    </w:p>
    <w:p w14:paraId="76477ABC" w14:textId="77777777" w:rsidR="00BC0A9A" w:rsidRDefault="00BC0A9A" w:rsidP="003D72AA">
      <w:pPr>
        <w:rPr>
          <w:b/>
          <w:bCs/>
          <w:color w:val="365F91" w:themeColor="accent1" w:themeShade="BF"/>
          <w:lang w:val="en-GB"/>
        </w:rPr>
      </w:pPr>
    </w:p>
    <w:p w14:paraId="3AB1B595" w14:textId="77777777" w:rsidR="00BC0A9A" w:rsidRDefault="00BC0A9A" w:rsidP="003D72AA">
      <w:pPr>
        <w:rPr>
          <w:b/>
          <w:bCs/>
          <w:color w:val="365F91" w:themeColor="accent1" w:themeShade="BF"/>
          <w:lang w:val="en-GB"/>
        </w:rPr>
      </w:pPr>
    </w:p>
    <w:p w14:paraId="7274E052" w14:textId="2F3C6314" w:rsidR="003D72AA" w:rsidRPr="003D72AA" w:rsidRDefault="003D72AA" w:rsidP="003D72AA">
      <w:pPr>
        <w:rPr>
          <w:b/>
          <w:bCs/>
          <w:color w:val="365F91" w:themeColor="accent1" w:themeShade="BF"/>
          <w:lang w:val="en-GB"/>
        </w:rPr>
      </w:pPr>
      <w:r w:rsidRPr="003D72AA">
        <w:rPr>
          <w:b/>
          <w:bCs/>
          <w:color w:val="365F91" w:themeColor="accent1" w:themeShade="BF"/>
          <w:lang w:val="en-GB"/>
        </w:rPr>
        <w:t>Platform</w:t>
      </w:r>
    </w:p>
    <w:p w14:paraId="08CEA4AD" w14:textId="77777777" w:rsidR="003D72AA" w:rsidRPr="003D72AA" w:rsidRDefault="003D72AA" w:rsidP="003D72AA">
      <w:pPr>
        <w:rPr>
          <w:lang w:val="en-GB"/>
        </w:rPr>
      </w:pPr>
      <w:r w:rsidRPr="003D72AA">
        <w:rPr>
          <w:lang w:val="en-GB"/>
        </w:rPr>
        <w:t>The My Sports Coach website, online marketplace, digital services, software, applications and any associated technology operated by My Sports Coach UK Ltd.</w:t>
      </w:r>
    </w:p>
    <w:p w14:paraId="7A903020" w14:textId="77777777" w:rsidR="003D72AA" w:rsidRPr="003D72AA" w:rsidRDefault="00000000" w:rsidP="003D72AA">
      <w:pPr>
        <w:rPr>
          <w:lang w:val="en-GB"/>
        </w:rPr>
      </w:pPr>
      <w:r>
        <w:rPr>
          <w:lang w:val="en-GB"/>
        </w:rPr>
        <w:pict w14:anchorId="71774AB4">
          <v:rect id="_x0000_i2232" style="width:0;height:1.5pt" o:hralign="center" o:hrstd="t" o:hr="t" fillcolor="#a0a0a0" stroked="f"/>
        </w:pict>
      </w:r>
    </w:p>
    <w:p w14:paraId="08932D12"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Services</w:t>
      </w:r>
    </w:p>
    <w:p w14:paraId="1134BF51" w14:textId="77777777" w:rsidR="003D72AA" w:rsidRPr="003D72AA" w:rsidRDefault="003D72AA" w:rsidP="003D72AA">
      <w:pPr>
        <w:rPr>
          <w:lang w:val="en-GB"/>
        </w:rPr>
      </w:pPr>
      <w:r w:rsidRPr="003D72AA">
        <w:rPr>
          <w:lang w:val="en-GB"/>
        </w:rPr>
        <w:t>The facilities, functionality and services provided through the My Sports Coach platform, including coach listings, bookings, payments, messaging and other related features.</w:t>
      </w:r>
    </w:p>
    <w:p w14:paraId="2F9C4D9C" w14:textId="77777777" w:rsidR="003D72AA" w:rsidRPr="003D72AA" w:rsidRDefault="00000000" w:rsidP="003D72AA">
      <w:pPr>
        <w:rPr>
          <w:lang w:val="en-GB"/>
        </w:rPr>
      </w:pPr>
      <w:r>
        <w:rPr>
          <w:lang w:val="en-GB"/>
        </w:rPr>
        <w:pict w14:anchorId="0879DD3F">
          <v:rect id="_x0000_i2233" style="width:0;height:1.5pt" o:hralign="center" o:hrstd="t" o:hr="t" fillcolor="#a0a0a0" stroked="f"/>
        </w:pict>
      </w:r>
    </w:p>
    <w:p w14:paraId="1A5A2294"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Terms</w:t>
      </w:r>
    </w:p>
    <w:p w14:paraId="0EED577E" w14:textId="77777777" w:rsidR="003D72AA" w:rsidRPr="003D72AA" w:rsidRDefault="003D72AA" w:rsidP="003D72AA">
      <w:pPr>
        <w:rPr>
          <w:lang w:val="en-GB"/>
        </w:rPr>
      </w:pPr>
      <w:r w:rsidRPr="003D72AA">
        <w:rPr>
          <w:lang w:val="en-GB"/>
        </w:rPr>
        <w:t>These Terms and Conditions, together with any policies, notices or documents incorporated by reference.</w:t>
      </w:r>
    </w:p>
    <w:p w14:paraId="42423A71" w14:textId="77777777" w:rsidR="003D72AA" w:rsidRPr="003D72AA" w:rsidRDefault="00000000" w:rsidP="003D72AA">
      <w:pPr>
        <w:rPr>
          <w:lang w:val="en-GB"/>
        </w:rPr>
      </w:pPr>
      <w:r>
        <w:rPr>
          <w:lang w:val="en-GB"/>
        </w:rPr>
        <w:pict w14:anchorId="4629651F">
          <v:rect id="_x0000_i2234" style="width:0;height:1.5pt" o:hralign="center" o:hrstd="t" o:hr="t" fillcolor="#a0a0a0" stroked="f"/>
        </w:pict>
      </w:r>
    </w:p>
    <w:p w14:paraId="01C8C756"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User</w:t>
      </w:r>
    </w:p>
    <w:p w14:paraId="0E93F042" w14:textId="77777777" w:rsidR="003D72AA" w:rsidRPr="003D72AA" w:rsidRDefault="003D72AA" w:rsidP="003D72AA">
      <w:pPr>
        <w:rPr>
          <w:lang w:val="en-GB"/>
        </w:rPr>
      </w:pPr>
      <w:r w:rsidRPr="003D72AA">
        <w:rPr>
          <w:lang w:val="en-GB"/>
        </w:rPr>
        <w:t>Any individual or organisation that accesses, browses, registers with or otherwise uses the My Sports Coach platform.</w:t>
      </w:r>
    </w:p>
    <w:p w14:paraId="5C74C86D" w14:textId="77777777" w:rsidR="003D72AA" w:rsidRPr="003D72AA" w:rsidRDefault="003D72AA" w:rsidP="003D72AA">
      <w:pPr>
        <w:rPr>
          <w:lang w:val="en-GB"/>
        </w:rPr>
      </w:pPr>
      <w:r w:rsidRPr="003D72AA">
        <w:rPr>
          <w:lang w:val="en-GB"/>
        </w:rPr>
        <w:t>Users include coaches, participants, parents, guardians, organisations and visitors.</w:t>
      </w:r>
    </w:p>
    <w:p w14:paraId="0739F423" w14:textId="77777777" w:rsidR="003D72AA" w:rsidRPr="003D72AA" w:rsidRDefault="00000000" w:rsidP="003D72AA">
      <w:pPr>
        <w:rPr>
          <w:lang w:val="en-GB"/>
        </w:rPr>
      </w:pPr>
      <w:r>
        <w:rPr>
          <w:lang w:val="en-GB"/>
        </w:rPr>
        <w:pict w14:anchorId="3D1928AF">
          <v:rect id="_x0000_i2235" style="width:0;height:1.5pt" o:hralign="center" o:hrstd="t" o:hr="t" fillcolor="#a0a0a0" stroked="f"/>
        </w:pict>
      </w:r>
    </w:p>
    <w:p w14:paraId="5557A3D4"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Verification</w:t>
      </w:r>
    </w:p>
    <w:p w14:paraId="1E34CFF0" w14:textId="77777777" w:rsidR="003D72AA" w:rsidRPr="003D72AA" w:rsidRDefault="003D72AA" w:rsidP="003D72AA">
      <w:pPr>
        <w:rPr>
          <w:lang w:val="en-GB"/>
        </w:rPr>
      </w:pPr>
      <w:r w:rsidRPr="003D72AA">
        <w:rPr>
          <w:lang w:val="en-GB"/>
        </w:rPr>
        <w:t>The process through which My Sports Coach may review information or documentation submitted by coaches to support identity, qualification, safeguarding, insurance or other verification activities.</w:t>
      </w:r>
    </w:p>
    <w:p w14:paraId="6B19EE72" w14:textId="77777777" w:rsidR="003D72AA" w:rsidRPr="003D72AA" w:rsidRDefault="003D72AA" w:rsidP="003D72AA">
      <w:pPr>
        <w:rPr>
          <w:lang w:val="en-GB"/>
        </w:rPr>
      </w:pPr>
      <w:r w:rsidRPr="003D72AA">
        <w:rPr>
          <w:lang w:val="en-GB"/>
        </w:rPr>
        <w:t>Verification indicates that specified information has been reviewed by My Sports Coach but does not constitute a guarantee of competence, suitability or future performance.</w:t>
      </w:r>
    </w:p>
    <w:p w14:paraId="5CDD7776" w14:textId="77777777" w:rsidR="003D72AA" w:rsidRPr="003D72AA" w:rsidRDefault="00000000" w:rsidP="003D72AA">
      <w:pPr>
        <w:rPr>
          <w:lang w:val="en-GB"/>
        </w:rPr>
      </w:pPr>
      <w:r>
        <w:rPr>
          <w:lang w:val="en-GB"/>
        </w:rPr>
        <w:pict w14:anchorId="093A93ED">
          <v:rect id="_x0000_i2236" style="width:0;height:1.5pt" o:hralign="center" o:hrstd="t" o:hr="t" fillcolor="#a0a0a0" stroked="f"/>
        </w:pict>
      </w:r>
    </w:p>
    <w:p w14:paraId="373CC102"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Website</w:t>
      </w:r>
    </w:p>
    <w:p w14:paraId="30C54D15" w14:textId="77777777" w:rsidR="003D72AA" w:rsidRPr="003D72AA" w:rsidRDefault="003D72AA" w:rsidP="003D72AA">
      <w:pPr>
        <w:rPr>
          <w:lang w:val="en-GB"/>
        </w:rPr>
      </w:pPr>
      <w:r w:rsidRPr="003D72AA">
        <w:rPr>
          <w:lang w:val="en-GB"/>
        </w:rPr>
        <w:t>The My Sports Coach website together with any associated webpages, applications or online services operated by My Sports Coach UK Ltd.</w:t>
      </w:r>
    </w:p>
    <w:p w14:paraId="1C2AF2ED" w14:textId="77777777" w:rsidR="003D72AA" w:rsidRPr="003D72AA" w:rsidRDefault="00000000" w:rsidP="003D72AA">
      <w:pPr>
        <w:rPr>
          <w:lang w:val="en-GB"/>
        </w:rPr>
      </w:pPr>
      <w:r>
        <w:rPr>
          <w:lang w:val="en-GB"/>
        </w:rPr>
        <w:pict w14:anchorId="2749901D">
          <v:rect id="_x0000_i2237" style="width:0;height:1.5pt" o:hralign="center" o:hrstd="t" o:hr="t" fillcolor="#a0a0a0" stroked="f"/>
        </w:pict>
      </w:r>
    </w:p>
    <w:p w14:paraId="36B62ED6"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Working Day</w:t>
      </w:r>
    </w:p>
    <w:p w14:paraId="062F9F30" w14:textId="77777777" w:rsidR="003D72AA" w:rsidRPr="003D72AA" w:rsidRDefault="003D72AA" w:rsidP="003D72AA">
      <w:pPr>
        <w:rPr>
          <w:lang w:val="en-GB"/>
        </w:rPr>
      </w:pPr>
      <w:r w:rsidRPr="003D72AA">
        <w:rPr>
          <w:lang w:val="en-GB"/>
        </w:rPr>
        <w:lastRenderedPageBreak/>
        <w:t>Any day other than a Saturday, Sunday or public holiday in England and Wales.</w:t>
      </w:r>
    </w:p>
    <w:p w14:paraId="6BFAA6F0" w14:textId="77777777" w:rsidR="003D72AA" w:rsidRPr="003D72AA" w:rsidRDefault="00000000" w:rsidP="003D72AA">
      <w:pPr>
        <w:rPr>
          <w:lang w:val="en-GB"/>
        </w:rPr>
      </w:pPr>
      <w:r>
        <w:rPr>
          <w:lang w:val="en-GB"/>
        </w:rPr>
        <w:pict w14:anchorId="4C2A7809">
          <v:rect id="_x0000_i2238" style="width:0;height:1.5pt" o:hralign="center" o:hrstd="t" o:hr="t" fillcolor="#a0a0a0" stroked="f"/>
        </w:pict>
      </w:r>
    </w:p>
    <w:p w14:paraId="09E32F5D"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Written Notice</w:t>
      </w:r>
    </w:p>
    <w:p w14:paraId="6B9CC518" w14:textId="77777777" w:rsidR="003D72AA" w:rsidRPr="003D72AA" w:rsidRDefault="003D72AA" w:rsidP="003D72AA">
      <w:pPr>
        <w:rPr>
          <w:lang w:val="en-GB"/>
        </w:rPr>
      </w:pPr>
      <w:r w:rsidRPr="003D72AA">
        <w:rPr>
          <w:lang w:val="en-GB"/>
        </w:rPr>
        <w:t>A communication provided by email, through the platform or by any other method that My Sports Coach reasonably considers appropriate for the circumstances.</w:t>
      </w:r>
    </w:p>
    <w:p w14:paraId="78422067" w14:textId="77777777" w:rsidR="003D72AA" w:rsidRPr="003D72AA" w:rsidRDefault="00000000" w:rsidP="003D72AA">
      <w:pPr>
        <w:rPr>
          <w:lang w:val="en-GB"/>
        </w:rPr>
      </w:pPr>
      <w:r>
        <w:rPr>
          <w:lang w:val="en-GB"/>
        </w:rPr>
        <w:pict w14:anchorId="144BC066">
          <v:rect id="_x0000_i2239" style="width:0;height:1.5pt" o:hralign="center" o:hrstd="t" o:hr="t" fillcolor="#a0a0a0" stroked="f"/>
        </w:pict>
      </w:r>
    </w:p>
    <w:p w14:paraId="1BE204D5"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Intellectual Property</w:t>
      </w:r>
    </w:p>
    <w:p w14:paraId="48E02B22" w14:textId="77777777" w:rsidR="003D72AA" w:rsidRPr="003D72AA" w:rsidRDefault="003D72AA" w:rsidP="003D72AA">
      <w:pPr>
        <w:rPr>
          <w:lang w:val="en-GB"/>
        </w:rPr>
      </w:pPr>
      <w:r w:rsidRPr="003D72AA">
        <w:rPr>
          <w:lang w:val="en-GB"/>
        </w:rPr>
        <w:t>All copyright, trademarks, trade names, logos, designs, databases, software, content and other intellectual property rights owned by or licensed to My Sports Coach.</w:t>
      </w:r>
    </w:p>
    <w:p w14:paraId="5AE38354" w14:textId="77777777" w:rsidR="003D72AA" w:rsidRPr="003D72AA" w:rsidRDefault="00000000" w:rsidP="003D72AA">
      <w:pPr>
        <w:rPr>
          <w:lang w:val="en-GB"/>
        </w:rPr>
      </w:pPr>
      <w:r>
        <w:rPr>
          <w:lang w:val="en-GB"/>
        </w:rPr>
        <w:pict w14:anchorId="3920B557">
          <v:rect id="_x0000_i2240" style="width:0;height:1.5pt" o:hralign="center" o:hrstd="t" o:hr="t" fillcolor="#a0a0a0" stroked="f"/>
        </w:pict>
      </w:r>
    </w:p>
    <w:p w14:paraId="65320E65"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Third-Party Services</w:t>
      </w:r>
    </w:p>
    <w:p w14:paraId="4C5F3393" w14:textId="77777777" w:rsidR="003D72AA" w:rsidRPr="003D72AA" w:rsidRDefault="003D72AA" w:rsidP="003D72AA">
      <w:pPr>
        <w:rPr>
          <w:lang w:val="en-GB"/>
        </w:rPr>
      </w:pPr>
      <w:r w:rsidRPr="003D72AA">
        <w:rPr>
          <w:lang w:val="en-GB"/>
        </w:rPr>
        <w:t>Products, services, software or websites provided by organisations other than My Sports Coach that may be integrated with or accessible through the platform.</w:t>
      </w:r>
    </w:p>
    <w:p w14:paraId="7B4A640B" w14:textId="77777777" w:rsidR="003D72AA" w:rsidRPr="003D72AA" w:rsidRDefault="00000000" w:rsidP="003D72AA">
      <w:pPr>
        <w:rPr>
          <w:lang w:val="en-GB"/>
        </w:rPr>
      </w:pPr>
      <w:r>
        <w:rPr>
          <w:lang w:val="en-GB"/>
        </w:rPr>
        <w:pict w14:anchorId="36D98B7F">
          <v:rect id="_x0000_i2241" style="width:0;height:1.5pt" o:hralign="center" o:hrstd="t" o:hr="t" fillcolor="#a0a0a0" stroked="f"/>
        </w:pict>
      </w:r>
    </w:p>
    <w:p w14:paraId="6FECEB6F"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Governing Law</w:t>
      </w:r>
    </w:p>
    <w:p w14:paraId="13BECD26" w14:textId="19D0F403" w:rsidR="003D72AA" w:rsidRDefault="003D72AA">
      <w:pPr>
        <w:rPr>
          <w:lang w:val="en-GB"/>
        </w:rPr>
      </w:pPr>
      <w:r w:rsidRPr="003D72AA">
        <w:rPr>
          <w:lang w:val="en-GB"/>
        </w:rPr>
        <w:t>The laws of England and Wales governing these Terms and any dispute arising from them, unless otherwise required by applicable law.</w:t>
      </w:r>
    </w:p>
    <w:p w14:paraId="6CAAFB7C" w14:textId="77777777" w:rsidR="00BC0A9A" w:rsidRPr="00BC0A9A" w:rsidRDefault="00BC0A9A">
      <w:pPr>
        <w:rPr>
          <w:rStyle w:val="Strong"/>
          <w:color w:val="365F91" w:themeColor="accent1" w:themeShade="BF"/>
        </w:rPr>
      </w:pPr>
      <w:r w:rsidRPr="00BC0A9A">
        <w:rPr>
          <w:rStyle w:val="Strong"/>
          <w:color w:val="365F91" w:themeColor="accent1" w:themeShade="BF"/>
        </w:rPr>
        <w:t>Commission</w:t>
      </w:r>
    </w:p>
    <w:p w14:paraId="7FDB73C6" w14:textId="2C83760D" w:rsidR="00BC0A9A" w:rsidRPr="00BC0A9A" w:rsidRDefault="00BC0A9A">
      <w:pPr>
        <w:rPr>
          <w:lang w:val="en-GB"/>
        </w:rPr>
      </w:pPr>
      <w:r w:rsidRPr="00BC0A9A">
        <w:t xml:space="preserve">The percentage fee payable by a coach to My Sports Coach on successful bookings completed through the platform. Unless otherwise stated, the standard commission rate is </w:t>
      </w:r>
      <w:r w:rsidRPr="00BC0A9A">
        <w:rPr>
          <w:rStyle w:val="Strong"/>
        </w:rPr>
        <w:t>15%</w:t>
      </w:r>
      <w:r w:rsidRPr="00BC0A9A">
        <w:t xml:space="preserve"> of the booking value.</w:t>
      </w:r>
    </w:p>
    <w:p w14:paraId="4A30B962" w14:textId="77777777" w:rsidR="003D72AA" w:rsidRPr="003D72AA" w:rsidRDefault="003D72AA" w:rsidP="003D72AA">
      <w:pPr>
        <w:rPr>
          <w:b/>
          <w:bCs/>
          <w:color w:val="365F91" w:themeColor="accent1" w:themeShade="BF"/>
          <w:sz w:val="28"/>
          <w:szCs w:val="28"/>
          <w:lang w:val="en-GB"/>
        </w:rPr>
      </w:pPr>
      <w:r w:rsidRPr="003D72AA">
        <w:rPr>
          <w:b/>
          <w:bCs/>
          <w:color w:val="365F91" w:themeColor="accent1" w:themeShade="BF"/>
          <w:sz w:val="28"/>
          <w:szCs w:val="28"/>
          <w:lang w:val="en-GB"/>
        </w:rPr>
        <w:t>3. Acceptance of these Terms</w:t>
      </w:r>
    </w:p>
    <w:p w14:paraId="4A44AE1B" w14:textId="77777777" w:rsidR="003D72AA" w:rsidRPr="003D72AA" w:rsidRDefault="003D72AA" w:rsidP="003D72AA">
      <w:pPr>
        <w:rPr>
          <w:lang w:val="en-GB"/>
        </w:rPr>
      </w:pPr>
      <w:r w:rsidRPr="003D72AA">
        <w:rPr>
          <w:lang w:val="en-GB"/>
        </w:rPr>
        <w:t>These Terms and Conditions govern your access to and use of the My Sports Coach platform.</w:t>
      </w:r>
    </w:p>
    <w:p w14:paraId="47D822EA" w14:textId="77777777" w:rsidR="003D72AA" w:rsidRPr="003D72AA" w:rsidRDefault="003D72AA" w:rsidP="003D72AA">
      <w:pPr>
        <w:rPr>
          <w:lang w:val="en-GB"/>
        </w:rPr>
      </w:pPr>
      <w:r w:rsidRPr="003D72AA">
        <w:rPr>
          <w:lang w:val="en-GB"/>
        </w:rPr>
        <w:t>By accessing our website, creating an account, registering as a coach, making a booking, purchasing services or otherwise using any part of the My Sports Coach platform, you confirm that you have read, understood and agree to be legally bound by these Terms.</w:t>
      </w:r>
    </w:p>
    <w:p w14:paraId="49C0546F" w14:textId="77777777" w:rsidR="003D72AA" w:rsidRPr="003D72AA" w:rsidRDefault="003D72AA" w:rsidP="003D72AA">
      <w:pPr>
        <w:rPr>
          <w:lang w:val="en-GB"/>
        </w:rPr>
      </w:pPr>
      <w:r w:rsidRPr="003D72AA">
        <w:rPr>
          <w:lang w:val="en-GB"/>
        </w:rPr>
        <w:t>If you do not agree to these Terms, you must not access, register for or continue to use the My Sports Coach platform.</w:t>
      </w:r>
    </w:p>
    <w:p w14:paraId="7273EF9A" w14:textId="77777777" w:rsidR="003D72AA" w:rsidRPr="003D72AA" w:rsidRDefault="00000000" w:rsidP="003D72AA">
      <w:pPr>
        <w:rPr>
          <w:lang w:val="en-GB"/>
        </w:rPr>
      </w:pPr>
      <w:r>
        <w:rPr>
          <w:lang w:val="en-GB"/>
        </w:rPr>
        <w:pict w14:anchorId="0F68A2B5">
          <v:rect id="_x0000_i2242" style="width:0;height:1.5pt" o:hralign="center" o:hrstd="t" o:hr="t" fillcolor="#a0a0a0" stroked="f"/>
        </w:pict>
      </w:r>
    </w:p>
    <w:p w14:paraId="64BBD982"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3.1 Agreement Between You and My Sports Coach</w:t>
      </w:r>
    </w:p>
    <w:p w14:paraId="15944617" w14:textId="77777777" w:rsidR="003D72AA" w:rsidRPr="003D72AA" w:rsidRDefault="003D72AA" w:rsidP="003D72AA">
      <w:pPr>
        <w:rPr>
          <w:lang w:val="en-GB"/>
        </w:rPr>
      </w:pPr>
      <w:r w:rsidRPr="003D72AA">
        <w:rPr>
          <w:lang w:val="en-GB"/>
        </w:rPr>
        <w:lastRenderedPageBreak/>
        <w:t>These Terms form a legally binding agreement between you and My Sports Coach UK Ltd in relation to your use of the platform.</w:t>
      </w:r>
    </w:p>
    <w:p w14:paraId="7451AF7A" w14:textId="77777777" w:rsidR="003D72AA" w:rsidRPr="003D72AA" w:rsidRDefault="003D72AA" w:rsidP="003D72AA">
      <w:pPr>
        <w:rPr>
          <w:lang w:val="en-GB"/>
        </w:rPr>
      </w:pPr>
      <w:r w:rsidRPr="003D72AA">
        <w:rPr>
          <w:lang w:val="en-GB"/>
        </w:rPr>
        <w:t>Depending on how you use the platform, additional agreements may also apply. For example, when a participant books coaching services from an independent coach, a separate contractual relationship may arise between the participant and the coach for the provision of those coaching services.</w:t>
      </w:r>
    </w:p>
    <w:p w14:paraId="7CC5D453" w14:textId="77777777" w:rsidR="003D72AA" w:rsidRPr="003D72AA" w:rsidRDefault="003D72AA" w:rsidP="003D72AA">
      <w:pPr>
        <w:rPr>
          <w:lang w:val="en-GB"/>
        </w:rPr>
      </w:pPr>
      <w:r w:rsidRPr="003D72AA">
        <w:rPr>
          <w:lang w:val="en-GB"/>
        </w:rPr>
        <w:t>My Sports Coach provides the platform through which those services may be advertised, discovered and booked but is not generally a party to the coaching agreement between the participant and the coach unless expressly stated otherwise.</w:t>
      </w:r>
    </w:p>
    <w:p w14:paraId="4C6F81D7" w14:textId="77777777" w:rsidR="003D72AA" w:rsidRPr="003D72AA" w:rsidRDefault="00000000" w:rsidP="003D72AA">
      <w:pPr>
        <w:rPr>
          <w:lang w:val="en-GB"/>
        </w:rPr>
      </w:pPr>
      <w:r>
        <w:rPr>
          <w:lang w:val="en-GB"/>
        </w:rPr>
        <w:pict w14:anchorId="3C36BD57">
          <v:rect id="_x0000_i2243" style="width:0;height:1.5pt" o:hralign="center" o:hrstd="t" o:hr="t" fillcolor="#a0a0a0" stroked="f"/>
        </w:pict>
      </w:r>
    </w:p>
    <w:p w14:paraId="6CD50186" w14:textId="77777777" w:rsidR="003D72AA" w:rsidRPr="003D72AA" w:rsidRDefault="003D72AA" w:rsidP="003D72AA">
      <w:pPr>
        <w:rPr>
          <w:b/>
          <w:bCs/>
          <w:lang w:val="en-GB"/>
        </w:rPr>
      </w:pPr>
      <w:r w:rsidRPr="003D72AA">
        <w:rPr>
          <w:b/>
          <w:bCs/>
          <w:color w:val="365F91" w:themeColor="accent1" w:themeShade="BF"/>
          <w:lang w:val="en-GB"/>
        </w:rPr>
        <w:t>3.2 Eligibility to Accept These Terms</w:t>
      </w:r>
    </w:p>
    <w:p w14:paraId="42A86B83" w14:textId="77777777" w:rsidR="003D72AA" w:rsidRPr="003D72AA" w:rsidRDefault="003D72AA" w:rsidP="003D72AA">
      <w:pPr>
        <w:rPr>
          <w:lang w:val="en-GB"/>
        </w:rPr>
      </w:pPr>
      <w:r w:rsidRPr="003D72AA">
        <w:rPr>
          <w:lang w:val="en-GB"/>
        </w:rPr>
        <w:t>By accepting these Terms, you confirm that:</w:t>
      </w:r>
    </w:p>
    <w:p w14:paraId="523167EA" w14:textId="77777777" w:rsidR="003D72AA" w:rsidRPr="003D72AA" w:rsidRDefault="003D72AA">
      <w:pPr>
        <w:numPr>
          <w:ilvl w:val="0"/>
          <w:numId w:val="7"/>
        </w:numPr>
        <w:rPr>
          <w:lang w:val="en-GB"/>
        </w:rPr>
      </w:pPr>
      <w:r w:rsidRPr="003D72AA">
        <w:rPr>
          <w:lang w:val="en-GB"/>
        </w:rPr>
        <w:t xml:space="preserve">you are at least 18 years of age or otherwise have the legal authority to enter into this agreement; </w:t>
      </w:r>
    </w:p>
    <w:p w14:paraId="4C6C685B" w14:textId="77777777" w:rsidR="003D72AA" w:rsidRPr="003D72AA" w:rsidRDefault="003D72AA">
      <w:pPr>
        <w:numPr>
          <w:ilvl w:val="0"/>
          <w:numId w:val="7"/>
        </w:numPr>
        <w:rPr>
          <w:lang w:val="en-GB"/>
        </w:rPr>
      </w:pPr>
      <w:r w:rsidRPr="003D72AA">
        <w:rPr>
          <w:lang w:val="en-GB"/>
        </w:rPr>
        <w:t xml:space="preserve">any information you provide is accurate and complete; </w:t>
      </w:r>
    </w:p>
    <w:p w14:paraId="75EC378F" w14:textId="77777777" w:rsidR="003D72AA" w:rsidRPr="003D72AA" w:rsidRDefault="003D72AA">
      <w:pPr>
        <w:numPr>
          <w:ilvl w:val="0"/>
          <w:numId w:val="7"/>
        </w:numPr>
        <w:rPr>
          <w:lang w:val="en-GB"/>
        </w:rPr>
      </w:pPr>
      <w:r w:rsidRPr="003D72AA">
        <w:rPr>
          <w:lang w:val="en-GB"/>
        </w:rPr>
        <w:t xml:space="preserve">you have the legal capacity to enter into binding contracts; and </w:t>
      </w:r>
    </w:p>
    <w:p w14:paraId="021C5440" w14:textId="77777777" w:rsidR="003D72AA" w:rsidRPr="003D72AA" w:rsidRDefault="003D72AA">
      <w:pPr>
        <w:numPr>
          <w:ilvl w:val="0"/>
          <w:numId w:val="7"/>
        </w:numPr>
        <w:rPr>
          <w:lang w:val="en-GB"/>
        </w:rPr>
      </w:pPr>
      <w:r w:rsidRPr="003D72AA">
        <w:rPr>
          <w:lang w:val="en-GB"/>
        </w:rPr>
        <w:t xml:space="preserve">you will comply with these Terms and all applicable laws while using the platform. </w:t>
      </w:r>
    </w:p>
    <w:p w14:paraId="13D8D2ED" w14:textId="77777777" w:rsidR="003D72AA" w:rsidRPr="003D72AA" w:rsidRDefault="003D72AA" w:rsidP="003D72AA">
      <w:pPr>
        <w:rPr>
          <w:lang w:val="en-GB"/>
        </w:rPr>
      </w:pPr>
      <w:r w:rsidRPr="003D72AA">
        <w:rPr>
          <w:lang w:val="en-GB"/>
        </w:rPr>
        <w:t>Parents, legal guardians or other authorised representatives may accept these Terms on behalf of children or individuals who are not legally able to enter into contracts themselves.</w:t>
      </w:r>
    </w:p>
    <w:p w14:paraId="00208002" w14:textId="77777777" w:rsidR="003D72AA" w:rsidRPr="003D72AA" w:rsidRDefault="00000000" w:rsidP="003D72AA">
      <w:pPr>
        <w:rPr>
          <w:lang w:val="en-GB"/>
        </w:rPr>
      </w:pPr>
      <w:r>
        <w:rPr>
          <w:lang w:val="en-GB"/>
        </w:rPr>
        <w:pict w14:anchorId="1B0A864E">
          <v:rect id="_x0000_i2244" style="width:0;height:1.5pt" o:hralign="center" o:hrstd="t" o:hr="t" fillcolor="#a0a0a0" stroked="f"/>
        </w:pict>
      </w:r>
    </w:p>
    <w:p w14:paraId="79DB6FCA"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3.3 Continued Use of the Platform</w:t>
      </w:r>
    </w:p>
    <w:p w14:paraId="725C98E2" w14:textId="77777777" w:rsidR="003D72AA" w:rsidRPr="003D72AA" w:rsidRDefault="003D72AA" w:rsidP="003D72AA">
      <w:pPr>
        <w:rPr>
          <w:lang w:val="en-GB"/>
        </w:rPr>
      </w:pPr>
      <w:r w:rsidRPr="003D72AA">
        <w:rPr>
          <w:lang w:val="en-GB"/>
        </w:rPr>
        <w:t xml:space="preserve">Your continued use of the My Sports Coach platform following the publication of updated Terms constitutes acceptance of those revised Terms </w:t>
      </w:r>
      <w:proofErr w:type="gramStart"/>
      <w:r w:rsidRPr="003D72AA">
        <w:rPr>
          <w:lang w:val="en-GB"/>
        </w:rPr>
        <w:t>where</w:t>
      </w:r>
      <w:proofErr w:type="gramEnd"/>
      <w:r w:rsidRPr="003D72AA">
        <w:rPr>
          <w:lang w:val="en-GB"/>
        </w:rPr>
        <w:t xml:space="preserve"> permitted by applicable law.</w:t>
      </w:r>
    </w:p>
    <w:p w14:paraId="6562121B" w14:textId="77777777" w:rsidR="003D72AA" w:rsidRPr="003D72AA" w:rsidRDefault="003D72AA" w:rsidP="003D72AA">
      <w:pPr>
        <w:rPr>
          <w:lang w:val="en-GB"/>
        </w:rPr>
      </w:pPr>
      <w:r w:rsidRPr="003D72AA">
        <w:rPr>
          <w:lang w:val="en-GB"/>
        </w:rPr>
        <w:t>Where changes materially affect your rights or obligations, My Sports Coach will take reasonable steps to notify users before the revised Terms take effect.</w:t>
      </w:r>
    </w:p>
    <w:p w14:paraId="7E5D8752" w14:textId="77777777" w:rsidR="003D72AA" w:rsidRPr="003D72AA" w:rsidRDefault="003D72AA" w:rsidP="003D72AA">
      <w:pPr>
        <w:rPr>
          <w:lang w:val="en-GB"/>
        </w:rPr>
      </w:pPr>
      <w:r w:rsidRPr="003D72AA">
        <w:rPr>
          <w:lang w:val="en-GB"/>
        </w:rPr>
        <w:t>If you do not agree with any updated Terms, you should stop using the platform and, where applicable, close your account.</w:t>
      </w:r>
    </w:p>
    <w:p w14:paraId="651D5C1C" w14:textId="77777777" w:rsidR="003D72AA" w:rsidRPr="003D72AA" w:rsidRDefault="00000000" w:rsidP="003D72AA">
      <w:pPr>
        <w:rPr>
          <w:lang w:val="en-GB"/>
        </w:rPr>
      </w:pPr>
      <w:r>
        <w:rPr>
          <w:lang w:val="en-GB"/>
        </w:rPr>
        <w:pict w14:anchorId="7DCF0DB0">
          <v:rect id="_x0000_i2245" style="width:0;height:1.5pt" o:hralign="center" o:hrstd="t" o:hr="t" fillcolor="#a0a0a0" stroked="f"/>
        </w:pict>
      </w:r>
    </w:p>
    <w:p w14:paraId="326379CF"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3.4 Other Policies</w:t>
      </w:r>
    </w:p>
    <w:p w14:paraId="2D44D9A9" w14:textId="77777777" w:rsidR="003D72AA" w:rsidRPr="003D72AA" w:rsidRDefault="003D72AA" w:rsidP="003D72AA">
      <w:pPr>
        <w:rPr>
          <w:lang w:val="en-GB"/>
        </w:rPr>
      </w:pPr>
      <w:r w:rsidRPr="003D72AA">
        <w:rPr>
          <w:lang w:val="en-GB"/>
        </w:rPr>
        <w:t>These Terms should be read together with the other policies published within the My Sports Coach Policy Library, including but not limited to the:</w:t>
      </w:r>
    </w:p>
    <w:p w14:paraId="455EEB9B" w14:textId="77777777" w:rsidR="003D72AA" w:rsidRPr="003D72AA" w:rsidRDefault="003D72AA">
      <w:pPr>
        <w:numPr>
          <w:ilvl w:val="0"/>
          <w:numId w:val="8"/>
        </w:numPr>
        <w:rPr>
          <w:lang w:val="en-GB"/>
        </w:rPr>
      </w:pPr>
      <w:r w:rsidRPr="003D72AA">
        <w:rPr>
          <w:lang w:val="en-GB"/>
        </w:rPr>
        <w:t xml:space="preserve">Privacy Policy; </w:t>
      </w:r>
    </w:p>
    <w:p w14:paraId="65817086" w14:textId="77777777" w:rsidR="003D72AA" w:rsidRPr="003D72AA" w:rsidRDefault="003D72AA">
      <w:pPr>
        <w:numPr>
          <w:ilvl w:val="0"/>
          <w:numId w:val="8"/>
        </w:numPr>
        <w:rPr>
          <w:lang w:val="en-GB"/>
        </w:rPr>
      </w:pPr>
      <w:r w:rsidRPr="003D72AA">
        <w:rPr>
          <w:lang w:val="en-GB"/>
        </w:rPr>
        <w:t xml:space="preserve">Cookie Policy; </w:t>
      </w:r>
    </w:p>
    <w:p w14:paraId="31C6AF01" w14:textId="77777777" w:rsidR="003D72AA" w:rsidRPr="003D72AA" w:rsidRDefault="003D72AA">
      <w:pPr>
        <w:numPr>
          <w:ilvl w:val="0"/>
          <w:numId w:val="8"/>
        </w:numPr>
        <w:rPr>
          <w:lang w:val="en-GB"/>
        </w:rPr>
      </w:pPr>
      <w:r w:rsidRPr="003D72AA">
        <w:rPr>
          <w:lang w:val="en-GB"/>
        </w:rPr>
        <w:lastRenderedPageBreak/>
        <w:t xml:space="preserve">Safeguarding Policy; </w:t>
      </w:r>
    </w:p>
    <w:p w14:paraId="2E34898A" w14:textId="77777777" w:rsidR="003D72AA" w:rsidRPr="003D72AA" w:rsidRDefault="003D72AA">
      <w:pPr>
        <w:numPr>
          <w:ilvl w:val="0"/>
          <w:numId w:val="8"/>
        </w:numPr>
        <w:rPr>
          <w:lang w:val="en-GB"/>
        </w:rPr>
      </w:pPr>
      <w:r w:rsidRPr="003D72AA">
        <w:rPr>
          <w:lang w:val="en-GB"/>
        </w:rPr>
        <w:t xml:space="preserve">Code of Conduct; </w:t>
      </w:r>
    </w:p>
    <w:p w14:paraId="308D343F" w14:textId="77777777" w:rsidR="003D72AA" w:rsidRPr="003D72AA" w:rsidRDefault="003D72AA">
      <w:pPr>
        <w:numPr>
          <w:ilvl w:val="0"/>
          <w:numId w:val="8"/>
        </w:numPr>
        <w:rPr>
          <w:lang w:val="en-GB"/>
        </w:rPr>
      </w:pPr>
      <w:r w:rsidRPr="003D72AA">
        <w:rPr>
          <w:lang w:val="en-GB"/>
        </w:rPr>
        <w:t xml:space="preserve">Community Guidelines; and </w:t>
      </w:r>
    </w:p>
    <w:p w14:paraId="341A28CF" w14:textId="77777777" w:rsidR="003D72AA" w:rsidRPr="003D72AA" w:rsidRDefault="003D72AA">
      <w:pPr>
        <w:numPr>
          <w:ilvl w:val="0"/>
          <w:numId w:val="8"/>
        </w:numPr>
        <w:rPr>
          <w:lang w:val="en-GB"/>
        </w:rPr>
      </w:pPr>
      <w:r w:rsidRPr="003D72AA">
        <w:rPr>
          <w:lang w:val="en-GB"/>
        </w:rPr>
        <w:t xml:space="preserve">any other policies or notices that apply to particular services or features. </w:t>
      </w:r>
    </w:p>
    <w:p w14:paraId="6A9C5175" w14:textId="77777777" w:rsidR="003D72AA" w:rsidRPr="003D72AA" w:rsidRDefault="003D72AA" w:rsidP="003D72AA">
      <w:pPr>
        <w:rPr>
          <w:lang w:val="en-GB"/>
        </w:rPr>
      </w:pPr>
      <w:r w:rsidRPr="003D72AA">
        <w:rPr>
          <w:lang w:val="en-GB"/>
        </w:rPr>
        <w:t>Where a conflict arises between these Terms and a policy that applies specifically to a particular service, the more specific policy will take precedence to the extent of that conflict.</w:t>
      </w:r>
    </w:p>
    <w:p w14:paraId="09EDE18E" w14:textId="77777777" w:rsidR="003D72AA" w:rsidRPr="003D72AA" w:rsidRDefault="00000000" w:rsidP="003D72AA">
      <w:pPr>
        <w:rPr>
          <w:lang w:val="en-GB"/>
        </w:rPr>
      </w:pPr>
      <w:r>
        <w:rPr>
          <w:lang w:val="en-GB"/>
        </w:rPr>
        <w:pict w14:anchorId="0B4D115A">
          <v:rect id="_x0000_i2246" style="width:0;height:1.5pt" o:hralign="center" o:hrstd="t" o:hr="t" fillcolor="#a0a0a0" stroked="f"/>
        </w:pict>
      </w:r>
    </w:p>
    <w:p w14:paraId="05F2B538"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3.5 Electronic Acceptance</w:t>
      </w:r>
    </w:p>
    <w:p w14:paraId="4B1ED466" w14:textId="77777777" w:rsidR="003D72AA" w:rsidRPr="003D72AA" w:rsidRDefault="003D72AA" w:rsidP="003D72AA">
      <w:pPr>
        <w:rPr>
          <w:lang w:val="en-GB"/>
        </w:rPr>
      </w:pPr>
      <w:r w:rsidRPr="003D72AA">
        <w:rPr>
          <w:lang w:val="en-GB"/>
        </w:rPr>
        <w:t>You acknowledge that acceptance of these Terms may occur electronically.</w:t>
      </w:r>
    </w:p>
    <w:p w14:paraId="78C72997" w14:textId="77777777" w:rsidR="003D72AA" w:rsidRPr="003D72AA" w:rsidRDefault="003D72AA" w:rsidP="003D72AA">
      <w:pPr>
        <w:rPr>
          <w:lang w:val="en-GB"/>
        </w:rPr>
      </w:pPr>
      <w:r w:rsidRPr="003D72AA">
        <w:rPr>
          <w:lang w:val="en-GB"/>
        </w:rPr>
        <w:t>This includes acceptance by:</w:t>
      </w:r>
    </w:p>
    <w:p w14:paraId="0B936C36" w14:textId="77777777" w:rsidR="003D72AA" w:rsidRPr="003D72AA" w:rsidRDefault="003D72AA">
      <w:pPr>
        <w:numPr>
          <w:ilvl w:val="0"/>
          <w:numId w:val="9"/>
        </w:numPr>
        <w:rPr>
          <w:lang w:val="en-GB"/>
        </w:rPr>
      </w:pPr>
      <w:r w:rsidRPr="003D72AA">
        <w:rPr>
          <w:lang w:val="en-GB"/>
        </w:rPr>
        <w:t xml:space="preserve">creating an account; </w:t>
      </w:r>
    </w:p>
    <w:p w14:paraId="31AB0BE4" w14:textId="77777777" w:rsidR="003D72AA" w:rsidRPr="003D72AA" w:rsidRDefault="003D72AA">
      <w:pPr>
        <w:numPr>
          <w:ilvl w:val="0"/>
          <w:numId w:val="9"/>
        </w:numPr>
        <w:rPr>
          <w:lang w:val="en-GB"/>
        </w:rPr>
      </w:pPr>
      <w:r w:rsidRPr="003D72AA">
        <w:rPr>
          <w:lang w:val="en-GB"/>
        </w:rPr>
        <w:t xml:space="preserve">selecting an acceptance checkbox; </w:t>
      </w:r>
    </w:p>
    <w:p w14:paraId="09F3ED1E" w14:textId="77777777" w:rsidR="003D72AA" w:rsidRPr="003D72AA" w:rsidRDefault="003D72AA">
      <w:pPr>
        <w:numPr>
          <w:ilvl w:val="0"/>
          <w:numId w:val="9"/>
        </w:numPr>
        <w:rPr>
          <w:lang w:val="en-GB"/>
        </w:rPr>
      </w:pPr>
      <w:r w:rsidRPr="003D72AA">
        <w:rPr>
          <w:lang w:val="en-GB"/>
        </w:rPr>
        <w:t xml:space="preserve">submitting a registration; </w:t>
      </w:r>
    </w:p>
    <w:p w14:paraId="6DDC4FB8" w14:textId="77777777" w:rsidR="003D72AA" w:rsidRPr="003D72AA" w:rsidRDefault="003D72AA">
      <w:pPr>
        <w:numPr>
          <w:ilvl w:val="0"/>
          <w:numId w:val="9"/>
        </w:numPr>
        <w:rPr>
          <w:lang w:val="en-GB"/>
        </w:rPr>
      </w:pPr>
      <w:r w:rsidRPr="003D72AA">
        <w:rPr>
          <w:lang w:val="en-GB"/>
        </w:rPr>
        <w:t xml:space="preserve">making a booking; </w:t>
      </w:r>
    </w:p>
    <w:p w14:paraId="37EB2C0C" w14:textId="77777777" w:rsidR="003D72AA" w:rsidRPr="003D72AA" w:rsidRDefault="003D72AA">
      <w:pPr>
        <w:numPr>
          <w:ilvl w:val="0"/>
          <w:numId w:val="9"/>
        </w:numPr>
        <w:rPr>
          <w:lang w:val="en-GB"/>
        </w:rPr>
      </w:pPr>
      <w:r w:rsidRPr="003D72AA">
        <w:rPr>
          <w:lang w:val="en-GB"/>
        </w:rPr>
        <w:t xml:space="preserve">completing a payment; or </w:t>
      </w:r>
    </w:p>
    <w:p w14:paraId="540598E8" w14:textId="77777777" w:rsidR="003D72AA" w:rsidRPr="003D72AA" w:rsidRDefault="003D72AA">
      <w:pPr>
        <w:numPr>
          <w:ilvl w:val="0"/>
          <w:numId w:val="9"/>
        </w:numPr>
        <w:rPr>
          <w:lang w:val="en-GB"/>
        </w:rPr>
      </w:pPr>
      <w:r w:rsidRPr="003D72AA">
        <w:rPr>
          <w:lang w:val="en-GB"/>
        </w:rPr>
        <w:t xml:space="preserve">otherwise using the My Sports Coach platform after these Terms have been made available to you. </w:t>
      </w:r>
    </w:p>
    <w:p w14:paraId="75C7E03C" w14:textId="77777777" w:rsidR="003D72AA" w:rsidRPr="003D72AA" w:rsidRDefault="003D72AA" w:rsidP="003D72AA">
      <w:pPr>
        <w:rPr>
          <w:lang w:val="en-GB"/>
        </w:rPr>
      </w:pPr>
      <w:r w:rsidRPr="003D72AA">
        <w:rPr>
          <w:lang w:val="en-GB"/>
        </w:rPr>
        <w:t xml:space="preserve">Electronic acceptance has the same legal effect as a handwritten signature </w:t>
      </w:r>
      <w:proofErr w:type="gramStart"/>
      <w:r w:rsidRPr="003D72AA">
        <w:rPr>
          <w:lang w:val="en-GB"/>
        </w:rPr>
        <w:t>where</w:t>
      </w:r>
      <w:proofErr w:type="gramEnd"/>
      <w:r w:rsidRPr="003D72AA">
        <w:rPr>
          <w:lang w:val="en-GB"/>
        </w:rPr>
        <w:t xml:space="preserve"> recognised by applicable law.</w:t>
      </w:r>
    </w:p>
    <w:p w14:paraId="0FF2437A" w14:textId="77777777" w:rsidR="003D72AA" w:rsidRPr="003D72AA" w:rsidRDefault="00000000" w:rsidP="003D72AA">
      <w:pPr>
        <w:rPr>
          <w:lang w:val="en-GB"/>
        </w:rPr>
      </w:pPr>
      <w:r>
        <w:rPr>
          <w:lang w:val="en-GB"/>
        </w:rPr>
        <w:pict w14:anchorId="269F5947">
          <v:rect id="_x0000_i2247" style="width:0;height:1.5pt" o:hralign="center" o:hrstd="t" o:hr="t" fillcolor="#a0a0a0" stroked="f"/>
        </w:pict>
      </w:r>
    </w:p>
    <w:p w14:paraId="5C136587" w14:textId="77777777" w:rsidR="003D72AA" w:rsidRPr="003D72AA" w:rsidRDefault="003D72AA" w:rsidP="003D72AA">
      <w:pPr>
        <w:rPr>
          <w:b/>
          <w:bCs/>
          <w:color w:val="365F91" w:themeColor="accent1" w:themeShade="BF"/>
          <w:lang w:val="en-GB"/>
        </w:rPr>
      </w:pPr>
      <w:r w:rsidRPr="003D72AA">
        <w:rPr>
          <w:b/>
          <w:bCs/>
          <w:color w:val="365F91" w:themeColor="accent1" w:themeShade="BF"/>
          <w:lang w:val="en-GB"/>
        </w:rPr>
        <w:t>3.6 Questions About These Terms</w:t>
      </w:r>
    </w:p>
    <w:p w14:paraId="6F2ACD72" w14:textId="77777777" w:rsidR="003D72AA" w:rsidRPr="003D72AA" w:rsidRDefault="003D72AA" w:rsidP="003D72AA">
      <w:pPr>
        <w:rPr>
          <w:lang w:val="en-GB"/>
        </w:rPr>
      </w:pPr>
      <w:r w:rsidRPr="003D72AA">
        <w:rPr>
          <w:lang w:val="en-GB"/>
        </w:rPr>
        <w:t>If you are unsure about any part of these Terms before using the My Sports Coach platform, you should contact us using the contact details provided at the end of this document.</w:t>
      </w:r>
    </w:p>
    <w:p w14:paraId="581893B6" w14:textId="77777777" w:rsidR="003D72AA" w:rsidRPr="003D72AA" w:rsidRDefault="003D72AA" w:rsidP="003D72AA">
      <w:pPr>
        <w:rPr>
          <w:lang w:val="en-GB"/>
        </w:rPr>
      </w:pPr>
      <w:r w:rsidRPr="003D72AA">
        <w:rPr>
          <w:lang w:val="en-GB"/>
        </w:rPr>
        <w:t>We encourage all users to read these Terms carefully before registering an account, making bookings or using any services available through the platform.</w:t>
      </w:r>
    </w:p>
    <w:p w14:paraId="09F098E3" w14:textId="77777777" w:rsidR="003D72AA" w:rsidRDefault="003D72AA"/>
    <w:p w14:paraId="1EECDCD4" w14:textId="77777777" w:rsidR="00AB1699" w:rsidRPr="00AB1699" w:rsidRDefault="00AB1699" w:rsidP="00AB1699">
      <w:pPr>
        <w:rPr>
          <w:b/>
          <w:bCs/>
          <w:color w:val="365F91" w:themeColor="accent1" w:themeShade="BF"/>
          <w:sz w:val="28"/>
          <w:szCs w:val="28"/>
          <w:lang w:val="en-GB"/>
        </w:rPr>
      </w:pPr>
      <w:r w:rsidRPr="00AB1699">
        <w:rPr>
          <w:b/>
          <w:bCs/>
          <w:color w:val="365F91" w:themeColor="accent1" w:themeShade="BF"/>
          <w:sz w:val="28"/>
          <w:szCs w:val="28"/>
          <w:lang w:val="en-GB"/>
        </w:rPr>
        <w:t>4. About My Sports Coach</w:t>
      </w:r>
    </w:p>
    <w:p w14:paraId="7FE07C64" w14:textId="77777777" w:rsidR="00AB1699" w:rsidRPr="00AB1699" w:rsidRDefault="00AB1699" w:rsidP="00AB1699">
      <w:pPr>
        <w:rPr>
          <w:lang w:val="en-GB"/>
        </w:rPr>
      </w:pPr>
      <w:r w:rsidRPr="00AB1699">
        <w:rPr>
          <w:lang w:val="en-GB"/>
        </w:rPr>
        <w:t xml:space="preserve">My Sports Coach is an online platform owned and operated by </w:t>
      </w:r>
      <w:r w:rsidRPr="00AB1699">
        <w:rPr>
          <w:b/>
          <w:bCs/>
          <w:lang w:val="en-GB"/>
        </w:rPr>
        <w:t>My Sports Coach UK Ltd</w:t>
      </w:r>
      <w:r w:rsidRPr="00AB1699">
        <w:rPr>
          <w:lang w:val="en-GB"/>
        </w:rPr>
        <w:t xml:space="preserve"> that connects participants, parents, guardians, organisations and independent sports coaches through a secure digital marketplace.</w:t>
      </w:r>
    </w:p>
    <w:p w14:paraId="6210FE30" w14:textId="77777777" w:rsidR="00AB1699" w:rsidRPr="00AB1699" w:rsidRDefault="00AB1699" w:rsidP="00AB1699">
      <w:pPr>
        <w:rPr>
          <w:lang w:val="en-GB"/>
        </w:rPr>
      </w:pPr>
      <w:r w:rsidRPr="00AB1699">
        <w:rPr>
          <w:lang w:val="en-GB"/>
        </w:rPr>
        <w:lastRenderedPageBreak/>
        <w:t>Our platform has been developed to make it easier for individuals to discover, compare, book and manage sports coaching services while providing coaches with a professional platform to promote and grow their coaching businesses.</w:t>
      </w:r>
    </w:p>
    <w:p w14:paraId="40F46D00" w14:textId="77777777" w:rsidR="00AB1699" w:rsidRPr="00AB1699" w:rsidRDefault="00AB1699" w:rsidP="00AB1699">
      <w:pPr>
        <w:rPr>
          <w:lang w:val="en-GB"/>
        </w:rPr>
      </w:pPr>
      <w:r w:rsidRPr="00AB1699">
        <w:rPr>
          <w:lang w:val="en-GB"/>
        </w:rPr>
        <w:t>My Sports Coach supports a wide range of sports, activities and coaching services offered by independent coaches throughout the United Kingdom.</w:t>
      </w:r>
    </w:p>
    <w:p w14:paraId="7C06729C" w14:textId="77777777" w:rsidR="00AB1699" w:rsidRPr="00AB1699" w:rsidRDefault="00000000" w:rsidP="00AB1699">
      <w:pPr>
        <w:rPr>
          <w:lang w:val="en-GB"/>
        </w:rPr>
      </w:pPr>
      <w:r>
        <w:rPr>
          <w:lang w:val="en-GB"/>
        </w:rPr>
        <w:pict w14:anchorId="585D9277">
          <v:rect id="_x0000_i2248" style="width:0;height:1.5pt" o:hralign="center" o:hrstd="t" o:hr="t" fillcolor="#a0a0a0" stroked="f"/>
        </w:pict>
      </w:r>
    </w:p>
    <w:p w14:paraId="1E67D42B"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4.1 Our Role</w:t>
      </w:r>
    </w:p>
    <w:p w14:paraId="10433517" w14:textId="77777777" w:rsidR="00AB1699" w:rsidRPr="00AB1699" w:rsidRDefault="00AB1699" w:rsidP="00AB1699">
      <w:pPr>
        <w:rPr>
          <w:lang w:val="en-GB"/>
        </w:rPr>
      </w:pPr>
      <w:r w:rsidRPr="00AB1699">
        <w:rPr>
          <w:lang w:val="en-GB"/>
        </w:rPr>
        <w:t>My Sports Coach provides the technology, systems and services that enable coaches and participants to connect and manage coaching arrangements through the platform.</w:t>
      </w:r>
    </w:p>
    <w:p w14:paraId="7D58610F" w14:textId="77777777" w:rsidR="00AB1699" w:rsidRPr="00AB1699" w:rsidRDefault="00AB1699" w:rsidP="00AB1699">
      <w:pPr>
        <w:rPr>
          <w:lang w:val="en-GB"/>
        </w:rPr>
      </w:pPr>
      <w:r w:rsidRPr="00AB1699">
        <w:rPr>
          <w:lang w:val="en-GB"/>
        </w:rPr>
        <w:t>Depending on the features available, the platform may allow users to:</w:t>
      </w:r>
    </w:p>
    <w:p w14:paraId="42907502" w14:textId="77777777" w:rsidR="00AB1699" w:rsidRPr="00AB1699" w:rsidRDefault="00AB1699">
      <w:pPr>
        <w:numPr>
          <w:ilvl w:val="0"/>
          <w:numId w:val="10"/>
        </w:numPr>
        <w:rPr>
          <w:lang w:val="en-GB"/>
        </w:rPr>
      </w:pPr>
      <w:r w:rsidRPr="00AB1699">
        <w:rPr>
          <w:lang w:val="en-GB"/>
        </w:rPr>
        <w:t xml:space="preserve">search for coaches and coaching services; </w:t>
      </w:r>
    </w:p>
    <w:p w14:paraId="3AE5B19B" w14:textId="77777777" w:rsidR="00AB1699" w:rsidRPr="00AB1699" w:rsidRDefault="00AB1699">
      <w:pPr>
        <w:numPr>
          <w:ilvl w:val="0"/>
          <w:numId w:val="10"/>
        </w:numPr>
        <w:rPr>
          <w:lang w:val="en-GB"/>
        </w:rPr>
      </w:pPr>
      <w:r w:rsidRPr="00AB1699">
        <w:rPr>
          <w:lang w:val="en-GB"/>
        </w:rPr>
        <w:t xml:space="preserve">create and manage user accounts; </w:t>
      </w:r>
    </w:p>
    <w:p w14:paraId="18DB6605" w14:textId="77777777" w:rsidR="00AB1699" w:rsidRPr="00AB1699" w:rsidRDefault="00AB1699">
      <w:pPr>
        <w:numPr>
          <w:ilvl w:val="0"/>
          <w:numId w:val="10"/>
        </w:numPr>
        <w:rPr>
          <w:lang w:val="en-GB"/>
        </w:rPr>
      </w:pPr>
      <w:r w:rsidRPr="00AB1699">
        <w:rPr>
          <w:lang w:val="en-GB"/>
        </w:rPr>
        <w:t xml:space="preserve">register as a coach; </w:t>
      </w:r>
    </w:p>
    <w:p w14:paraId="33E59812" w14:textId="77777777" w:rsidR="00AB1699" w:rsidRPr="00AB1699" w:rsidRDefault="00AB1699">
      <w:pPr>
        <w:numPr>
          <w:ilvl w:val="0"/>
          <w:numId w:val="10"/>
        </w:numPr>
        <w:rPr>
          <w:lang w:val="en-GB"/>
        </w:rPr>
      </w:pPr>
      <w:r w:rsidRPr="00AB1699">
        <w:rPr>
          <w:lang w:val="en-GB"/>
        </w:rPr>
        <w:t xml:space="preserve">publish coaching profiles; </w:t>
      </w:r>
    </w:p>
    <w:p w14:paraId="0A07C49B" w14:textId="77777777" w:rsidR="00AB1699" w:rsidRPr="00AB1699" w:rsidRDefault="00AB1699">
      <w:pPr>
        <w:numPr>
          <w:ilvl w:val="0"/>
          <w:numId w:val="10"/>
        </w:numPr>
        <w:rPr>
          <w:lang w:val="en-GB"/>
        </w:rPr>
      </w:pPr>
      <w:r w:rsidRPr="00AB1699">
        <w:rPr>
          <w:lang w:val="en-GB"/>
        </w:rPr>
        <w:t xml:space="preserve">make and manage bookings; </w:t>
      </w:r>
    </w:p>
    <w:p w14:paraId="670E2E85" w14:textId="77777777" w:rsidR="00AB1699" w:rsidRPr="00AB1699" w:rsidRDefault="00AB1699">
      <w:pPr>
        <w:numPr>
          <w:ilvl w:val="0"/>
          <w:numId w:val="10"/>
        </w:numPr>
        <w:rPr>
          <w:lang w:val="en-GB"/>
        </w:rPr>
      </w:pPr>
      <w:r w:rsidRPr="00AB1699">
        <w:rPr>
          <w:lang w:val="en-GB"/>
        </w:rPr>
        <w:t xml:space="preserve">process secure payments; </w:t>
      </w:r>
    </w:p>
    <w:p w14:paraId="261B97B5" w14:textId="77777777" w:rsidR="00AB1699" w:rsidRPr="00AB1699" w:rsidRDefault="00AB1699">
      <w:pPr>
        <w:numPr>
          <w:ilvl w:val="0"/>
          <w:numId w:val="10"/>
        </w:numPr>
        <w:rPr>
          <w:lang w:val="en-GB"/>
        </w:rPr>
      </w:pPr>
      <w:r w:rsidRPr="00AB1699">
        <w:rPr>
          <w:lang w:val="en-GB"/>
        </w:rPr>
        <w:t xml:space="preserve">communicate through authorised platform features; </w:t>
      </w:r>
    </w:p>
    <w:p w14:paraId="0B97CA1B" w14:textId="77777777" w:rsidR="00AB1699" w:rsidRPr="00AB1699" w:rsidRDefault="00AB1699">
      <w:pPr>
        <w:numPr>
          <w:ilvl w:val="0"/>
          <w:numId w:val="10"/>
        </w:numPr>
        <w:rPr>
          <w:lang w:val="en-GB"/>
        </w:rPr>
      </w:pPr>
      <w:r w:rsidRPr="00AB1699">
        <w:rPr>
          <w:lang w:val="en-GB"/>
        </w:rPr>
        <w:t xml:space="preserve">submit reviews and feedback; and </w:t>
      </w:r>
    </w:p>
    <w:p w14:paraId="59312EFF" w14:textId="77777777" w:rsidR="00AB1699" w:rsidRPr="00AB1699" w:rsidRDefault="00AB1699">
      <w:pPr>
        <w:numPr>
          <w:ilvl w:val="0"/>
          <w:numId w:val="10"/>
        </w:numPr>
        <w:rPr>
          <w:lang w:val="en-GB"/>
        </w:rPr>
      </w:pPr>
      <w:r w:rsidRPr="00AB1699">
        <w:rPr>
          <w:lang w:val="en-GB"/>
        </w:rPr>
        <w:t xml:space="preserve">access governance documents, policies and customer support. </w:t>
      </w:r>
    </w:p>
    <w:p w14:paraId="4EE4C786" w14:textId="77777777" w:rsidR="00AB1699" w:rsidRPr="00AB1699" w:rsidRDefault="00AB1699" w:rsidP="00AB1699">
      <w:pPr>
        <w:rPr>
          <w:lang w:val="en-GB"/>
        </w:rPr>
      </w:pPr>
      <w:r w:rsidRPr="00AB1699">
        <w:rPr>
          <w:lang w:val="en-GB"/>
        </w:rPr>
        <w:t>Our role is to provide and maintain the platform through which these services are delivered.</w:t>
      </w:r>
    </w:p>
    <w:p w14:paraId="39C7462F" w14:textId="77777777" w:rsidR="00AB1699" w:rsidRPr="00AB1699" w:rsidRDefault="00000000" w:rsidP="00AB1699">
      <w:pPr>
        <w:rPr>
          <w:lang w:val="en-GB"/>
        </w:rPr>
      </w:pPr>
      <w:r>
        <w:rPr>
          <w:lang w:val="en-GB"/>
        </w:rPr>
        <w:pict w14:anchorId="18C8B9BF">
          <v:rect id="_x0000_i2249" style="width:0;height:1.5pt" o:hralign="center" o:hrstd="t" o:hr="t" fillcolor="#a0a0a0" stroked="f"/>
        </w:pict>
      </w:r>
    </w:p>
    <w:p w14:paraId="2CDC3F22"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4.2 Independent Coaches</w:t>
      </w:r>
    </w:p>
    <w:p w14:paraId="186ECED3" w14:textId="77777777" w:rsidR="00AB1699" w:rsidRPr="00AB1699" w:rsidRDefault="00AB1699" w:rsidP="00AB1699">
      <w:pPr>
        <w:rPr>
          <w:lang w:val="en-GB"/>
        </w:rPr>
      </w:pPr>
      <w:r w:rsidRPr="00AB1699">
        <w:rPr>
          <w:lang w:val="en-GB"/>
        </w:rPr>
        <w:t xml:space="preserve">Unless expressly stated otherwise, coaches using the My Sports Coach platform operate as </w:t>
      </w:r>
      <w:r w:rsidRPr="00AB1699">
        <w:rPr>
          <w:b/>
          <w:bCs/>
          <w:lang w:val="en-GB"/>
        </w:rPr>
        <w:t>independent service providers</w:t>
      </w:r>
      <w:r w:rsidRPr="00AB1699">
        <w:rPr>
          <w:lang w:val="en-GB"/>
        </w:rPr>
        <w:t xml:space="preserve"> and are not employees, workers, agents, partners or representatives of My Sports Coach.</w:t>
      </w:r>
    </w:p>
    <w:p w14:paraId="6E013576" w14:textId="77777777" w:rsidR="00AB1699" w:rsidRPr="00AB1699" w:rsidRDefault="00AB1699" w:rsidP="00AB1699">
      <w:pPr>
        <w:rPr>
          <w:lang w:val="en-GB"/>
        </w:rPr>
      </w:pPr>
      <w:r w:rsidRPr="00AB1699">
        <w:rPr>
          <w:lang w:val="en-GB"/>
        </w:rPr>
        <w:t>Each coach is responsible for:</w:t>
      </w:r>
    </w:p>
    <w:p w14:paraId="3F6CF4A4" w14:textId="77777777" w:rsidR="00AB1699" w:rsidRPr="00AB1699" w:rsidRDefault="00AB1699">
      <w:pPr>
        <w:numPr>
          <w:ilvl w:val="0"/>
          <w:numId w:val="11"/>
        </w:numPr>
        <w:rPr>
          <w:lang w:val="en-GB"/>
        </w:rPr>
      </w:pPr>
      <w:r w:rsidRPr="00AB1699">
        <w:rPr>
          <w:lang w:val="en-GB"/>
        </w:rPr>
        <w:t xml:space="preserve">the coaching services they provide; </w:t>
      </w:r>
    </w:p>
    <w:p w14:paraId="51F20C52" w14:textId="77777777" w:rsidR="00AB1699" w:rsidRPr="00AB1699" w:rsidRDefault="00AB1699">
      <w:pPr>
        <w:numPr>
          <w:ilvl w:val="0"/>
          <w:numId w:val="11"/>
        </w:numPr>
        <w:rPr>
          <w:lang w:val="en-GB"/>
        </w:rPr>
      </w:pPr>
      <w:r w:rsidRPr="00AB1699">
        <w:rPr>
          <w:lang w:val="en-GB"/>
        </w:rPr>
        <w:t xml:space="preserve">maintaining appropriate qualifications where required; </w:t>
      </w:r>
    </w:p>
    <w:p w14:paraId="4DCF9056" w14:textId="77777777" w:rsidR="00AB1699" w:rsidRPr="00AB1699" w:rsidRDefault="00AB1699">
      <w:pPr>
        <w:numPr>
          <w:ilvl w:val="0"/>
          <w:numId w:val="11"/>
        </w:numPr>
        <w:rPr>
          <w:lang w:val="en-GB"/>
        </w:rPr>
      </w:pPr>
      <w:r w:rsidRPr="00AB1699">
        <w:rPr>
          <w:lang w:val="en-GB"/>
        </w:rPr>
        <w:t xml:space="preserve">obtaining appropriate insurance; </w:t>
      </w:r>
    </w:p>
    <w:p w14:paraId="2EE11852" w14:textId="77777777" w:rsidR="00AB1699" w:rsidRPr="00AB1699" w:rsidRDefault="00AB1699">
      <w:pPr>
        <w:numPr>
          <w:ilvl w:val="0"/>
          <w:numId w:val="11"/>
        </w:numPr>
        <w:rPr>
          <w:lang w:val="en-GB"/>
        </w:rPr>
      </w:pPr>
      <w:r w:rsidRPr="00AB1699">
        <w:rPr>
          <w:lang w:val="en-GB"/>
        </w:rPr>
        <w:t xml:space="preserve">complying with safeguarding obligations; </w:t>
      </w:r>
    </w:p>
    <w:p w14:paraId="0C6EDCE8" w14:textId="77777777" w:rsidR="00AB1699" w:rsidRPr="00AB1699" w:rsidRDefault="00AB1699">
      <w:pPr>
        <w:numPr>
          <w:ilvl w:val="0"/>
          <w:numId w:val="11"/>
        </w:numPr>
        <w:rPr>
          <w:lang w:val="en-GB"/>
        </w:rPr>
      </w:pPr>
      <w:r w:rsidRPr="00AB1699">
        <w:rPr>
          <w:lang w:val="en-GB"/>
        </w:rPr>
        <w:lastRenderedPageBreak/>
        <w:t xml:space="preserve">complying with applicable laws and governing body requirements; </w:t>
      </w:r>
    </w:p>
    <w:p w14:paraId="141D5EF7" w14:textId="77777777" w:rsidR="00AB1699" w:rsidRPr="00AB1699" w:rsidRDefault="00AB1699">
      <w:pPr>
        <w:numPr>
          <w:ilvl w:val="0"/>
          <w:numId w:val="11"/>
        </w:numPr>
        <w:rPr>
          <w:lang w:val="en-GB"/>
        </w:rPr>
      </w:pPr>
      <w:r w:rsidRPr="00AB1699">
        <w:rPr>
          <w:lang w:val="en-GB"/>
        </w:rPr>
        <w:t xml:space="preserve">ensuring the accuracy of information published on their profile; and </w:t>
      </w:r>
    </w:p>
    <w:p w14:paraId="45D0E36D" w14:textId="77777777" w:rsidR="00AB1699" w:rsidRPr="00AB1699" w:rsidRDefault="00AB1699">
      <w:pPr>
        <w:numPr>
          <w:ilvl w:val="0"/>
          <w:numId w:val="11"/>
        </w:numPr>
        <w:rPr>
          <w:lang w:val="en-GB"/>
        </w:rPr>
      </w:pPr>
      <w:r w:rsidRPr="00AB1699">
        <w:rPr>
          <w:lang w:val="en-GB"/>
        </w:rPr>
        <w:t xml:space="preserve">fulfilling their contractual obligations to participants. </w:t>
      </w:r>
    </w:p>
    <w:p w14:paraId="79B1A130" w14:textId="77777777" w:rsidR="00AB1699" w:rsidRPr="00AB1699" w:rsidRDefault="00AB1699" w:rsidP="00AB1699">
      <w:pPr>
        <w:rPr>
          <w:lang w:val="en-GB"/>
        </w:rPr>
      </w:pPr>
      <w:r w:rsidRPr="00AB1699">
        <w:rPr>
          <w:lang w:val="en-GB"/>
        </w:rPr>
        <w:t>Nothing within these Terms creates an employment relationship, partnership, joint venture or agency between My Sports Coach and any coach using the platform.</w:t>
      </w:r>
    </w:p>
    <w:p w14:paraId="2E81B16A" w14:textId="77777777" w:rsidR="00AB1699" w:rsidRPr="00AB1699" w:rsidRDefault="00000000" w:rsidP="00AB1699">
      <w:pPr>
        <w:rPr>
          <w:lang w:val="en-GB"/>
        </w:rPr>
      </w:pPr>
      <w:r>
        <w:rPr>
          <w:lang w:val="en-GB"/>
        </w:rPr>
        <w:pict w14:anchorId="678A980B">
          <v:rect id="_x0000_i2250" style="width:0;height:1.5pt" o:hralign="center" o:hrstd="t" o:hr="t" fillcolor="#a0a0a0" stroked="f"/>
        </w:pict>
      </w:r>
    </w:p>
    <w:p w14:paraId="407FF677"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4.3 Our Commitment</w:t>
      </w:r>
    </w:p>
    <w:p w14:paraId="081F0D99" w14:textId="77777777" w:rsidR="00AB1699" w:rsidRPr="00AB1699" w:rsidRDefault="00AB1699" w:rsidP="00AB1699">
      <w:pPr>
        <w:rPr>
          <w:lang w:val="en-GB"/>
        </w:rPr>
      </w:pPr>
      <w:r w:rsidRPr="00AB1699">
        <w:rPr>
          <w:lang w:val="en-GB"/>
        </w:rPr>
        <w:t>My Sports Coach is committed to operating a trusted, professional and transparent marketplace that promotes high standards of sports coaching.</w:t>
      </w:r>
    </w:p>
    <w:p w14:paraId="2A595C4F" w14:textId="77777777" w:rsidR="00AB1699" w:rsidRPr="00AB1699" w:rsidRDefault="00AB1699" w:rsidP="00AB1699">
      <w:pPr>
        <w:rPr>
          <w:lang w:val="en-GB"/>
        </w:rPr>
      </w:pPr>
      <w:r w:rsidRPr="00AB1699">
        <w:rPr>
          <w:lang w:val="en-GB"/>
        </w:rPr>
        <w:t>We seek to support this objective by:</w:t>
      </w:r>
    </w:p>
    <w:p w14:paraId="4136FF3E" w14:textId="77777777" w:rsidR="00AB1699" w:rsidRPr="00AB1699" w:rsidRDefault="00AB1699">
      <w:pPr>
        <w:numPr>
          <w:ilvl w:val="0"/>
          <w:numId w:val="12"/>
        </w:numPr>
        <w:rPr>
          <w:lang w:val="en-GB"/>
        </w:rPr>
      </w:pPr>
      <w:r w:rsidRPr="00AB1699">
        <w:rPr>
          <w:lang w:val="en-GB"/>
        </w:rPr>
        <w:t xml:space="preserve">operating a secure and reliable platform; </w:t>
      </w:r>
    </w:p>
    <w:p w14:paraId="75EABE5E" w14:textId="77777777" w:rsidR="00AB1699" w:rsidRPr="00AB1699" w:rsidRDefault="00AB1699">
      <w:pPr>
        <w:numPr>
          <w:ilvl w:val="0"/>
          <w:numId w:val="12"/>
        </w:numPr>
        <w:rPr>
          <w:lang w:val="en-GB"/>
        </w:rPr>
      </w:pPr>
      <w:r w:rsidRPr="00AB1699">
        <w:rPr>
          <w:lang w:val="en-GB"/>
        </w:rPr>
        <w:t xml:space="preserve">promoting coach verification where applicable; </w:t>
      </w:r>
    </w:p>
    <w:p w14:paraId="49961BFA" w14:textId="77777777" w:rsidR="00AB1699" w:rsidRPr="00AB1699" w:rsidRDefault="00AB1699">
      <w:pPr>
        <w:numPr>
          <w:ilvl w:val="0"/>
          <w:numId w:val="12"/>
        </w:numPr>
        <w:rPr>
          <w:lang w:val="en-GB"/>
        </w:rPr>
      </w:pPr>
      <w:r w:rsidRPr="00AB1699">
        <w:rPr>
          <w:lang w:val="en-GB"/>
        </w:rPr>
        <w:t xml:space="preserve">supporting fair and transparent bookings; </w:t>
      </w:r>
    </w:p>
    <w:p w14:paraId="1EBC1B2A" w14:textId="77777777" w:rsidR="00AB1699" w:rsidRPr="00AB1699" w:rsidRDefault="00AB1699">
      <w:pPr>
        <w:numPr>
          <w:ilvl w:val="0"/>
          <w:numId w:val="12"/>
        </w:numPr>
        <w:rPr>
          <w:lang w:val="en-GB"/>
        </w:rPr>
      </w:pPr>
      <w:r w:rsidRPr="00AB1699">
        <w:rPr>
          <w:lang w:val="en-GB"/>
        </w:rPr>
        <w:t xml:space="preserve">providing secure payment facilities where available; </w:t>
      </w:r>
    </w:p>
    <w:p w14:paraId="316AEFD4" w14:textId="77777777" w:rsidR="00AB1699" w:rsidRPr="00AB1699" w:rsidRDefault="00AB1699">
      <w:pPr>
        <w:numPr>
          <w:ilvl w:val="0"/>
          <w:numId w:val="12"/>
        </w:numPr>
        <w:rPr>
          <w:lang w:val="en-GB"/>
        </w:rPr>
      </w:pPr>
      <w:r w:rsidRPr="00AB1699">
        <w:rPr>
          <w:lang w:val="en-GB"/>
        </w:rPr>
        <w:t xml:space="preserve">maintaining appropriate governance policies; </w:t>
      </w:r>
    </w:p>
    <w:p w14:paraId="6E7F5C1F" w14:textId="77777777" w:rsidR="00AB1699" w:rsidRPr="00AB1699" w:rsidRDefault="00AB1699">
      <w:pPr>
        <w:numPr>
          <w:ilvl w:val="0"/>
          <w:numId w:val="12"/>
        </w:numPr>
        <w:rPr>
          <w:lang w:val="en-GB"/>
        </w:rPr>
      </w:pPr>
      <w:r w:rsidRPr="00AB1699">
        <w:rPr>
          <w:lang w:val="en-GB"/>
        </w:rPr>
        <w:t xml:space="preserve">protecting user information; and </w:t>
      </w:r>
    </w:p>
    <w:p w14:paraId="26FE15BD" w14:textId="77777777" w:rsidR="00AB1699" w:rsidRPr="00AB1699" w:rsidRDefault="00AB1699">
      <w:pPr>
        <w:numPr>
          <w:ilvl w:val="0"/>
          <w:numId w:val="12"/>
        </w:numPr>
        <w:rPr>
          <w:lang w:val="en-GB"/>
        </w:rPr>
      </w:pPr>
      <w:r w:rsidRPr="00AB1699">
        <w:rPr>
          <w:lang w:val="en-GB"/>
        </w:rPr>
        <w:t xml:space="preserve">continually improving the services available through the platform. </w:t>
      </w:r>
    </w:p>
    <w:p w14:paraId="7C94AC87" w14:textId="77777777" w:rsidR="00AB1699" w:rsidRPr="00AB1699" w:rsidRDefault="00000000" w:rsidP="00AB1699">
      <w:pPr>
        <w:rPr>
          <w:lang w:val="en-GB"/>
        </w:rPr>
      </w:pPr>
      <w:r>
        <w:rPr>
          <w:lang w:val="en-GB"/>
        </w:rPr>
        <w:pict w14:anchorId="4AF7DF06">
          <v:rect id="_x0000_i2251" style="width:0;height:1.5pt" o:hralign="center" o:hrstd="t" o:hr="t" fillcolor="#a0a0a0" stroked="f"/>
        </w:pict>
      </w:r>
    </w:p>
    <w:p w14:paraId="6EABB213"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4.4 Platform Availability</w:t>
      </w:r>
    </w:p>
    <w:p w14:paraId="4BDB66A2" w14:textId="77777777" w:rsidR="00AB1699" w:rsidRPr="00AB1699" w:rsidRDefault="00AB1699" w:rsidP="00AB1699">
      <w:pPr>
        <w:rPr>
          <w:lang w:val="en-GB"/>
        </w:rPr>
      </w:pPr>
      <w:r w:rsidRPr="00AB1699">
        <w:rPr>
          <w:lang w:val="en-GB"/>
        </w:rPr>
        <w:t>We aim to ensure that the My Sports Coach platform remains available, reliable and secure.</w:t>
      </w:r>
    </w:p>
    <w:p w14:paraId="3AFD25B3" w14:textId="77777777" w:rsidR="00AB1699" w:rsidRPr="00AB1699" w:rsidRDefault="00AB1699" w:rsidP="00AB1699">
      <w:pPr>
        <w:rPr>
          <w:lang w:val="en-GB"/>
        </w:rPr>
      </w:pPr>
      <w:r w:rsidRPr="00AB1699">
        <w:rPr>
          <w:lang w:val="en-GB"/>
        </w:rPr>
        <w:t>However, availability may occasionally be affected by:</w:t>
      </w:r>
    </w:p>
    <w:p w14:paraId="1C9C1D7F" w14:textId="77777777" w:rsidR="00AB1699" w:rsidRPr="00AB1699" w:rsidRDefault="00AB1699">
      <w:pPr>
        <w:numPr>
          <w:ilvl w:val="0"/>
          <w:numId w:val="13"/>
        </w:numPr>
        <w:rPr>
          <w:lang w:val="en-GB"/>
        </w:rPr>
      </w:pPr>
      <w:r w:rsidRPr="00AB1699">
        <w:rPr>
          <w:lang w:val="en-GB"/>
        </w:rPr>
        <w:t xml:space="preserve">planned maintenance; </w:t>
      </w:r>
    </w:p>
    <w:p w14:paraId="2C243FF8" w14:textId="77777777" w:rsidR="00AB1699" w:rsidRPr="00AB1699" w:rsidRDefault="00AB1699">
      <w:pPr>
        <w:numPr>
          <w:ilvl w:val="0"/>
          <w:numId w:val="13"/>
        </w:numPr>
        <w:rPr>
          <w:lang w:val="en-GB"/>
        </w:rPr>
      </w:pPr>
      <w:r w:rsidRPr="00AB1699">
        <w:rPr>
          <w:lang w:val="en-GB"/>
        </w:rPr>
        <w:t xml:space="preserve">software updates; </w:t>
      </w:r>
    </w:p>
    <w:p w14:paraId="05B6D4BB" w14:textId="77777777" w:rsidR="00AB1699" w:rsidRPr="00AB1699" w:rsidRDefault="00AB1699">
      <w:pPr>
        <w:numPr>
          <w:ilvl w:val="0"/>
          <w:numId w:val="13"/>
        </w:numPr>
        <w:rPr>
          <w:lang w:val="en-GB"/>
        </w:rPr>
      </w:pPr>
      <w:r w:rsidRPr="00AB1699">
        <w:rPr>
          <w:lang w:val="en-GB"/>
        </w:rPr>
        <w:t xml:space="preserve">technical faults; </w:t>
      </w:r>
    </w:p>
    <w:p w14:paraId="520BAFEC" w14:textId="77777777" w:rsidR="00AB1699" w:rsidRPr="00AB1699" w:rsidRDefault="00AB1699">
      <w:pPr>
        <w:numPr>
          <w:ilvl w:val="0"/>
          <w:numId w:val="13"/>
        </w:numPr>
        <w:rPr>
          <w:lang w:val="en-GB"/>
        </w:rPr>
      </w:pPr>
      <w:r w:rsidRPr="00AB1699">
        <w:rPr>
          <w:lang w:val="en-GB"/>
        </w:rPr>
        <w:t xml:space="preserve">internet service interruptions; </w:t>
      </w:r>
    </w:p>
    <w:p w14:paraId="2568CE19" w14:textId="77777777" w:rsidR="00AB1699" w:rsidRPr="00AB1699" w:rsidRDefault="00AB1699">
      <w:pPr>
        <w:numPr>
          <w:ilvl w:val="0"/>
          <w:numId w:val="13"/>
        </w:numPr>
        <w:rPr>
          <w:lang w:val="en-GB"/>
        </w:rPr>
      </w:pPr>
      <w:r w:rsidRPr="00AB1699">
        <w:rPr>
          <w:lang w:val="en-GB"/>
        </w:rPr>
        <w:t xml:space="preserve">third-party service failures; or </w:t>
      </w:r>
    </w:p>
    <w:p w14:paraId="40B754FF" w14:textId="77777777" w:rsidR="00AB1699" w:rsidRPr="00AB1699" w:rsidRDefault="00AB1699">
      <w:pPr>
        <w:numPr>
          <w:ilvl w:val="0"/>
          <w:numId w:val="13"/>
        </w:numPr>
        <w:rPr>
          <w:lang w:val="en-GB"/>
        </w:rPr>
      </w:pPr>
      <w:r w:rsidRPr="00AB1699">
        <w:rPr>
          <w:lang w:val="en-GB"/>
        </w:rPr>
        <w:t xml:space="preserve">circumstances beyond our reasonable control. </w:t>
      </w:r>
    </w:p>
    <w:p w14:paraId="54449227" w14:textId="77777777" w:rsidR="00AB1699" w:rsidRPr="00AB1699" w:rsidRDefault="00AB1699" w:rsidP="00AB1699">
      <w:pPr>
        <w:rPr>
          <w:lang w:val="en-GB"/>
        </w:rPr>
      </w:pPr>
      <w:r w:rsidRPr="00AB1699">
        <w:rPr>
          <w:lang w:val="en-GB"/>
        </w:rPr>
        <w:t>While we will use reasonable efforts to minimise disruption, we cannot guarantee uninterrupted or error-free access to the platform at all times.</w:t>
      </w:r>
    </w:p>
    <w:p w14:paraId="65A7C200" w14:textId="77777777" w:rsidR="00AB1699" w:rsidRPr="00AB1699" w:rsidRDefault="00000000" w:rsidP="00AB1699">
      <w:pPr>
        <w:rPr>
          <w:lang w:val="en-GB"/>
        </w:rPr>
      </w:pPr>
      <w:r>
        <w:rPr>
          <w:lang w:val="en-GB"/>
        </w:rPr>
        <w:lastRenderedPageBreak/>
        <w:pict w14:anchorId="2233BAC7">
          <v:rect id="_x0000_i2252" style="width:0;height:1.5pt" o:hralign="center" o:hrstd="t" o:hr="t" fillcolor="#a0a0a0" stroked="f"/>
        </w:pict>
      </w:r>
    </w:p>
    <w:p w14:paraId="6FCA600D"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4.5 Future Development</w:t>
      </w:r>
    </w:p>
    <w:p w14:paraId="41D3BBB3" w14:textId="77777777" w:rsidR="00AB1699" w:rsidRPr="00AB1699" w:rsidRDefault="00AB1699" w:rsidP="00AB1699">
      <w:pPr>
        <w:rPr>
          <w:lang w:val="en-GB"/>
        </w:rPr>
      </w:pPr>
      <w:r w:rsidRPr="00AB1699">
        <w:rPr>
          <w:lang w:val="en-GB"/>
        </w:rPr>
        <w:t>My Sports Coach continually develops its platform to improve the services available to coaches and participants.</w:t>
      </w:r>
    </w:p>
    <w:p w14:paraId="72D487EF" w14:textId="77777777" w:rsidR="00AB1699" w:rsidRPr="00AB1699" w:rsidRDefault="00AB1699" w:rsidP="00AB1699">
      <w:pPr>
        <w:rPr>
          <w:lang w:val="en-GB"/>
        </w:rPr>
      </w:pPr>
      <w:r w:rsidRPr="00AB1699">
        <w:rPr>
          <w:lang w:val="en-GB"/>
        </w:rPr>
        <w:t>We may introduce new features, functionality, payment services, booking tools, communication systems or other enhancements from time to time.</w:t>
      </w:r>
    </w:p>
    <w:p w14:paraId="5E6FC7B8" w14:textId="77777777" w:rsidR="00AB1699" w:rsidRPr="00AB1699" w:rsidRDefault="00AB1699" w:rsidP="00AB1699">
      <w:pPr>
        <w:rPr>
          <w:lang w:val="en-GB"/>
        </w:rPr>
      </w:pPr>
      <w:r w:rsidRPr="00AB1699">
        <w:rPr>
          <w:lang w:val="en-GB"/>
        </w:rPr>
        <w:t>Where new services introduce additional rights or obligations, these Terms or other applicable policies may be updated accordingly.</w:t>
      </w:r>
    </w:p>
    <w:p w14:paraId="014DCD44" w14:textId="77777777" w:rsidR="00AB1699" w:rsidRPr="00AB1699" w:rsidRDefault="00000000" w:rsidP="00AB1699">
      <w:pPr>
        <w:rPr>
          <w:lang w:val="en-GB"/>
        </w:rPr>
      </w:pPr>
      <w:r>
        <w:rPr>
          <w:lang w:val="en-GB"/>
        </w:rPr>
        <w:pict w14:anchorId="359136B7">
          <v:rect id="_x0000_i2253" style="width:0;height:1.5pt" o:hralign="center" o:hrstd="t" o:hr="t" fillcolor="#a0a0a0" stroked="f"/>
        </w:pict>
      </w:r>
    </w:p>
    <w:p w14:paraId="20C86101"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4.6 Our Vision</w:t>
      </w:r>
    </w:p>
    <w:p w14:paraId="423E18CA" w14:textId="77777777" w:rsidR="00AB1699" w:rsidRPr="00AB1699" w:rsidRDefault="00AB1699" w:rsidP="00AB1699">
      <w:pPr>
        <w:rPr>
          <w:lang w:val="en-GB"/>
        </w:rPr>
      </w:pPr>
      <w:r w:rsidRPr="00AB1699">
        <w:rPr>
          <w:lang w:val="en-GB"/>
        </w:rPr>
        <w:t>My Sports Coach was created to make finding and delivering quality sports coaching simpler, safer and more accessible.</w:t>
      </w:r>
    </w:p>
    <w:p w14:paraId="6349CFEA" w14:textId="77777777" w:rsidR="00AB1699" w:rsidRPr="00AB1699" w:rsidRDefault="00AB1699" w:rsidP="00AB1699">
      <w:pPr>
        <w:rPr>
          <w:lang w:val="en-GB"/>
        </w:rPr>
      </w:pPr>
      <w:r w:rsidRPr="00AB1699">
        <w:rPr>
          <w:lang w:val="en-GB"/>
        </w:rPr>
        <w:t>Our aim is to support coaches in growing sustainable coaching businesses while helping participants confidently discover coaching opportunities that meet their needs.</w:t>
      </w:r>
    </w:p>
    <w:p w14:paraId="21BA33F4" w14:textId="77777777" w:rsidR="00AB1699" w:rsidRPr="00AB1699" w:rsidRDefault="00AB1699" w:rsidP="00AB1699">
      <w:pPr>
        <w:rPr>
          <w:lang w:val="en-GB"/>
        </w:rPr>
      </w:pPr>
      <w:r w:rsidRPr="00AB1699">
        <w:rPr>
          <w:lang w:val="en-GB"/>
        </w:rPr>
        <w:t>By providing clear governance, transparent policies and secure digital services, we seek to build a trusted marketplace that benefits coaches, participants, parents, organisations and the wider sporting community.</w:t>
      </w:r>
    </w:p>
    <w:p w14:paraId="0F240B54" w14:textId="77777777" w:rsidR="00AB1699" w:rsidRDefault="00AB1699"/>
    <w:p w14:paraId="36D0CE03" w14:textId="77777777" w:rsidR="00AB1699" w:rsidRPr="00AB1699" w:rsidRDefault="00AB1699" w:rsidP="00AB1699">
      <w:pPr>
        <w:rPr>
          <w:b/>
          <w:bCs/>
          <w:lang w:val="en-GB"/>
        </w:rPr>
      </w:pPr>
      <w:r w:rsidRPr="00AB1699">
        <w:rPr>
          <w:b/>
          <w:bCs/>
          <w:color w:val="365F91" w:themeColor="accent1" w:themeShade="BF"/>
          <w:sz w:val="28"/>
          <w:szCs w:val="28"/>
          <w:lang w:val="en-GB"/>
        </w:rPr>
        <w:t>5. Eligibility to Use the Platform</w:t>
      </w:r>
    </w:p>
    <w:p w14:paraId="037C275B" w14:textId="77777777" w:rsidR="00AB1699" w:rsidRPr="00AB1699" w:rsidRDefault="00AB1699" w:rsidP="00AB1699">
      <w:pPr>
        <w:rPr>
          <w:lang w:val="en-GB"/>
        </w:rPr>
      </w:pPr>
      <w:r w:rsidRPr="00AB1699">
        <w:rPr>
          <w:lang w:val="en-GB"/>
        </w:rPr>
        <w:t>Access to the My Sports Coach platform is subject to these Terms and any other policies published by My Sports Coach.</w:t>
      </w:r>
    </w:p>
    <w:p w14:paraId="4CFE6E81" w14:textId="77777777" w:rsidR="00AB1699" w:rsidRPr="00AB1699" w:rsidRDefault="00AB1699" w:rsidP="00AB1699">
      <w:pPr>
        <w:rPr>
          <w:lang w:val="en-GB"/>
        </w:rPr>
      </w:pPr>
      <w:r w:rsidRPr="00AB1699">
        <w:rPr>
          <w:lang w:val="en-GB"/>
        </w:rPr>
        <w:t>By accessing or using the platform, you confirm that you satisfy the eligibility requirements set out in this section and that you will comply with all applicable laws, regulations and platform requirements.</w:t>
      </w:r>
    </w:p>
    <w:p w14:paraId="57E2174A" w14:textId="77777777" w:rsidR="00AB1699" w:rsidRPr="00AB1699" w:rsidRDefault="00000000" w:rsidP="00AB1699">
      <w:pPr>
        <w:rPr>
          <w:lang w:val="en-GB"/>
        </w:rPr>
      </w:pPr>
      <w:r>
        <w:rPr>
          <w:lang w:val="en-GB"/>
        </w:rPr>
        <w:pict w14:anchorId="6CEA9F34">
          <v:rect id="_x0000_i2254" style="width:0;height:1.5pt" o:hralign="center" o:hrstd="t" o:hr="t" fillcolor="#a0a0a0" stroked="f"/>
        </w:pict>
      </w:r>
    </w:p>
    <w:p w14:paraId="17A45637"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5.1 Minimum Age</w:t>
      </w:r>
    </w:p>
    <w:p w14:paraId="168C37C7" w14:textId="77777777" w:rsidR="00AB1699" w:rsidRPr="00AB1699" w:rsidRDefault="00AB1699" w:rsidP="00AB1699">
      <w:pPr>
        <w:rPr>
          <w:lang w:val="en-GB"/>
        </w:rPr>
      </w:pPr>
      <w:r w:rsidRPr="00AB1699">
        <w:rPr>
          <w:lang w:val="en-GB"/>
        </w:rPr>
        <w:t xml:space="preserve">Unless otherwise permitted by applicable law, users must be at least </w:t>
      </w:r>
      <w:r w:rsidRPr="00AB1699">
        <w:rPr>
          <w:b/>
          <w:bCs/>
          <w:lang w:val="en-GB"/>
        </w:rPr>
        <w:t>18 years of age</w:t>
      </w:r>
      <w:r w:rsidRPr="00AB1699">
        <w:rPr>
          <w:lang w:val="en-GB"/>
        </w:rPr>
        <w:t xml:space="preserve"> to create an account, register as a coach or enter into legally binding agreements through the My Sports Coach platform.</w:t>
      </w:r>
    </w:p>
    <w:p w14:paraId="1C447ED3" w14:textId="77777777" w:rsidR="00AB1699" w:rsidRPr="00AB1699" w:rsidRDefault="00AB1699" w:rsidP="00AB1699">
      <w:pPr>
        <w:rPr>
          <w:lang w:val="en-GB"/>
        </w:rPr>
      </w:pPr>
      <w:r w:rsidRPr="00AB1699">
        <w:rPr>
          <w:lang w:val="en-GB"/>
        </w:rPr>
        <w:t>Individuals under the age of 18 may participate in coaching sessions where bookings are made on their behalf by a parent, legal guardian or another authorised adult.</w:t>
      </w:r>
    </w:p>
    <w:p w14:paraId="0AC21A9B" w14:textId="77777777" w:rsidR="00AB1699" w:rsidRPr="00AB1699" w:rsidRDefault="00AB1699" w:rsidP="00AB1699">
      <w:pPr>
        <w:rPr>
          <w:lang w:val="en-GB"/>
        </w:rPr>
      </w:pPr>
      <w:r w:rsidRPr="00AB1699">
        <w:rPr>
          <w:lang w:val="en-GB"/>
        </w:rPr>
        <w:t>Parents and guardians remain responsible for ensuring that information provided on behalf of a child is accurate and that bookings are made appropriately.</w:t>
      </w:r>
    </w:p>
    <w:p w14:paraId="53835764" w14:textId="77777777" w:rsidR="00AB1699" w:rsidRPr="00AB1699" w:rsidRDefault="00000000" w:rsidP="00AB1699">
      <w:pPr>
        <w:rPr>
          <w:lang w:val="en-GB"/>
        </w:rPr>
      </w:pPr>
      <w:r>
        <w:rPr>
          <w:lang w:val="en-GB"/>
        </w:rPr>
        <w:lastRenderedPageBreak/>
        <w:pict w14:anchorId="7FEA730A">
          <v:rect id="_x0000_i2255" style="width:0;height:1.5pt" o:hralign="center" o:hrstd="t" o:hr="t" fillcolor="#a0a0a0" stroked="f"/>
        </w:pict>
      </w:r>
    </w:p>
    <w:p w14:paraId="70BC822C"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5.2 Legal Capacity</w:t>
      </w:r>
    </w:p>
    <w:p w14:paraId="0ADAD2F1" w14:textId="77777777" w:rsidR="00AB1699" w:rsidRPr="00AB1699" w:rsidRDefault="00AB1699" w:rsidP="00AB1699">
      <w:pPr>
        <w:rPr>
          <w:lang w:val="en-GB"/>
        </w:rPr>
      </w:pPr>
      <w:r w:rsidRPr="00AB1699">
        <w:rPr>
          <w:lang w:val="en-GB"/>
        </w:rPr>
        <w:t>By using the platform, you confirm that you have the legal capacity to enter into a binding agreement with My Sports Coach.</w:t>
      </w:r>
    </w:p>
    <w:p w14:paraId="07DB0BE5" w14:textId="77777777" w:rsidR="00AB1699" w:rsidRPr="00AB1699" w:rsidRDefault="00AB1699" w:rsidP="00AB1699">
      <w:pPr>
        <w:rPr>
          <w:lang w:val="en-GB"/>
        </w:rPr>
      </w:pPr>
      <w:r w:rsidRPr="00AB1699">
        <w:rPr>
          <w:lang w:val="en-GB"/>
        </w:rPr>
        <w:t>If you are using the platform on behalf of:</w:t>
      </w:r>
    </w:p>
    <w:p w14:paraId="79640756" w14:textId="77777777" w:rsidR="00AB1699" w:rsidRPr="00AB1699" w:rsidRDefault="00AB1699">
      <w:pPr>
        <w:numPr>
          <w:ilvl w:val="0"/>
          <w:numId w:val="14"/>
        </w:numPr>
        <w:rPr>
          <w:lang w:val="en-GB"/>
        </w:rPr>
      </w:pPr>
      <w:r w:rsidRPr="00AB1699">
        <w:rPr>
          <w:lang w:val="en-GB"/>
        </w:rPr>
        <w:t xml:space="preserve">a sports club; </w:t>
      </w:r>
    </w:p>
    <w:p w14:paraId="0D7A6276" w14:textId="77777777" w:rsidR="00AB1699" w:rsidRPr="00AB1699" w:rsidRDefault="00AB1699">
      <w:pPr>
        <w:numPr>
          <w:ilvl w:val="0"/>
          <w:numId w:val="14"/>
        </w:numPr>
        <w:rPr>
          <w:lang w:val="en-GB"/>
        </w:rPr>
      </w:pPr>
      <w:r w:rsidRPr="00AB1699">
        <w:rPr>
          <w:lang w:val="en-GB"/>
        </w:rPr>
        <w:t xml:space="preserve">school; </w:t>
      </w:r>
    </w:p>
    <w:p w14:paraId="2B1FF1DB" w14:textId="77777777" w:rsidR="00AB1699" w:rsidRPr="00AB1699" w:rsidRDefault="00AB1699">
      <w:pPr>
        <w:numPr>
          <w:ilvl w:val="0"/>
          <w:numId w:val="14"/>
        </w:numPr>
        <w:rPr>
          <w:lang w:val="en-GB"/>
        </w:rPr>
      </w:pPr>
      <w:r w:rsidRPr="00AB1699">
        <w:rPr>
          <w:lang w:val="en-GB"/>
        </w:rPr>
        <w:t xml:space="preserve">college; </w:t>
      </w:r>
    </w:p>
    <w:p w14:paraId="038E1FC0" w14:textId="77777777" w:rsidR="00AB1699" w:rsidRPr="00AB1699" w:rsidRDefault="00AB1699">
      <w:pPr>
        <w:numPr>
          <w:ilvl w:val="0"/>
          <w:numId w:val="14"/>
        </w:numPr>
        <w:rPr>
          <w:lang w:val="en-GB"/>
        </w:rPr>
      </w:pPr>
      <w:r w:rsidRPr="00AB1699">
        <w:rPr>
          <w:lang w:val="en-GB"/>
        </w:rPr>
        <w:t xml:space="preserve">university; </w:t>
      </w:r>
    </w:p>
    <w:p w14:paraId="7E64BD45" w14:textId="77777777" w:rsidR="00AB1699" w:rsidRPr="00AB1699" w:rsidRDefault="00AB1699">
      <w:pPr>
        <w:numPr>
          <w:ilvl w:val="0"/>
          <w:numId w:val="14"/>
        </w:numPr>
        <w:rPr>
          <w:lang w:val="en-GB"/>
        </w:rPr>
      </w:pPr>
      <w:r w:rsidRPr="00AB1699">
        <w:rPr>
          <w:lang w:val="en-GB"/>
        </w:rPr>
        <w:t xml:space="preserve">business; </w:t>
      </w:r>
    </w:p>
    <w:p w14:paraId="79BE0CEE" w14:textId="77777777" w:rsidR="00AB1699" w:rsidRPr="00AB1699" w:rsidRDefault="00AB1699">
      <w:pPr>
        <w:numPr>
          <w:ilvl w:val="0"/>
          <w:numId w:val="14"/>
        </w:numPr>
        <w:rPr>
          <w:lang w:val="en-GB"/>
        </w:rPr>
      </w:pPr>
      <w:r w:rsidRPr="00AB1699">
        <w:rPr>
          <w:lang w:val="en-GB"/>
        </w:rPr>
        <w:t xml:space="preserve">charity; </w:t>
      </w:r>
    </w:p>
    <w:p w14:paraId="0B02F2E3" w14:textId="77777777" w:rsidR="00AB1699" w:rsidRPr="00AB1699" w:rsidRDefault="00AB1699">
      <w:pPr>
        <w:numPr>
          <w:ilvl w:val="0"/>
          <w:numId w:val="14"/>
        </w:numPr>
        <w:rPr>
          <w:lang w:val="en-GB"/>
        </w:rPr>
      </w:pPr>
      <w:r w:rsidRPr="00AB1699">
        <w:rPr>
          <w:lang w:val="en-GB"/>
        </w:rPr>
        <w:t xml:space="preserve">local authority; or </w:t>
      </w:r>
    </w:p>
    <w:p w14:paraId="0B2C9BA6" w14:textId="77777777" w:rsidR="00AB1699" w:rsidRPr="00AB1699" w:rsidRDefault="00AB1699">
      <w:pPr>
        <w:numPr>
          <w:ilvl w:val="0"/>
          <w:numId w:val="14"/>
        </w:numPr>
        <w:rPr>
          <w:lang w:val="en-GB"/>
        </w:rPr>
      </w:pPr>
      <w:r w:rsidRPr="00AB1699">
        <w:rPr>
          <w:lang w:val="en-GB"/>
        </w:rPr>
        <w:t xml:space="preserve">any other organisation, </w:t>
      </w:r>
    </w:p>
    <w:p w14:paraId="495BF716" w14:textId="77777777" w:rsidR="00AB1699" w:rsidRPr="00AB1699" w:rsidRDefault="00AB1699" w:rsidP="00AB1699">
      <w:pPr>
        <w:rPr>
          <w:lang w:val="en-GB"/>
        </w:rPr>
      </w:pPr>
      <w:r w:rsidRPr="00AB1699">
        <w:rPr>
          <w:lang w:val="en-GB"/>
        </w:rPr>
        <w:t>you confirm that you have the authority to act on behalf of that organisation and to accept these Terms on its behalf.</w:t>
      </w:r>
    </w:p>
    <w:p w14:paraId="6822E147" w14:textId="77777777" w:rsidR="00AB1699" w:rsidRPr="00AB1699" w:rsidRDefault="00000000" w:rsidP="00AB1699">
      <w:pPr>
        <w:rPr>
          <w:lang w:val="en-GB"/>
        </w:rPr>
      </w:pPr>
      <w:r>
        <w:rPr>
          <w:lang w:val="en-GB"/>
        </w:rPr>
        <w:pict w14:anchorId="604C4F3A">
          <v:rect id="_x0000_i2256" style="width:0;height:1.5pt" o:hralign="center" o:hrstd="t" o:hr="t" fillcolor="#a0a0a0" stroked="f"/>
        </w:pict>
      </w:r>
    </w:p>
    <w:p w14:paraId="1D295C47"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5.3 Accurate Information</w:t>
      </w:r>
    </w:p>
    <w:p w14:paraId="56C5D074" w14:textId="77777777" w:rsidR="00AB1699" w:rsidRPr="00AB1699" w:rsidRDefault="00AB1699" w:rsidP="00AB1699">
      <w:pPr>
        <w:rPr>
          <w:lang w:val="en-GB"/>
        </w:rPr>
      </w:pPr>
      <w:r w:rsidRPr="00AB1699">
        <w:rPr>
          <w:lang w:val="en-GB"/>
        </w:rPr>
        <w:t>All users must provide information that is accurate, complete and kept up to date.</w:t>
      </w:r>
    </w:p>
    <w:p w14:paraId="7DDAE8F9" w14:textId="77777777" w:rsidR="00AB1699" w:rsidRPr="00AB1699" w:rsidRDefault="00AB1699" w:rsidP="00AB1699">
      <w:pPr>
        <w:rPr>
          <w:lang w:val="en-GB"/>
        </w:rPr>
      </w:pPr>
      <w:r w:rsidRPr="00AB1699">
        <w:rPr>
          <w:lang w:val="en-GB"/>
        </w:rPr>
        <w:t>You agree that you will not:</w:t>
      </w:r>
    </w:p>
    <w:p w14:paraId="52289BCE" w14:textId="77777777" w:rsidR="00AB1699" w:rsidRPr="00AB1699" w:rsidRDefault="00AB1699">
      <w:pPr>
        <w:numPr>
          <w:ilvl w:val="0"/>
          <w:numId w:val="15"/>
        </w:numPr>
        <w:rPr>
          <w:lang w:val="en-GB"/>
        </w:rPr>
      </w:pPr>
      <w:r w:rsidRPr="00AB1699">
        <w:rPr>
          <w:lang w:val="en-GB"/>
        </w:rPr>
        <w:t xml:space="preserve">provide false or misleading information; </w:t>
      </w:r>
    </w:p>
    <w:p w14:paraId="7AEE17B5" w14:textId="77777777" w:rsidR="00AB1699" w:rsidRPr="00AB1699" w:rsidRDefault="00AB1699">
      <w:pPr>
        <w:numPr>
          <w:ilvl w:val="0"/>
          <w:numId w:val="15"/>
        </w:numPr>
        <w:rPr>
          <w:lang w:val="en-GB"/>
        </w:rPr>
      </w:pPr>
      <w:r w:rsidRPr="00AB1699">
        <w:rPr>
          <w:lang w:val="en-GB"/>
        </w:rPr>
        <w:t xml:space="preserve">impersonate another individual or organisation; </w:t>
      </w:r>
    </w:p>
    <w:p w14:paraId="1B106DD9" w14:textId="77777777" w:rsidR="00AB1699" w:rsidRPr="00AB1699" w:rsidRDefault="00AB1699">
      <w:pPr>
        <w:numPr>
          <w:ilvl w:val="0"/>
          <w:numId w:val="15"/>
        </w:numPr>
        <w:rPr>
          <w:lang w:val="en-GB"/>
        </w:rPr>
      </w:pPr>
      <w:r w:rsidRPr="00AB1699">
        <w:rPr>
          <w:lang w:val="en-GB"/>
        </w:rPr>
        <w:t xml:space="preserve">create accounts using inaccurate details; </w:t>
      </w:r>
    </w:p>
    <w:p w14:paraId="6052D14E" w14:textId="77777777" w:rsidR="00AB1699" w:rsidRPr="00AB1699" w:rsidRDefault="00AB1699">
      <w:pPr>
        <w:numPr>
          <w:ilvl w:val="0"/>
          <w:numId w:val="15"/>
        </w:numPr>
        <w:rPr>
          <w:lang w:val="en-GB"/>
        </w:rPr>
      </w:pPr>
      <w:r w:rsidRPr="00AB1699">
        <w:rPr>
          <w:lang w:val="en-GB"/>
        </w:rPr>
        <w:t xml:space="preserve">use information that you are not authorised to use; or </w:t>
      </w:r>
    </w:p>
    <w:p w14:paraId="6434955F" w14:textId="77777777" w:rsidR="00AB1699" w:rsidRPr="00AB1699" w:rsidRDefault="00AB1699">
      <w:pPr>
        <w:numPr>
          <w:ilvl w:val="0"/>
          <w:numId w:val="15"/>
        </w:numPr>
        <w:rPr>
          <w:lang w:val="en-GB"/>
        </w:rPr>
      </w:pPr>
      <w:r w:rsidRPr="00AB1699">
        <w:rPr>
          <w:lang w:val="en-GB"/>
        </w:rPr>
        <w:t xml:space="preserve">knowingly submit fraudulent documentation. </w:t>
      </w:r>
    </w:p>
    <w:p w14:paraId="505336E7" w14:textId="77777777" w:rsidR="00AB1699" w:rsidRPr="00AB1699" w:rsidRDefault="00AB1699" w:rsidP="00AB1699">
      <w:pPr>
        <w:rPr>
          <w:lang w:val="en-GB"/>
        </w:rPr>
      </w:pPr>
      <w:r w:rsidRPr="00AB1699">
        <w:rPr>
          <w:lang w:val="en-GB"/>
        </w:rPr>
        <w:t>My Sports Coach reserves the right to request reasonable evidence to verify information where appropriate.</w:t>
      </w:r>
    </w:p>
    <w:p w14:paraId="236E0A25" w14:textId="77777777" w:rsidR="00AB1699" w:rsidRPr="00AB1699" w:rsidRDefault="00000000" w:rsidP="00AB1699">
      <w:pPr>
        <w:rPr>
          <w:lang w:val="en-GB"/>
        </w:rPr>
      </w:pPr>
      <w:r>
        <w:rPr>
          <w:lang w:val="en-GB"/>
        </w:rPr>
        <w:pict w14:anchorId="6A884301">
          <v:rect id="_x0000_i2257" style="width:0;height:1.5pt" o:hralign="center" o:hrstd="t" o:hr="t" fillcolor="#a0a0a0" stroked="f"/>
        </w:pict>
      </w:r>
    </w:p>
    <w:p w14:paraId="4F87F931"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5.4 Account Eligibility</w:t>
      </w:r>
    </w:p>
    <w:p w14:paraId="2E6FBF25" w14:textId="77777777" w:rsidR="00AB1699" w:rsidRPr="00AB1699" w:rsidRDefault="00AB1699" w:rsidP="00AB1699">
      <w:pPr>
        <w:rPr>
          <w:lang w:val="en-GB"/>
        </w:rPr>
      </w:pPr>
      <w:r w:rsidRPr="00AB1699">
        <w:rPr>
          <w:lang w:val="en-GB"/>
        </w:rPr>
        <w:lastRenderedPageBreak/>
        <w:t>We may refuse, suspend or terminate access to the platform where we reasonably believe that:</w:t>
      </w:r>
    </w:p>
    <w:p w14:paraId="1004A8F7" w14:textId="77777777" w:rsidR="00AB1699" w:rsidRPr="00AB1699" w:rsidRDefault="00AB1699">
      <w:pPr>
        <w:numPr>
          <w:ilvl w:val="0"/>
          <w:numId w:val="16"/>
        </w:numPr>
        <w:rPr>
          <w:lang w:val="en-GB"/>
        </w:rPr>
      </w:pPr>
      <w:r w:rsidRPr="00AB1699">
        <w:rPr>
          <w:lang w:val="en-GB"/>
        </w:rPr>
        <w:t xml:space="preserve">eligibility requirements are not met; </w:t>
      </w:r>
    </w:p>
    <w:p w14:paraId="1DD2B9E4" w14:textId="77777777" w:rsidR="00AB1699" w:rsidRPr="00AB1699" w:rsidRDefault="00AB1699">
      <w:pPr>
        <w:numPr>
          <w:ilvl w:val="0"/>
          <w:numId w:val="16"/>
        </w:numPr>
        <w:rPr>
          <w:lang w:val="en-GB"/>
        </w:rPr>
      </w:pPr>
      <w:r w:rsidRPr="00AB1699">
        <w:rPr>
          <w:lang w:val="en-GB"/>
        </w:rPr>
        <w:t xml:space="preserve">false information has been provided; </w:t>
      </w:r>
    </w:p>
    <w:p w14:paraId="38320F1C" w14:textId="77777777" w:rsidR="00AB1699" w:rsidRPr="00AB1699" w:rsidRDefault="00AB1699">
      <w:pPr>
        <w:numPr>
          <w:ilvl w:val="0"/>
          <w:numId w:val="16"/>
        </w:numPr>
        <w:rPr>
          <w:lang w:val="en-GB"/>
        </w:rPr>
      </w:pPr>
      <w:r w:rsidRPr="00AB1699">
        <w:rPr>
          <w:lang w:val="en-GB"/>
        </w:rPr>
        <w:t xml:space="preserve">these Terms have been breached; </w:t>
      </w:r>
    </w:p>
    <w:p w14:paraId="737A703F" w14:textId="77777777" w:rsidR="00AB1699" w:rsidRPr="00AB1699" w:rsidRDefault="00AB1699">
      <w:pPr>
        <w:numPr>
          <w:ilvl w:val="0"/>
          <w:numId w:val="16"/>
        </w:numPr>
        <w:rPr>
          <w:lang w:val="en-GB"/>
        </w:rPr>
      </w:pPr>
      <w:r w:rsidRPr="00AB1699">
        <w:rPr>
          <w:lang w:val="en-GB"/>
        </w:rPr>
        <w:t xml:space="preserve">continued access presents a risk to other users or the platform; or </w:t>
      </w:r>
    </w:p>
    <w:p w14:paraId="3B31213D" w14:textId="77777777" w:rsidR="00AB1699" w:rsidRPr="00AB1699" w:rsidRDefault="00AB1699">
      <w:pPr>
        <w:numPr>
          <w:ilvl w:val="0"/>
          <w:numId w:val="16"/>
        </w:numPr>
        <w:rPr>
          <w:lang w:val="en-GB"/>
        </w:rPr>
      </w:pPr>
      <w:r w:rsidRPr="00AB1699">
        <w:rPr>
          <w:lang w:val="en-GB"/>
        </w:rPr>
        <w:t xml:space="preserve">access would otherwise be unlawful or inappropriate. </w:t>
      </w:r>
    </w:p>
    <w:p w14:paraId="66D500D7" w14:textId="77777777" w:rsidR="00AB1699" w:rsidRPr="00AB1699" w:rsidRDefault="00AB1699" w:rsidP="00AB1699">
      <w:pPr>
        <w:rPr>
          <w:lang w:val="en-GB"/>
        </w:rPr>
      </w:pPr>
      <w:r w:rsidRPr="00AB1699">
        <w:rPr>
          <w:lang w:val="en-GB"/>
        </w:rPr>
        <w:t>Where reasonably practicable, we will explain the reasons for any decision affecting access to the platform.</w:t>
      </w:r>
    </w:p>
    <w:p w14:paraId="148E3696" w14:textId="77777777" w:rsidR="00AB1699" w:rsidRPr="00AB1699" w:rsidRDefault="00000000" w:rsidP="00AB1699">
      <w:pPr>
        <w:rPr>
          <w:lang w:val="en-GB"/>
        </w:rPr>
      </w:pPr>
      <w:r>
        <w:rPr>
          <w:lang w:val="en-GB"/>
        </w:rPr>
        <w:pict w14:anchorId="087F5C87">
          <v:rect id="_x0000_i2258" style="width:0;height:1.5pt" o:hralign="center" o:hrstd="t" o:hr="t" fillcolor="#a0a0a0" stroked="f"/>
        </w:pict>
      </w:r>
    </w:p>
    <w:p w14:paraId="2ED0E359"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5.5 Compliance with Laws</w:t>
      </w:r>
    </w:p>
    <w:p w14:paraId="1EAE926B" w14:textId="77777777" w:rsidR="00AB1699" w:rsidRPr="00AB1699" w:rsidRDefault="00AB1699" w:rsidP="00AB1699">
      <w:pPr>
        <w:rPr>
          <w:lang w:val="en-GB"/>
        </w:rPr>
      </w:pPr>
      <w:r w:rsidRPr="00AB1699">
        <w:rPr>
          <w:lang w:val="en-GB"/>
        </w:rPr>
        <w:t>Users are responsible for ensuring that their use of the My Sports Coach platform complies with all applicable laws, regulations and professional obligations.</w:t>
      </w:r>
    </w:p>
    <w:p w14:paraId="2A33D87B" w14:textId="77777777" w:rsidR="00AB1699" w:rsidRPr="00AB1699" w:rsidRDefault="00AB1699" w:rsidP="00AB1699">
      <w:pPr>
        <w:rPr>
          <w:lang w:val="en-GB"/>
        </w:rPr>
      </w:pPr>
      <w:r w:rsidRPr="00AB1699">
        <w:rPr>
          <w:lang w:val="en-GB"/>
        </w:rPr>
        <w:t>Coaches are additionally responsible for complying with any requirements imposed by:</w:t>
      </w:r>
    </w:p>
    <w:p w14:paraId="2204B6B6" w14:textId="77777777" w:rsidR="00AB1699" w:rsidRPr="00AB1699" w:rsidRDefault="00AB1699">
      <w:pPr>
        <w:numPr>
          <w:ilvl w:val="0"/>
          <w:numId w:val="17"/>
        </w:numPr>
        <w:rPr>
          <w:lang w:val="en-GB"/>
        </w:rPr>
      </w:pPr>
      <w:r w:rsidRPr="00AB1699">
        <w:rPr>
          <w:lang w:val="en-GB"/>
        </w:rPr>
        <w:t xml:space="preserve">governing bodies; </w:t>
      </w:r>
    </w:p>
    <w:p w14:paraId="29E2174B" w14:textId="77777777" w:rsidR="00AB1699" w:rsidRPr="00AB1699" w:rsidRDefault="00AB1699">
      <w:pPr>
        <w:numPr>
          <w:ilvl w:val="0"/>
          <w:numId w:val="17"/>
        </w:numPr>
        <w:rPr>
          <w:lang w:val="en-GB"/>
        </w:rPr>
      </w:pPr>
      <w:r w:rsidRPr="00AB1699">
        <w:rPr>
          <w:lang w:val="en-GB"/>
        </w:rPr>
        <w:t xml:space="preserve">safeguarding legislation; </w:t>
      </w:r>
    </w:p>
    <w:p w14:paraId="61A47468" w14:textId="77777777" w:rsidR="00AB1699" w:rsidRPr="00AB1699" w:rsidRDefault="00AB1699">
      <w:pPr>
        <w:numPr>
          <w:ilvl w:val="0"/>
          <w:numId w:val="17"/>
        </w:numPr>
        <w:rPr>
          <w:lang w:val="en-GB"/>
        </w:rPr>
      </w:pPr>
      <w:r w:rsidRPr="00AB1699">
        <w:rPr>
          <w:lang w:val="en-GB"/>
        </w:rPr>
        <w:t xml:space="preserve">insurance providers; </w:t>
      </w:r>
    </w:p>
    <w:p w14:paraId="7D12A3A7" w14:textId="77777777" w:rsidR="00AB1699" w:rsidRPr="00AB1699" w:rsidRDefault="00AB1699">
      <w:pPr>
        <w:numPr>
          <w:ilvl w:val="0"/>
          <w:numId w:val="17"/>
        </w:numPr>
        <w:rPr>
          <w:lang w:val="en-GB"/>
        </w:rPr>
      </w:pPr>
      <w:r w:rsidRPr="00AB1699">
        <w:rPr>
          <w:lang w:val="en-GB"/>
        </w:rPr>
        <w:t xml:space="preserve">licensing authorities; and </w:t>
      </w:r>
    </w:p>
    <w:p w14:paraId="4F1D30C2" w14:textId="77777777" w:rsidR="00AB1699" w:rsidRPr="00AB1699" w:rsidRDefault="00AB1699">
      <w:pPr>
        <w:numPr>
          <w:ilvl w:val="0"/>
          <w:numId w:val="17"/>
        </w:numPr>
        <w:rPr>
          <w:lang w:val="en-GB"/>
        </w:rPr>
      </w:pPr>
      <w:r w:rsidRPr="00AB1699">
        <w:rPr>
          <w:lang w:val="en-GB"/>
        </w:rPr>
        <w:t xml:space="preserve">other organisations responsible for regulating their coaching activities. </w:t>
      </w:r>
    </w:p>
    <w:p w14:paraId="2DE45C51" w14:textId="77777777" w:rsidR="00AB1699" w:rsidRPr="00AB1699" w:rsidRDefault="00000000" w:rsidP="00AB1699">
      <w:pPr>
        <w:rPr>
          <w:lang w:val="en-GB"/>
        </w:rPr>
      </w:pPr>
      <w:r>
        <w:rPr>
          <w:lang w:val="en-GB"/>
        </w:rPr>
        <w:pict w14:anchorId="190D4E62">
          <v:rect id="_x0000_i2259" style="width:0;height:1.5pt" o:hralign="center" o:hrstd="t" o:hr="t" fillcolor="#a0a0a0" stroked="f"/>
        </w:pict>
      </w:r>
    </w:p>
    <w:p w14:paraId="2CB66119"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5.6 International Users</w:t>
      </w:r>
    </w:p>
    <w:p w14:paraId="6BB7D578" w14:textId="77777777" w:rsidR="00AB1699" w:rsidRPr="00AB1699" w:rsidRDefault="00AB1699" w:rsidP="00AB1699">
      <w:pPr>
        <w:rPr>
          <w:lang w:val="en-GB"/>
        </w:rPr>
      </w:pPr>
      <w:r w:rsidRPr="00AB1699">
        <w:rPr>
          <w:lang w:val="en-GB"/>
        </w:rPr>
        <w:t>The My Sports Coach platform is primarily intended for use within the United Kingdom.</w:t>
      </w:r>
    </w:p>
    <w:p w14:paraId="06855130" w14:textId="77777777" w:rsidR="00AB1699" w:rsidRPr="00AB1699" w:rsidRDefault="00AB1699" w:rsidP="00AB1699">
      <w:pPr>
        <w:rPr>
          <w:lang w:val="en-GB"/>
        </w:rPr>
      </w:pPr>
      <w:r w:rsidRPr="00AB1699">
        <w:rPr>
          <w:lang w:val="en-GB"/>
        </w:rPr>
        <w:t>Users accessing the platform from outside the United Kingdom are responsible for ensuring that their use of the platform complies with the laws that apply within their own jurisdiction.</w:t>
      </w:r>
    </w:p>
    <w:p w14:paraId="438843D4" w14:textId="77777777" w:rsidR="00AB1699" w:rsidRPr="00AB1699" w:rsidRDefault="00000000" w:rsidP="00AB1699">
      <w:pPr>
        <w:rPr>
          <w:lang w:val="en-GB"/>
        </w:rPr>
      </w:pPr>
      <w:r>
        <w:rPr>
          <w:lang w:val="en-GB"/>
        </w:rPr>
        <w:pict w14:anchorId="2E84C6F1">
          <v:rect id="_x0000_i2260" style="width:0;height:1.5pt" o:hralign="center" o:hrstd="t" o:hr="t" fillcolor="#a0a0a0" stroked="f"/>
        </w:pict>
      </w:r>
    </w:p>
    <w:p w14:paraId="5D9EE7FE"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5.7 Right to Refuse Access</w:t>
      </w:r>
    </w:p>
    <w:p w14:paraId="3436DC28" w14:textId="77777777" w:rsidR="00AB1699" w:rsidRPr="00AB1699" w:rsidRDefault="00AB1699" w:rsidP="00AB1699">
      <w:pPr>
        <w:rPr>
          <w:lang w:val="en-GB"/>
        </w:rPr>
      </w:pPr>
      <w:r w:rsidRPr="00AB1699">
        <w:rPr>
          <w:lang w:val="en-GB"/>
        </w:rPr>
        <w:t xml:space="preserve">My Sports Coach reserves the right to refuse access to the platform </w:t>
      </w:r>
      <w:proofErr w:type="gramStart"/>
      <w:r w:rsidRPr="00AB1699">
        <w:rPr>
          <w:lang w:val="en-GB"/>
        </w:rPr>
        <w:t>where</w:t>
      </w:r>
      <w:proofErr w:type="gramEnd"/>
      <w:r w:rsidRPr="00AB1699">
        <w:rPr>
          <w:lang w:val="en-GB"/>
        </w:rPr>
        <w:t xml:space="preserve"> doing so is necessary to:</w:t>
      </w:r>
    </w:p>
    <w:p w14:paraId="37A8BF0D" w14:textId="77777777" w:rsidR="00AB1699" w:rsidRPr="00AB1699" w:rsidRDefault="00AB1699">
      <w:pPr>
        <w:numPr>
          <w:ilvl w:val="0"/>
          <w:numId w:val="18"/>
        </w:numPr>
        <w:rPr>
          <w:lang w:val="en-GB"/>
        </w:rPr>
      </w:pPr>
      <w:r w:rsidRPr="00AB1699">
        <w:rPr>
          <w:lang w:val="en-GB"/>
        </w:rPr>
        <w:t xml:space="preserve">protect the safety of users; </w:t>
      </w:r>
    </w:p>
    <w:p w14:paraId="5FB62B5D" w14:textId="77777777" w:rsidR="00AB1699" w:rsidRPr="00AB1699" w:rsidRDefault="00AB1699">
      <w:pPr>
        <w:numPr>
          <w:ilvl w:val="0"/>
          <w:numId w:val="18"/>
        </w:numPr>
        <w:rPr>
          <w:lang w:val="en-GB"/>
        </w:rPr>
      </w:pPr>
      <w:r w:rsidRPr="00AB1699">
        <w:rPr>
          <w:lang w:val="en-GB"/>
        </w:rPr>
        <w:lastRenderedPageBreak/>
        <w:t xml:space="preserve">maintain the integrity of the platform; </w:t>
      </w:r>
    </w:p>
    <w:p w14:paraId="6AAA8039" w14:textId="77777777" w:rsidR="00AB1699" w:rsidRPr="00AB1699" w:rsidRDefault="00AB1699">
      <w:pPr>
        <w:numPr>
          <w:ilvl w:val="0"/>
          <w:numId w:val="18"/>
        </w:numPr>
        <w:rPr>
          <w:lang w:val="en-GB"/>
        </w:rPr>
      </w:pPr>
      <w:r w:rsidRPr="00AB1699">
        <w:rPr>
          <w:lang w:val="en-GB"/>
        </w:rPr>
        <w:t xml:space="preserve">comply with legal or regulatory obligations; </w:t>
      </w:r>
    </w:p>
    <w:p w14:paraId="2A060B10" w14:textId="77777777" w:rsidR="00AB1699" w:rsidRPr="00AB1699" w:rsidRDefault="00AB1699">
      <w:pPr>
        <w:numPr>
          <w:ilvl w:val="0"/>
          <w:numId w:val="18"/>
        </w:numPr>
        <w:rPr>
          <w:lang w:val="en-GB"/>
        </w:rPr>
      </w:pPr>
      <w:r w:rsidRPr="00AB1699">
        <w:rPr>
          <w:lang w:val="en-GB"/>
        </w:rPr>
        <w:t xml:space="preserve">investigate suspected fraud or misuse; or </w:t>
      </w:r>
    </w:p>
    <w:p w14:paraId="44E31E0F" w14:textId="77777777" w:rsidR="00AB1699" w:rsidRPr="00AB1699" w:rsidRDefault="00AB1699">
      <w:pPr>
        <w:numPr>
          <w:ilvl w:val="0"/>
          <w:numId w:val="18"/>
        </w:numPr>
        <w:rPr>
          <w:lang w:val="en-GB"/>
        </w:rPr>
      </w:pPr>
      <w:r w:rsidRPr="00AB1699">
        <w:rPr>
          <w:lang w:val="en-GB"/>
        </w:rPr>
        <w:t xml:space="preserve">protect the reputation and legitimate interests of My Sports Coach. </w:t>
      </w:r>
    </w:p>
    <w:p w14:paraId="5804F698" w14:textId="77777777" w:rsidR="00AB1699" w:rsidRPr="00AB1699" w:rsidRDefault="00AB1699" w:rsidP="00AB1699">
      <w:pPr>
        <w:rPr>
          <w:lang w:val="en-GB"/>
        </w:rPr>
      </w:pPr>
      <w:r w:rsidRPr="00AB1699">
        <w:rPr>
          <w:lang w:val="en-GB"/>
        </w:rPr>
        <w:t>Any decision to refuse access will be made fairly, reasonably and in accordance with applicable law.</w:t>
      </w:r>
    </w:p>
    <w:p w14:paraId="743C43E3" w14:textId="77777777" w:rsidR="00AB1699" w:rsidRDefault="00AB1699"/>
    <w:p w14:paraId="1C510CCA" w14:textId="77777777" w:rsidR="00AB1699" w:rsidRPr="00AB1699" w:rsidRDefault="00AB1699" w:rsidP="00AB1699">
      <w:pPr>
        <w:rPr>
          <w:b/>
          <w:bCs/>
          <w:color w:val="365F91" w:themeColor="accent1" w:themeShade="BF"/>
          <w:sz w:val="28"/>
          <w:szCs w:val="28"/>
          <w:lang w:val="en-GB"/>
        </w:rPr>
      </w:pPr>
      <w:r w:rsidRPr="00AB1699">
        <w:rPr>
          <w:b/>
          <w:bCs/>
          <w:color w:val="365F91" w:themeColor="accent1" w:themeShade="BF"/>
          <w:sz w:val="28"/>
          <w:szCs w:val="28"/>
          <w:lang w:val="en-GB"/>
        </w:rPr>
        <w:t>6. User Accounts</w:t>
      </w:r>
    </w:p>
    <w:p w14:paraId="6C64753A" w14:textId="77777777" w:rsidR="00AB1699" w:rsidRPr="00AB1699" w:rsidRDefault="00AB1699" w:rsidP="00AB1699">
      <w:pPr>
        <w:rPr>
          <w:lang w:val="en-GB"/>
        </w:rPr>
      </w:pPr>
      <w:r w:rsidRPr="00AB1699">
        <w:rPr>
          <w:lang w:val="en-GB"/>
        </w:rPr>
        <w:t>To access certain features of the My Sports Coach platform, users may be required to create and maintain a registered account.</w:t>
      </w:r>
    </w:p>
    <w:p w14:paraId="64F215B9" w14:textId="77777777" w:rsidR="00AB1699" w:rsidRPr="00AB1699" w:rsidRDefault="00AB1699" w:rsidP="00AB1699">
      <w:pPr>
        <w:rPr>
          <w:lang w:val="en-GB"/>
        </w:rPr>
      </w:pPr>
      <w:r w:rsidRPr="00AB1699">
        <w:rPr>
          <w:lang w:val="en-GB"/>
        </w:rPr>
        <w:t>Creating an account enables users to access platform features such as managing bookings, updating profile information, communicating through authorised platform services and accessing other functionality made available by My Sports Coach.</w:t>
      </w:r>
    </w:p>
    <w:p w14:paraId="36384A87" w14:textId="77777777" w:rsidR="00AB1699" w:rsidRPr="00AB1699" w:rsidRDefault="00AB1699" w:rsidP="00AB1699">
      <w:pPr>
        <w:rPr>
          <w:lang w:val="en-GB"/>
        </w:rPr>
      </w:pPr>
      <w:r w:rsidRPr="00AB1699">
        <w:rPr>
          <w:lang w:val="en-GB"/>
        </w:rPr>
        <w:t>By creating an account, you agree to provide accurate information, maintain the security of your account and comply with these Terms at all times.</w:t>
      </w:r>
    </w:p>
    <w:p w14:paraId="288FDB3C" w14:textId="77777777" w:rsidR="00AB1699" w:rsidRPr="00AB1699" w:rsidRDefault="00000000" w:rsidP="00AB1699">
      <w:pPr>
        <w:rPr>
          <w:lang w:val="en-GB"/>
        </w:rPr>
      </w:pPr>
      <w:r>
        <w:rPr>
          <w:lang w:val="en-GB"/>
        </w:rPr>
        <w:pict w14:anchorId="1255FC0F">
          <v:rect id="_x0000_i2261" style="width:0;height:1.5pt" o:hralign="center" o:hrstd="t" o:hr="t" fillcolor="#a0a0a0" stroked="f"/>
        </w:pict>
      </w:r>
    </w:p>
    <w:p w14:paraId="31DA5D7F"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6.1 Creating an Account</w:t>
      </w:r>
    </w:p>
    <w:p w14:paraId="21419CAB" w14:textId="77777777" w:rsidR="00AB1699" w:rsidRPr="00AB1699" w:rsidRDefault="00AB1699" w:rsidP="00AB1699">
      <w:pPr>
        <w:rPr>
          <w:lang w:val="en-GB"/>
        </w:rPr>
      </w:pPr>
      <w:r w:rsidRPr="00AB1699">
        <w:rPr>
          <w:lang w:val="en-GB"/>
        </w:rPr>
        <w:t>When registering for a My Sports Coach account, you must provide accurate, complete and up-to-date information.</w:t>
      </w:r>
    </w:p>
    <w:p w14:paraId="6D240331" w14:textId="77777777" w:rsidR="00AB1699" w:rsidRPr="00AB1699" w:rsidRDefault="00AB1699" w:rsidP="00AB1699">
      <w:pPr>
        <w:rPr>
          <w:lang w:val="en-GB"/>
        </w:rPr>
      </w:pPr>
      <w:r w:rsidRPr="00AB1699">
        <w:rPr>
          <w:lang w:val="en-GB"/>
        </w:rPr>
        <w:t>You agree to:</w:t>
      </w:r>
    </w:p>
    <w:p w14:paraId="199B5C0D" w14:textId="77777777" w:rsidR="00AB1699" w:rsidRPr="00AB1699" w:rsidRDefault="00AB1699">
      <w:pPr>
        <w:numPr>
          <w:ilvl w:val="0"/>
          <w:numId w:val="19"/>
        </w:numPr>
        <w:rPr>
          <w:lang w:val="en-GB"/>
        </w:rPr>
      </w:pPr>
      <w:r w:rsidRPr="00AB1699">
        <w:rPr>
          <w:lang w:val="en-GB"/>
        </w:rPr>
        <w:t xml:space="preserve">provide truthful registration information; </w:t>
      </w:r>
    </w:p>
    <w:p w14:paraId="78270BE7" w14:textId="77777777" w:rsidR="00AB1699" w:rsidRPr="00AB1699" w:rsidRDefault="00AB1699">
      <w:pPr>
        <w:numPr>
          <w:ilvl w:val="0"/>
          <w:numId w:val="19"/>
        </w:numPr>
        <w:rPr>
          <w:lang w:val="en-GB"/>
        </w:rPr>
      </w:pPr>
      <w:r w:rsidRPr="00AB1699">
        <w:rPr>
          <w:lang w:val="en-GB"/>
        </w:rPr>
        <w:t xml:space="preserve">keep your account details current; </w:t>
      </w:r>
    </w:p>
    <w:p w14:paraId="0D008B11" w14:textId="77777777" w:rsidR="00AB1699" w:rsidRPr="00AB1699" w:rsidRDefault="00AB1699">
      <w:pPr>
        <w:numPr>
          <w:ilvl w:val="0"/>
          <w:numId w:val="19"/>
        </w:numPr>
        <w:rPr>
          <w:lang w:val="en-GB"/>
        </w:rPr>
      </w:pPr>
      <w:r w:rsidRPr="00AB1699">
        <w:rPr>
          <w:lang w:val="en-GB"/>
        </w:rPr>
        <w:t xml:space="preserve">use an email address that you are authorised to access; </w:t>
      </w:r>
    </w:p>
    <w:p w14:paraId="68E3BF40" w14:textId="77777777" w:rsidR="00AB1699" w:rsidRPr="00AB1699" w:rsidRDefault="00AB1699">
      <w:pPr>
        <w:numPr>
          <w:ilvl w:val="0"/>
          <w:numId w:val="19"/>
        </w:numPr>
        <w:rPr>
          <w:lang w:val="en-GB"/>
        </w:rPr>
      </w:pPr>
      <w:r w:rsidRPr="00AB1699">
        <w:rPr>
          <w:lang w:val="en-GB"/>
        </w:rPr>
        <w:t xml:space="preserve">create only accounts that relate to you or an organisation you are authorised to represent; and </w:t>
      </w:r>
    </w:p>
    <w:p w14:paraId="042CDD4F" w14:textId="77777777" w:rsidR="00AB1699" w:rsidRPr="00AB1699" w:rsidRDefault="00AB1699">
      <w:pPr>
        <w:numPr>
          <w:ilvl w:val="0"/>
          <w:numId w:val="19"/>
        </w:numPr>
        <w:rPr>
          <w:lang w:val="en-GB"/>
        </w:rPr>
      </w:pPr>
      <w:r w:rsidRPr="00AB1699">
        <w:rPr>
          <w:lang w:val="en-GB"/>
        </w:rPr>
        <w:t xml:space="preserve">promptly update your information if it changes. </w:t>
      </w:r>
    </w:p>
    <w:p w14:paraId="4832D81F" w14:textId="77777777" w:rsidR="00AB1699" w:rsidRPr="00AB1699" w:rsidRDefault="00AB1699" w:rsidP="00AB1699">
      <w:pPr>
        <w:rPr>
          <w:lang w:val="en-GB"/>
        </w:rPr>
      </w:pPr>
      <w:r w:rsidRPr="00AB1699">
        <w:rPr>
          <w:lang w:val="en-GB"/>
        </w:rPr>
        <w:t>Providing inaccurate or misleading information may result in your account being suspended or terminated.</w:t>
      </w:r>
    </w:p>
    <w:p w14:paraId="6199EE7B" w14:textId="77777777" w:rsidR="00AB1699" w:rsidRPr="00AB1699" w:rsidRDefault="00000000" w:rsidP="00AB1699">
      <w:pPr>
        <w:rPr>
          <w:lang w:val="en-GB"/>
        </w:rPr>
      </w:pPr>
      <w:r>
        <w:rPr>
          <w:lang w:val="en-GB"/>
        </w:rPr>
        <w:pict w14:anchorId="07B388D2">
          <v:rect id="_x0000_i2262" style="width:0;height:1.5pt" o:hralign="center" o:hrstd="t" o:hr="t" fillcolor="#a0a0a0" stroked="f"/>
        </w:pict>
      </w:r>
    </w:p>
    <w:p w14:paraId="695EE0FD"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6.2 Account Security</w:t>
      </w:r>
    </w:p>
    <w:p w14:paraId="77EA30DC" w14:textId="77777777" w:rsidR="00AB1699" w:rsidRPr="00AB1699" w:rsidRDefault="00AB1699" w:rsidP="00AB1699">
      <w:pPr>
        <w:rPr>
          <w:lang w:val="en-GB"/>
        </w:rPr>
      </w:pPr>
      <w:r w:rsidRPr="00AB1699">
        <w:rPr>
          <w:lang w:val="en-GB"/>
        </w:rPr>
        <w:lastRenderedPageBreak/>
        <w:t>You are responsible for maintaining the confidentiality and security of your account credentials.</w:t>
      </w:r>
    </w:p>
    <w:p w14:paraId="6E6157CA" w14:textId="77777777" w:rsidR="00AB1699" w:rsidRPr="00AB1699" w:rsidRDefault="00AB1699" w:rsidP="00AB1699">
      <w:pPr>
        <w:rPr>
          <w:lang w:val="en-GB"/>
        </w:rPr>
      </w:pPr>
      <w:r w:rsidRPr="00AB1699">
        <w:rPr>
          <w:lang w:val="en-GB"/>
        </w:rPr>
        <w:t>This includes:</w:t>
      </w:r>
    </w:p>
    <w:p w14:paraId="2771C191" w14:textId="77777777" w:rsidR="00AB1699" w:rsidRPr="00AB1699" w:rsidRDefault="00AB1699">
      <w:pPr>
        <w:numPr>
          <w:ilvl w:val="0"/>
          <w:numId w:val="20"/>
        </w:numPr>
        <w:rPr>
          <w:lang w:val="en-GB"/>
        </w:rPr>
      </w:pPr>
      <w:r w:rsidRPr="00AB1699">
        <w:rPr>
          <w:lang w:val="en-GB"/>
        </w:rPr>
        <w:t xml:space="preserve">choosing a strong password; </w:t>
      </w:r>
    </w:p>
    <w:p w14:paraId="521BA1C7" w14:textId="77777777" w:rsidR="00AB1699" w:rsidRPr="00AB1699" w:rsidRDefault="00AB1699">
      <w:pPr>
        <w:numPr>
          <w:ilvl w:val="0"/>
          <w:numId w:val="20"/>
        </w:numPr>
        <w:rPr>
          <w:lang w:val="en-GB"/>
        </w:rPr>
      </w:pPr>
      <w:r w:rsidRPr="00AB1699">
        <w:rPr>
          <w:lang w:val="en-GB"/>
        </w:rPr>
        <w:t xml:space="preserve">keeping your login details confidential; </w:t>
      </w:r>
    </w:p>
    <w:p w14:paraId="091A41C9" w14:textId="77777777" w:rsidR="00AB1699" w:rsidRPr="00AB1699" w:rsidRDefault="00AB1699">
      <w:pPr>
        <w:numPr>
          <w:ilvl w:val="0"/>
          <w:numId w:val="20"/>
        </w:numPr>
        <w:rPr>
          <w:lang w:val="en-GB"/>
        </w:rPr>
      </w:pPr>
      <w:r w:rsidRPr="00AB1699">
        <w:rPr>
          <w:lang w:val="en-GB"/>
        </w:rPr>
        <w:t xml:space="preserve">preventing unauthorised access to your account; </w:t>
      </w:r>
    </w:p>
    <w:p w14:paraId="4F5A8479" w14:textId="77777777" w:rsidR="00AB1699" w:rsidRPr="00AB1699" w:rsidRDefault="00AB1699">
      <w:pPr>
        <w:numPr>
          <w:ilvl w:val="0"/>
          <w:numId w:val="20"/>
        </w:numPr>
        <w:rPr>
          <w:lang w:val="en-GB"/>
        </w:rPr>
      </w:pPr>
      <w:r w:rsidRPr="00AB1699">
        <w:rPr>
          <w:lang w:val="en-GB"/>
        </w:rPr>
        <w:t xml:space="preserve">signing out from shared or public devices; and </w:t>
      </w:r>
    </w:p>
    <w:p w14:paraId="5E990899" w14:textId="77777777" w:rsidR="00AB1699" w:rsidRPr="00AB1699" w:rsidRDefault="00AB1699">
      <w:pPr>
        <w:numPr>
          <w:ilvl w:val="0"/>
          <w:numId w:val="20"/>
        </w:numPr>
        <w:rPr>
          <w:lang w:val="en-GB"/>
        </w:rPr>
      </w:pPr>
      <w:r w:rsidRPr="00AB1699">
        <w:rPr>
          <w:lang w:val="en-GB"/>
        </w:rPr>
        <w:t xml:space="preserve">notifying My Sports Coach immediately if you suspect unauthorised access or misuse of your account. </w:t>
      </w:r>
    </w:p>
    <w:p w14:paraId="2FEBABFA" w14:textId="77777777" w:rsidR="00AB1699" w:rsidRPr="00AB1699" w:rsidRDefault="00AB1699" w:rsidP="00AB1699">
      <w:pPr>
        <w:rPr>
          <w:lang w:val="en-GB"/>
        </w:rPr>
      </w:pPr>
      <w:r w:rsidRPr="00AB1699">
        <w:rPr>
          <w:lang w:val="en-GB"/>
        </w:rPr>
        <w:t>You are responsible for all activity carried out using your account unless you have notified us of unauthorised access and have taken reasonable steps to secure your account.</w:t>
      </w:r>
    </w:p>
    <w:p w14:paraId="7F3159DA" w14:textId="77777777" w:rsidR="00AB1699" w:rsidRPr="00AB1699" w:rsidRDefault="00000000" w:rsidP="00AB1699">
      <w:pPr>
        <w:rPr>
          <w:lang w:val="en-GB"/>
        </w:rPr>
      </w:pPr>
      <w:r>
        <w:rPr>
          <w:lang w:val="en-GB"/>
        </w:rPr>
        <w:pict w14:anchorId="0D948AB4">
          <v:rect id="_x0000_i2263" style="width:0;height:1.5pt" o:hralign="center" o:hrstd="t" o:hr="t" fillcolor="#a0a0a0" stroked="f"/>
        </w:pict>
      </w:r>
    </w:p>
    <w:p w14:paraId="2350FDB4"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6.3 One Account Per User</w:t>
      </w:r>
    </w:p>
    <w:p w14:paraId="75219F74" w14:textId="77777777" w:rsidR="00AB1699" w:rsidRPr="00AB1699" w:rsidRDefault="00AB1699" w:rsidP="00AB1699">
      <w:pPr>
        <w:rPr>
          <w:lang w:val="en-GB"/>
        </w:rPr>
      </w:pPr>
      <w:r w:rsidRPr="00AB1699">
        <w:rPr>
          <w:lang w:val="en-GB"/>
        </w:rPr>
        <w:t>Unless expressly authorised by My Sports Coach, users should maintain only one personal account.</w:t>
      </w:r>
    </w:p>
    <w:p w14:paraId="25EF26C5" w14:textId="77777777" w:rsidR="00AB1699" w:rsidRPr="00AB1699" w:rsidRDefault="00AB1699" w:rsidP="00AB1699">
      <w:pPr>
        <w:rPr>
          <w:lang w:val="en-GB"/>
        </w:rPr>
      </w:pPr>
      <w:r w:rsidRPr="00AB1699">
        <w:rPr>
          <w:lang w:val="en-GB"/>
        </w:rPr>
        <w:t>Creating multiple accounts to:</w:t>
      </w:r>
    </w:p>
    <w:p w14:paraId="62AF1055" w14:textId="77777777" w:rsidR="00AB1699" w:rsidRPr="00AB1699" w:rsidRDefault="00AB1699">
      <w:pPr>
        <w:numPr>
          <w:ilvl w:val="0"/>
          <w:numId w:val="21"/>
        </w:numPr>
        <w:rPr>
          <w:lang w:val="en-GB"/>
        </w:rPr>
      </w:pPr>
      <w:r w:rsidRPr="00AB1699">
        <w:rPr>
          <w:lang w:val="en-GB"/>
        </w:rPr>
        <w:t xml:space="preserve">avoid restrictions; </w:t>
      </w:r>
    </w:p>
    <w:p w14:paraId="711272A1" w14:textId="77777777" w:rsidR="00AB1699" w:rsidRPr="00AB1699" w:rsidRDefault="00AB1699">
      <w:pPr>
        <w:numPr>
          <w:ilvl w:val="0"/>
          <w:numId w:val="21"/>
        </w:numPr>
        <w:rPr>
          <w:lang w:val="en-GB"/>
        </w:rPr>
      </w:pPr>
      <w:r w:rsidRPr="00AB1699">
        <w:rPr>
          <w:lang w:val="en-GB"/>
        </w:rPr>
        <w:t xml:space="preserve">obtain unfair advantages; </w:t>
      </w:r>
    </w:p>
    <w:p w14:paraId="6BC47DF3" w14:textId="77777777" w:rsidR="00AB1699" w:rsidRPr="00AB1699" w:rsidRDefault="00AB1699">
      <w:pPr>
        <w:numPr>
          <w:ilvl w:val="0"/>
          <w:numId w:val="21"/>
        </w:numPr>
        <w:rPr>
          <w:lang w:val="en-GB"/>
        </w:rPr>
      </w:pPr>
      <w:r w:rsidRPr="00AB1699">
        <w:rPr>
          <w:lang w:val="en-GB"/>
        </w:rPr>
        <w:t xml:space="preserve">manipulate reviews or bookings; </w:t>
      </w:r>
    </w:p>
    <w:p w14:paraId="6C20D008" w14:textId="77777777" w:rsidR="00AB1699" w:rsidRPr="00AB1699" w:rsidRDefault="00AB1699">
      <w:pPr>
        <w:numPr>
          <w:ilvl w:val="0"/>
          <w:numId w:val="21"/>
        </w:numPr>
        <w:rPr>
          <w:lang w:val="en-GB"/>
        </w:rPr>
      </w:pPr>
      <w:r w:rsidRPr="00AB1699">
        <w:rPr>
          <w:lang w:val="en-GB"/>
        </w:rPr>
        <w:t xml:space="preserve">impersonate another user; or </w:t>
      </w:r>
    </w:p>
    <w:p w14:paraId="41D9AD61" w14:textId="77777777" w:rsidR="00AB1699" w:rsidRPr="00AB1699" w:rsidRDefault="00AB1699">
      <w:pPr>
        <w:numPr>
          <w:ilvl w:val="0"/>
          <w:numId w:val="21"/>
        </w:numPr>
        <w:rPr>
          <w:lang w:val="en-GB"/>
        </w:rPr>
      </w:pPr>
      <w:r w:rsidRPr="00AB1699">
        <w:rPr>
          <w:lang w:val="en-GB"/>
        </w:rPr>
        <w:t xml:space="preserve">otherwise misuse the platform, </w:t>
      </w:r>
    </w:p>
    <w:p w14:paraId="56DD406C" w14:textId="77777777" w:rsidR="00AB1699" w:rsidRPr="00AB1699" w:rsidRDefault="00AB1699" w:rsidP="00AB1699">
      <w:pPr>
        <w:rPr>
          <w:lang w:val="en-GB"/>
        </w:rPr>
      </w:pPr>
      <w:r w:rsidRPr="00AB1699">
        <w:rPr>
          <w:lang w:val="en-GB"/>
        </w:rPr>
        <w:t>is prohibited and may result in account suspension or termination.</w:t>
      </w:r>
    </w:p>
    <w:p w14:paraId="00FD5571" w14:textId="77777777" w:rsidR="00AB1699" w:rsidRPr="00AB1699" w:rsidRDefault="00AB1699" w:rsidP="00AB1699">
      <w:pPr>
        <w:rPr>
          <w:lang w:val="en-GB"/>
        </w:rPr>
      </w:pPr>
      <w:r w:rsidRPr="00AB1699">
        <w:rPr>
          <w:lang w:val="en-GB"/>
        </w:rPr>
        <w:t>Where a user legitimately requires separate accounts for personal and organisational purposes, this should be discussed with My Sports Coach in advance.</w:t>
      </w:r>
    </w:p>
    <w:p w14:paraId="11C37A3D" w14:textId="77777777" w:rsidR="00AB1699" w:rsidRPr="00AB1699" w:rsidRDefault="00000000" w:rsidP="00AB1699">
      <w:pPr>
        <w:rPr>
          <w:lang w:val="en-GB"/>
        </w:rPr>
      </w:pPr>
      <w:r>
        <w:rPr>
          <w:lang w:val="en-GB"/>
        </w:rPr>
        <w:pict w14:anchorId="1699C787">
          <v:rect id="_x0000_i2264" style="width:0;height:1.5pt" o:hralign="center" o:hrstd="t" o:hr="t" fillcolor="#a0a0a0" stroked="f"/>
        </w:pict>
      </w:r>
    </w:p>
    <w:p w14:paraId="133533C1"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6.4 Keeping Information Up to Date</w:t>
      </w:r>
    </w:p>
    <w:p w14:paraId="7B0F3DED" w14:textId="77777777" w:rsidR="00AB1699" w:rsidRPr="00AB1699" w:rsidRDefault="00AB1699" w:rsidP="00AB1699">
      <w:pPr>
        <w:rPr>
          <w:lang w:val="en-GB"/>
        </w:rPr>
      </w:pPr>
      <w:r w:rsidRPr="00AB1699">
        <w:rPr>
          <w:lang w:val="en-GB"/>
        </w:rPr>
        <w:t>Users are responsible for ensuring that the information held within their account remains accurate and up to date.</w:t>
      </w:r>
    </w:p>
    <w:p w14:paraId="12C7A83F" w14:textId="77777777" w:rsidR="00AB1699" w:rsidRPr="00AB1699" w:rsidRDefault="00AB1699" w:rsidP="00AB1699">
      <w:pPr>
        <w:rPr>
          <w:lang w:val="en-GB"/>
        </w:rPr>
      </w:pPr>
      <w:r w:rsidRPr="00AB1699">
        <w:rPr>
          <w:lang w:val="en-GB"/>
        </w:rPr>
        <w:t>This includes updating:</w:t>
      </w:r>
    </w:p>
    <w:p w14:paraId="108E2D6A" w14:textId="77777777" w:rsidR="00AB1699" w:rsidRPr="00AB1699" w:rsidRDefault="00AB1699">
      <w:pPr>
        <w:numPr>
          <w:ilvl w:val="0"/>
          <w:numId w:val="22"/>
        </w:numPr>
        <w:rPr>
          <w:lang w:val="en-GB"/>
        </w:rPr>
      </w:pPr>
      <w:r w:rsidRPr="00AB1699">
        <w:rPr>
          <w:lang w:val="en-GB"/>
        </w:rPr>
        <w:t xml:space="preserve">contact information; </w:t>
      </w:r>
    </w:p>
    <w:p w14:paraId="3970FBA6" w14:textId="77777777" w:rsidR="00AB1699" w:rsidRPr="00AB1699" w:rsidRDefault="00AB1699">
      <w:pPr>
        <w:numPr>
          <w:ilvl w:val="0"/>
          <w:numId w:val="22"/>
        </w:numPr>
        <w:rPr>
          <w:lang w:val="en-GB"/>
        </w:rPr>
      </w:pPr>
      <w:r w:rsidRPr="00AB1699">
        <w:rPr>
          <w:lang w:val="en-GB"/>
        </w:rPr>
        <w:lastRenderedPageBreak/>
        <w:t xml:space="preserve">profile details; </w:t>
      </w:r>
    </w:p>
    <w:p w14:paraId="3E72D55D" w14:textId="77777777" w:rsidR="00AB1699" w:rsidRPr="00AB1699" w:rsidRDefault="00AB1699">
      <w:pPr>
        <w:numPr>
          <w:ilvl w:val="0"/>
          <w:numId w:val="22"/>
        </w:numPr>
        <w:rPr>
          <w:lang w:val="en-GB"/>
        </w:rPr>
      </w:pPr>
      <w:r w:rsidRPr="00AB1699">
        <w:rPr>
          <w:lang w:val="en-GB"/>
        </w:rPr>
        <w:t xml:space="preserve">payment information where applicable; </w:t>
      </w:r>
    </w:p>
    <w:p w14:paraId="56702441" w14:textId="77777777" w:rsidR="00AB1699" w:rsidRPr="00AB1699" w:rsidRDefault="00AB1699">
      <w:pPr>
        <w:numPr>
          <w:ilvl w:val="0"/>
          <w:numId w:val="22"/>
        </w:numPr>
        <w:rPr>
          <w:lang w:val="en-GB"/>
        </w:rPr>
      </w:pPr>
      <w:r w:rsidRPr="00AB1699">
        <w:rPr>
          <w:lang w:val="en-GB"/>
        </w:rPr>
        <w:t xml:space="preserve">coaching qualifications; </w:t>
      </w:r>
    </w:p>
    <w:p w14:paraId="272BB8CB" w14:textId="77777777" w:rsidR="00AB1699" w:rsidRPr="00AB1699" w:rsidRDefault="00AB1699">
      <w:pPr>
        <w:numPr>
          <w:ilvl w:val="0"/>
          <w:numId w:val="22"/>
        </w:numPr>
        <w:rPr>
          <w:lang w:val="en-GB"/>
        </w:rPr>
      </w:pPr>
      <w:r w:rsidRPr="00AB1699">
        <w:rPr>
          <w:lang w:val="en-GB"/>
        </w:rPr>
        <w:t xml:space="preserve">insurance information; </w:t>
      </w:r>
    </w:p>
    <w:p w14:paraId="535CFBCB" w14:textId="77777777" w:rsidR="00AB1699" w:rsidRPr="00AB1699" w:rsidRDefault="00AB1699">
      <w:pPr>
        <w:numPr>
          <w:ilvl w:val="0"/>
          <w:numId w:val="22"/>
        </w:numPr>
        <w:rPr>
          <w:lang w:val="en-GB"/>
        </w:rPr>
      </w:pPr>
      <w:r w:rsidRPr="00AB1699">
        <w:rPr>
          <w:lang w:val="en-GB"/>
        </w:rPr>
        <w:t xml:space="preserve">safeguarding documentation; and </w:t>
      </w:r>
    </w:p>
    <w:p w14:paraId="31346F7E" w14:textId="77777777" w:rsidR="00AB1699" w:rsidRPr="00AB1699" w:rsidRDefault="00AB1699">
      <w:pPr>
        <w:numPr>
          <w:ilvl w:val="0"/>
          <w:numId w:val="22"/>
        </w:numPr>
        <w:rPr>
          <w:lang w:val="en-GB"/>
        </w:rPr>
      </w:pPr>
      <w:r w:rsidRPr="00AB1699">
        <w:rPr>
          <w:lang w:val="en-GB"/>
        </w:rPr>
        <w:t xml:space="preserve">any other information relevant to the services provided through the platform. </w:t>
      </w:r>
    </w:p>
    <w:p w14:paraId="43A5F8F5" w14:textId="77777777" w:rsidR="00AB1699" w:rsidRPr="00AB1699" w:rsidRDefault="00AB1699" w:rsidP="00AB1699">
      <w:pPr>
        <w:rPr>
          <w:lang w:val="en-GB"/>
        </w:rPr>
      </w:pPr>
      <w:r w:rsidRPr="00AB1699">
        <w:rPr>
          <w:lang w:val="en-GB"/>
        </w:rPr>
        <w:t>Maintaining accurate information helps ensure that bookings, communications and platform services operate effectively.</w:t>
      </w:r>
    </w:p>
    <w:p w14:paraId="514CB415" w14:textId="77777777" w:rsidR="00AB1699" w:rsidRPr="00AB1699" w:rsidRDefault="00000000" w:rsidP="00AB1699">
      <w:pPr>
        <w:rPr>
          <w:lang w:val="en-GB"/>
        </w:rPr>
      </w:pPr>
      <w:r>
        <w:rPr>
          <w:lang w:val="en-GB"/>
        </w:rPr>
        <w:pict w14:anchorId="248838FF">
          <v:rect id="_x0000_i2265" style="width:0;height:1.5pt" o:hralign="center" o:hrstd="t" o:hr="t" fillcolor="#a0a0a0" stroked="f"/>
        </w:pict>
      </w:r>
    </w:p>
    <w:p w14:paraId="06A564BF"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6.5 Account Ownership</w:t>
      </w:r>
    </w:p>
    <w:p w14:paraId="1216A212" w14:textId="77777777" w:rsidR="00AB1699" w:rsidRPr="00AB1699" w:rsidRDefault="00AB1699" w:rsidP="00AB1699">
      <w:pPr>
        <w:rPr>
          <w:lang w:val="en-GB"/>
        </w:rPr>
      </w:pPr>
      <w:r w:rsidRPr="00AB1699">
        <w:rPr>
          <w:lang w:val="en-GB"/>
        </w:rPr>
        <w:t>User accounts are personal to the registered account holder unless created on behalf of an authorised organisation.</w:t>
      </w:r>
    </w:p>
    <w:p w14:paraId="0954463D" w14:textId="77777777" w:rsidR="00AB1699" w:rsidRPr="00AB1699" w:rsidRDefault="00AB1699" w:rsidP="00AB1699">
      <w:pPr>
        <w:rPr>
          <w:lang w:val="en-GB"/>
        </w:rPr>
      </w:pPr>
      <w:r w:rsidRPr="00AB1699">
        <w:rPr>
          <w:lang w:val="en-GB"/>
        </w:rPr>
        <w:t>Accounts must not be:</w:t>
      </w:r>
    </w:p>
    <w:p w14:paraId="01174065" w14:textId="77777777" w:rsidR="00AB1699" w:rsidRPr="00AB1699" w:rsidRDefault="00AB1699">
      <w:pPr>
        <w:numPr>
          <w:ilvl w:val="0"/>
          <w:numId w:val="23"/>
        </w:numPr>
        <w:rPr>
          <w:lang w:val="en-GB"/>
        </w:rPr>
      </w:pPr>
      <w:r w:rsidRPr="00AB1699">
        <w:rPr>
          <w:lang w:val="en-GB"/>
        </w:rPr>
        <w:t xml:space="preserve">transferred to another person; </w:t>
      </w:r>
    </w:p>
    <w:p w14:paraId="740E18F0" w14:textId="77777777" w:rsidR="00AB1699" w:rsidRPr="00AB1699" w:rsidRDefault="00AB1699">
      <w:pPr>
        <w:numPr>
          <w:ilvl w:val="0"/>
          <w:numId w:val="23"/>
        </w:numPr>
        <w:rPr>
          <w:lang w:val="en-GB"/>
        </w:rPr>
      </w:pPr>
      <w:r w:rsidRPr="00AB1699">
        <w:rPr>
          <w:lang w:val="en-GB"/>
        </w:rPr>
        <w:t xml:space="preserve">sold; </w:t>
      </w:r>
    </w:p>
    <w:p w14:paraId="5BDF9C82" w14:textId="77777777" w:rsidR="00AB1699" w:rsidRPr="00AB1699" w:rsidRDefault="00AB1699">
      <w:pPr>
        <w:numPr>
          <w:ilvl w:val="0"/>
          <w:numId w:val="23"/>
        </w:numPr>
        <w:rPr>
          <w:lang w:val="en-GB"/>
        </w:rPr>
      </w:pPr>
      <w:r w:rsidRPr="00AB1699">
        <w:rPr>
          <w:lang w:val="en-GB"/>
        </w:rPr>
        <w:t xml:space="preserve">assigned; </w:t>
      </w:r>
    </w:p>
    <w:p w14:paraId="2C840D35" w14:textId="77777777" w:rsidR="00AB1699" w:rsidRPr="00AB1699" w:rsidRDefault="00AB1699">
      <w:pPr>
        <w:numPr>
          <w:ilvl w:val="0"/>
          <w:numId w:val="23"/>
        </w:numPr>
        <w:rPr>
          <w:lang w:val="en-GB"/>
        </w:rPr>
      </w:pPr>
      <w:r w:rsidRPr="00AB1699">
        <w:rPr>
          <w:lang w:val="en-GB"/>
        </w:rPr>
        <w:t xml:space="preserve">shared with unauthorised individuals; or </w:t>
      </w:r>
    </w:p>
    <w:p w14:paraId="60FB65E5" w14:textId="77777777" w:rsidR="00AB1699" w:rsidRPr="00AB1699" w:rsidRDefault="00AB1699">
      <w:pPr>
        <w:numPr>
          <w:ilvl w:val="0"/>
          <w:numId w:val="23"/>
        </w:numPr>
        <w:rPr>
          <w:lang w:val="en-GB"/>
        </w:rPr>
      </w:pPr>
      <w:r w:rsidRPr="00AB1699">
        <w:rPr>
          <w:lang w:val="en-GB"/>
        </w:rPr>
        <w:t xml:space="preserve">used by another person without permission. </w:t>
      </w:r>
    </w:p>
    <w:p w14:paraId="2780F283" w14:textId="77777777" w:rsidR="00AB1699" w:rsidRPr="00AB1699" w:rsidRDefault="00AB1699" w:rsidP="00AB1699">
      <w:pPr>
        <w:rPr>
          <w:lang w:val="en-GB"/>
        </w:rPr>
      </w:pPr>
      <w:r w:rsidRPr="00AB1699">
        <w:rPr>
          <w:lang w:val="en-GB"/>
        </w:rPr>
        <w:t xml:space="preserve">My Sports Coach reserves the right to require verification of account ownership </w:t>
      </w:r>
      <w:proofErr w:type="gramStart"/>
      <w:r w:rsidRPr="00AB1699">
        <w:rPr>
          <w:lang w:val="en-GB"/>
        </w:rPr>
        <w:t>where</w:t>
      </w:r>
      <w:proofErr w:type="gramEnd"/>
      <w:r w:rsidRPr="00AB1699">
        <w:rPr>
          <w:lang w:val="en-GB"/>
        </w:rPr>
        <w:t xml:space="preserve"> reasonably necessary.</w:t>
      </w:r>
    </w:p>
    <w:p w14:paraId="18E449C8" w14:textId="77777777" w:rsidR="00AB1699" w:rsidRPr="00AB1699" w:rsidRDefault="00000000" w:rsidP="00AB1699">
      <w:pPr>
        <w:rPr>
          <w:lang w:val="en-GB"/>
        </w:rPr>
      </w:pPr>
      <w:r>
        <w:rPr>
          <w:lang w:val="en-GB"/>
        </w:rPr>
        <w:pict w14:anchorId="18FF55E5">
          <v:rect id="_x0000_i2266" style="width:0;height:1.5pt" o:hralign="center" o:hrstd="t" o:hr="t" fillcolor="#a0a0a0" stroked="f"/>
        </w:pict>
      </w:r>
    </w:p>
    <w:p w14:paraId="08EF4E5C"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6.6 Account Suspension or Restriction</w:t>
      </w:r>
    </w:p>
    <w:p w14:paraId="5F9DC496" w14:textId="77777777" w:rsidR="00AB1699" w:rsidRPr="00AB1699" w:rsidRDefault="00AB1699" w:rsidP="00AB1699">
      <w:pPr>
        <w:rPr>
          <w:lang w:val="en-GB"/>
        </w:rPr>
      </w:pPr>
      <w:r w:rsidRPr="00AB1699">
        <w:rPr>
          <w:lang w:val="en-GB"/>
        </w:rPr>
        <w:t>My Sports Coach may suspend, restrict or temporarily disable an account where it reasonably believes that:</w:t>
      </w:r>
    </w:p>
    <w:p w14:paraId="428B8BEE" w14:textId="77777777" w:rsidR="00AB1699" w:rsidRPr="00AB1699" w:rsidRDefault="00AB1699">
      <w:pPr>
        <w:numPr>
          <w:ilvl w:val="0"/>
          <w:numId w:val="24"/>
        </w:numPr>
        <w:rPr>
          <w:lang w:val="en-GB"/>
        </w:rPr>
      </w:pPr>
      <w:r w:rsidRPr="00AB1699">
        <w:rPr>
          <w:lang w:val="en-GB"/>
        </w:rPr>
        <w:t xml:space="preserve">these Terms have been breached; </w:t>
      </w:r>
    </w:p>
    <w:p w14:paraId="7E83F057" w14:textId="77777777" w:rsidR="00AB1699" w:rsidRPr="00AB1699" w:rsidRDefault="00AB1699">
      <w:pPr>
        <w:numPr>
          <w:ilvl w:val="0"/>
          <w:numId w:val="24"/>
        </w:numPr>
        <w:rPr>
          <w:lang w:val="en-GB"/>
        </w:rPr>
      </w:pPr>
      <w:r w:rsidRPr="00AB1699">
        <w:rPr>
          <w:lang w:val="en-GB"/>
        </w:rPr>
        <w:t xml:space="preserve">fraudulent or unlawful activity has occurred; </w:t>
      </w:r>
    </w:p>
    <w:p w14:paraId="26A8335E" w14:textId="77777777" w:rsidR="00AB1699" w:rsidRPr="00AB1699" w:rsidRDefault="00AB1699">
      <w:pPr>
        <w:numPr>
          <w:ilvl w:val="0"/>
          <w:numId w:val="24"/>
        </w:numPr>
        <w:rPr>
          <w:lang w:val="en-GB"/>
        </w:rPr>
      </w:pPr>
      <w:r w:rsidRPr="00AB1699">
        <w:rPr>
          <w:lang w:val="en-GB"/>
        </w:rPr>
        <w:t xml:space="preserve">account security has been compromised; </w:t>
      </w:r>
    </w:p>
    <w:p w14:paraId="1DC75712" w14:textId="77777777" w:rsidR="00AB1699" w:rsidRPr="00AB1699" w:rsidRDefault="00AB1699">
      <w:pPr>
        <w:numPr>
          <w:ilvl w:val="0"/>
          <w:numId w:val="24"/>
        </w:numPr>
        <w:rPr>
          <w:lang w:val="en-GB"/>
        </w:rPr>
      </w:pPr>
      <w:r w:rsidRPr="00AB1699">
        <w:rPr>
          <w:lang w:val="en-GB"/>
        </w:rPr>
        <w:t xml:space="preserve">false information has been provided; </w:t>
      </w:r>
    </w:p>
    <w:p w14:paraId="036410AE" w14:textId="77777777" w:rsidR="00AB1699" w:rsidRPr="00AB1699" w:rsidRDefault="00AB1699">
      <w:pPr>
        <w:numPr>
          <w:ilvl w:val="0"/>
          <w:numId w:val="24"/>
        </w:numPr>
        <w:rPr>
          <w:lang w:val="en-GB"/>
        </w:rPr>
      </w:pPr>
      <w:r w:rsidRPr="00AB1699">
        <w:rPr>
          <w:lang w:val="en-GB"/>
        </w:rPr>
        <w:t xml:space="preserve">platform misuse has been identified; or </w:t>
      </w:r>
    </w:p>
    <w:p w14:paraId="30E08D19" w14:textId="77777777" w:rsidR="00AB1699" w:rsidRPr="00AB1699" w:rsidRDefault="00AB1699">
      <w:pPr>
        <w:numPr>
          <w:ilvl w:val="0"/>
          <w:numId w:val="24"/>
        </w:numPr>
        <w:rPr>
          <w:lang w:val="en-GB"/>
        </w:rPr>
      </w:pPr>
      <w:r w:rsidRPr="00AB1699">
        <w:rPr>
          <w:lang w:val="en-GB"/>
        </w:rPr>
        <w:lastRenderedPageBreak/>
        <w:t xml:space="preserve">suspension is necessary to protect users, the platform or the business. </w:t>
      </w:r>
    </w:p>
    <w:p w14:paraId="3191C02A" w14:textId="77777777" w:rsidR="00AB1699" w:rsidRPr="00AB1699" w:rsidRDefault="00AB1699" w:rsidP="00AB1699">
      <w:pPr>
        <w:rPr>
          <w:lang w:val="en-GB"/>
        </w:rPr>
      </w:pPr>
      <w:r w:rsidRPr="00AB1699">
        <w:rPr>
          <w:lang w:val="en-GB"/>
        </w:rPr>
        <w:t xml:space="preserve">Where appropriate, we will notify the account holder of the reasons for the restriction unless prevented from doing so by law or </w:t>
      </w:r>
      <w:proofErr w:type="gramStart"/>
      <w:r w:rsidRPr="00AB1699">
        <w:rPr>
          <w:lang w:val="en-GB"/>
        </w:rPr>
        <w:t>where</w:t>
      </w:r>
      <w:proofErr w:type="gramEnd"/>
      <w:r w:rsidRPr="00AB1699">
        <w:rPr>
          <w:lang w:val="en-GB"/>
        </w:rPr>
        <w:t xml:space="preserve"> doing so would prejudice an investigation.</w:t>
      </w:r>
    </w:p>
    <w:p w14:paraId="3F85DB0F" w14:textId="77777777" w:rsidR="00AB1699" w:rsidRPr="00AB1699" w:rsidRDefault="00000000" w:rsidP="00AB1699">
      <w:pPr>
        <w:rPr>
          <w:lang w:val="en-GB"/>
        </w:rPr>
      </w:pPr>
      <w:r>
        <w:rPr>
          <w:lang w:val="en-GB"/>
        </w:rPr>
        <w:pict w14:anchorId="168F0211">
          <v:rect id="_x0000_i2267" style="width:0;height:1.5pt" o:hralign="center" o:hrstd="t" o:hr="t" fillcolor="#a0a0a0" stroked="f"/>
        </w:pict>
      </w:r>
    </w:p>
    <w:p w14:paraId="799226C3" w14:textId="77777777" w:rsidR="00AB1699" w:rsidRDefault="00AB1699" w:rsidP="00AB1699">
      <w:pPr>
        <w:rPr>
          <w:b/>
          <w:bCs/>
          <w:lang w:val="en-GB"/>
        </w:rPr>
      </w:pPr>
    </w:p>
    <w:p w14:paraId="727519A2" w14:textId="77777777" w:rsidR="00AB1699" w:rsidRDefault="00AB1699" w:rsidP="00AB1699">
      <w:pPr>
        <w:rPr>
          <w:b/>
          <w:bCs/>
          <w:lang w:val="en-GB"/>
        </w:rPr>
      </w:pPr>
    </w:p>
    <w:p w14:paraId="0D319316" w14:textId="76E60C5C" w:rsidR="00AB1699" w:rsidRPr="00AB1699" w:rsidRDefault="00AB1699" w:rsidP="00AB1699">
      <w:pPr>
        <w:rPr>
          <w:b/>
          <w:bCs/>
          <w:color w:val="365F91" w:themeColor="accent1" w:themeShade="BF"/>
          <w:lang w:val="en-GB"/>
        </w:rPr>
      </w:pPr>
      <w:r w:rsidRPr="00AB1699">
        <w:rPr>
          <w:b/>
          <w:bCs/>
          <w:color w:val="365F91" w:themeColor="accent1" w:themeShade="BF"/>
          <w:lang w:val="en-GB"/>
        </w:rPr>
        <w:t>6.7 Closing Your Account</w:t>
      </w:r>
    </w:p>
    <w:p w14:paraId="41E47527" w14:textId="77777777" w:rsidR="00AB1699" w:rsidRPr="00AB1699" w:rsidRDefault="00AB1699" w:rsidP="00AB1699">
      <w:pPr>
        <w:rPr>
          <w:lang w:val="en-GB"/>
        </w:rPr>
      </w:pPr>
      <w:r w:rsidRPr="00AB1699">
        <w:rPr>
          <w:lang w:val="en-GB"/>
        </w:rPr>
        <w:t>Users may request the closure of their account at any time by following the procedures made available through the platform or by contacting My Sports Coach.</w:t>
      </w:r>
    </w:p>
    <w:p w14:paraId="746F41EA" w14:textId="77777777" w:rsidR="00AB1699" w:rsidRPr="00AB1699" w:rsidRDefault="00AB1699" w:rsidP="00AB1699">
      <w:pPr>
        <w:rPr>
          <w:lang w:val="en-GB"/>
        </w:rPr>
      </w:pPr>
      <w:r w:rsidRPr="00AB1699">
        <w:rPr>
          <w:lang w:val="en-GB"/>
        </w:rPr>
        <w:t>Closing an account does not automatically remove all personal information, as certain records may need to be retained to:</w:t>
      </w:r>
    </w:p>
    <w:p w14:paraId="6B40ABA9" w14:textId="77777777" w:rsidR="00AB1699" w:rsidRPr="00AB1699" w:rsidRDefault="00AB1699">
      <w:pPr>
        <w:numPr>
          <w:ilvl w:val="0"/>
          <w:numId w:val="25"/>
        </w:numPr>
        <w:rPr>
          <w:lang w:val="en-GB"/>
        </w:rPr>
      </w:pPr>
      <w:r w:rsidRPr="00AB1699">
        <w:rPr>
          <w:lang w:val="en-GB"/>
        </w:rPr>
        <w:t xml:space="preserve">comply with legal obligations; </w:t>
      </w:r>
    </w:p>
    <w:p w14:paraId="2B0663C3" w14:textId="77777777" w:rsidR="00AB1699" w:rsidRPr="00AB1699" w:rsidRDefault="00AB1699">
      <w:pPr>
        <w:numPr>
          <w:ilvl w:val="0"/>
          <w:numId w:val="25"/>
        </w:numPr>
        <w:rPr>
          <w:lang w:val="en-GB"/>
        </w:rPr>
      </w:pPr>
      <w:r w:rsidRPr="00AB1699">
        <w:rPr>
          <w:lang w:val="en-GB"/>
        </w:rPr>
        <w:t xml:space="preserve">maintain financial records; </w:t>
      </w:r>
    </w:p>
    <w:p w14:paraId="2F2E02F0" w14:textId="77777777" w:rsidR="00AB1699" w:rsidRPr="00AB1699" w:rsidRDefault="00AB1699">
      <w:pPr>
        <w:numPr>
          <w:ilvl w:val="0"/>
          <w:numId w:val="25"/>
        </w:numPr>
        <w:rPr>
          <w:lang w:val="en-GB"/>
        </w:rPr>
      </w:pPr>
      <w:r w:rsidRPr="00AB1699">
        <w:rPr>
          <w:lang w:val="en-GB"/>
        </w:rPr>
        <w:t xml:space="preserve">resolve disputes; </w:t>
      </w:r>
    </w:p>
    <w:p w14:paraId="13337586" w14:textId="77777777" w:rsidR="00AB1699" w:rsidRPr="00AB1699" w:rsidRDefault="00AB1699">
      <w:pPr>
        <w:numPr>
          <w:ilvl w:val="0"/>
          <w:numId w:val="25"/>
        </w:numPr>
        <w:rPr>
          <w:lang w:val="en-GB"/>
        </w:rPr>
      </w:pPr>
      <w:r w:rsidRPr="00AB1699">
        <w:rPr>
          <w:lang w:val="en-GB"/>
        </w:rPr>
        <w:t xml:space="preserve">investigate complaints; </w:t>
      </w:r>
    </w:p>
    <w:p w14:paraId="38306255" w14:textId="77777777" w:rsidR="00AB1699" w:rsidRPr="00AB1699" w:rsidRDefault="00AB1699">
      <w:pPr>
        <w:numPr>
          <w:ilvl w:val="0"/>
          <w:numId w:val="25"/>
        </w:numPr>
        <w:rPr>
          <w:lang w:val="en-GB"/>
        </w:rPr>
      </w:pPr>
      <w:r w:rsidRPr="00AB1699">
        <w:rPr>
          <w:lang w:val="en-GB"/>
        </w:rPr>
        <w:t xml:space="preserve">prevent fraud; or </w:t>
      </w:r>
    </w:p>
    <w:p w14:paraId="333929C0" w14:textId="77777777" w:rsidR="00AB1699" w:rsidRPr="00AB1699" w:rsidRDefault="00AB1699">
      <w:pPr>
        <w:numPr>
          <w:ilvl w:val="0"/>
          <w:numId w:val="25"/>
        </w:numPr>
        <w:rPr>
          <w:lang w:val="en-GB"/>
        </w:rPr>
      </w:pPr>
      <w:r w:rsidRPr="00AB1699">
        <w:rPr>
          <w:lang w:val="en-GB"/>
        </w:rPr>
        <w:t xml:space="preserve">enforce these Terms. </w:t>
      </w:r>
    </w:p>
    <w:p w14:paraId="3303808B" w14:textId="77777777" w:rsidR="00AB1699" w:rsidRPr="00AB1699" w:rsidRDefault="00AB1699" w:rsidP="00AB1699">
      <w:pPr>
        <w:rPr>
          <w:lang w:val="en-GB"/>
        </w:rPr>
      </w:pPr>
      <w:r w:rsidRPr="00AB1699">
        <w:rPr>
          <w:lang w:val="en-GB"/>
        </w:rPr>
        <w:t>Information will continue to be processed in accordance with our Privacy Policy.</w:t>
      </w:r>
    </w:p>
    <w:p w14:paraId="28672D83" w14:textId="77777777" w:rsidR="00AB1699" w:rsidRPr="00AB1699" w:rsidRDefault="00000000" w:rsidP="00AB1699">
      <w:pPr>
        <w:rPr>
          <w:lang w:val="en-GB"/>
        </w:rPr>
      </w:pPr>
      <w:r>
        <w:rPr>
          <w:lang w:val="en-GB"/>
        </w:rPr>
        <w:pict w14:anchorId="074F11C8">
          <v:rect id="_x0000_i2268" style="width:0;height:1.5pt" o:hralign="center" o:hrstd="t" o:hr="t" fillcolor="#a0a0a0" stroked="f"/>
        </w:pict>
      </w:r>
    </w:p>
    <w:p w14:paraId="1949CC57"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6.8 Our Right to Remove Accounts</w:t>
      </w:r>
    </w:p>
    <w:p w14:paraId="3F30DF9A" w14:textId="77777777" w:rsidR="00AB1699" w:rsidRPr="00AB1699" w:rsidRDefault="00AB1699" w:rsidP="00AB1699">
      <w:pPr>
        <w:rPr>
          <w:lang w:val="en-GB"/>
        </w:rPr>
      </w:pPr>
      <w:r w:rsidRPr="00AB1699">
        <w:rPr>
          <w:lang w:val="en-GB"/>
        </w:rPr>
        <w:t>My Sports Coach reserves the right to suspend or permanently terminate accounts where continued use of the platform would:</w:t>
      </w:r>
    </w:p>
    <w:p w14:paraId="50FEE10C" w14:textId="77777777" w:rsidR="00AB1699" w:rsidRPr="00AB1699" w:rsidRDefault="00AB1699">
      <w:pPr>
        <w:numPr>
          <w:ilvl w:val="0"/>
          <w:numId w:val="26"/>
        </w:numPr>
        <w:rPr>
          <w:lang w:val="en-GB"/>
        </w:rPr>
      </w:pPr>
      <w:r w:rsidRPr="00AB1699">
        <w:rPr>
          <w:lang w:val="en-GB"/>
        </w:rPr>
        <w:t xml:space="preserve">breach these Terms; </w:t>
      </w:r>
    </w:p>
    <w:p w14:paraId="5D0C7BD9" w14:textId="77777777" w:rsidR="00AB1699" w:rsidRPr="00AB1699" w:rsidRDefault="00AB1699">
      <w:pPr>
        <w:numPr>
          <w:ilvl w:val="0"/>
          <w:numId w:val="26"/>
        </w:numPr>
        <w:rPr>
          <w:lang w:val="en-GB"/>
        </w:rPr>
      </w:pPr>
      <w:r w:rsidRPr="00AB1699">
        <w:rPr>
          <w:lang w:val="en-GB"/>
        </w:rPr>
        <w:t xml:space="preserve">compromise the safety of users; </w:t>
      </w:r>
    </w:p>
    <w:p w14:paraId="42F822A7" w14:textId="77777777" w:rsidR="00AB1699" w:rsidRPr="00AB1699" w:rsidRDefault="00AB1699">
      <w:pPr>
        <w:numPr>
          <w:ilvl w:val="0"/>
          <w:numId w:val="26"/>
        </w:numPr>
        <w:rPr>
          <w:lang w:val="en-GB"/>
        </w:rPr>
      </w:pPr>
      <w:r w:rsidRPr="00AB1699">
        <w:rPr>
          <w:lang w:val="en-GB"/>
        </w:rPr>
        <w:t xml:space="preserve">damage the integrity of the platform; </w:t>
      </w:r>
    </w:p>
    <w:p w14:paraId="44562CF2" w14:textId="77777777" w:rsidR="00AB1699" w:rsidRPr="00AB1699" w:rsidRDefault="00AB1699">
      <w:pPr>
        <w:numPr>
          <w:ilvl w:val="0"/>
          <w:numId w:val="26"/>
        </w:numPr>
        <w:rPr>
          <w:lang w:val="en-GB"/>
        </w:rPr>
      </w:pPr>
      <w:r w:rsidRPr="00AB1699">
        <w:rPr>
          <w:lang w:val="en-GB"/>
        </w:rPr>
        <w:t xml:space="preserve">expose My Sports Coach to legal or regulatory risk; or </w:t>
      </w:r>
    </w:p>
    <w:p w14:paraId="3907164F" w14:textId="77777777" w:rsidR="00AB1699" w:rsidRPr="00AB1699" w:rsidRDefault="00AB1699">
      <w:pPr>
        <w:numPr>
          <w:ilvl w:val="0"/>
          <w:numId w:val="26"/>
        </w:numPr>
        <w:rPr>
          <w:lang w:val="en-GB"/>
        </w:rPr>
      </w:pPr>
      <w:proofErr w:type="gramStart"/>
      <w:r w:rsidRPr="00AB1699">
        <w:rPr>
          <w:lang w:val="en-GB"/>
        </w:rPr>
        <w:t>otherwise</w:t>
      </w:r>
      <w:proofErr w:type="gramEnd"/>
      <w:r w:rsidRPr="00AB1699">
        <w:rPr>
          <w:lang w:val="en-GB"/>
        </w:rPr>
        <w:t xml:space="preserve"> be inappropriate in the reasonable opinion of My Sports Coach. </w:t>
      </w:r>
    </w:p>
    <w:p w14:paraId="5FEF98BC" w14:textId="77777777" w:rsidR="00AB1699" w:rsidRPr="00AB1699" w:rsidRDefault="00AB1699" w:rsidP="00AB1699">
      <w:pPr>
        <w:rPr>
          <w:lang w:val="en-GB"/>
        </w:rPr>
      </w:pPr>
      <w:r w:rsidRPr="00AB1699">
        <w:rPr>
          <w:lang w:val="en-GB"/>
        </w:rPr>
        <w:t>Where reasonably practicable, users will be informed of the reasons for account termination and any available right of appeal or review.</w:t>
      </w:r>
    </w:p>
    <w:p w14:paraId="05C33B71" w14:textId="77777777" w:rsidR="00AB1699" w:rsidRPr="00AB1699" w:rsidRDefault="00000000" w:rsidP="00AB1699">
      <w:pPr>
        <w:rPr>
          <w:lang w:val="en-GB"/>
        </w:rPr>
      </w:pPr>
      <w:r>
        <w:rPr>
          <w:lang w:val="en-GB"/>
        </w:rPr>
        <w:pict w14:anchorId="7F69E3B1">
          <v:rect id="_x0000_i2269" style="width:0;height:1.5pt" o:hralign="center" o:hrstd="t" o:hr="t" fillcolor="#a0a0a0" stroked="f"/>
        </w:pict>
      </w:r>
    </w:p>
    <w:p w14:paraId="2DCC1B0B"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lastRenderedPageBreak/>
        <w:t>6.9 Communication About Your Account</w:t>
      </w:r>
    </w:p>
    <w:p w14:paraId="0A36494B" w14:textId="77777777" w:rsidR="00AB1699" w:rsidRPr="00AB1699" w:rsidRDefault="00AB1699" w:rsidP="00AB1699">
      <w:pPr>
        <w:rPr>
          <w:lang w:val="en-GB"/>
        </w:rPr>
      </w:pPr>
      <w:r w:rsidRPr="00AB1699">
        <w:rPr>
          <w:lang w:val="en-GB"/>
        </w:rPr>
        <w:t>By creating an account, you agree that My Sports Coach may contact you regarding matters relating to your account.</w:t>
      </w:r>
    </w:p>
    <w:p w14:paraId="5FA682FC" w14:textId="77777777" w:rsidR="00AB1699" w:rsidRPr="00AB1699" w:rsidRDefault="00AB1699" w:rsidP="00AB1699">
      <w:pPr>
        <w:rPr>
          <w:lang w:val="en-GB"/>
        </w:rPr>
      </w:pPr>
      <w:r w:rsidRPr="00AB1699">
        <w:rPr>
          <w:lang w:val="en-GB"/>
        </w:rPr>
        <w:t>These communications may include:</w:t>
      </w:r>
    </w:p>
    <w:p w14:paraId="11FBD4FE" w14:textId="77777777" w:rsidR="00AB1699" w:rsidRPr="00AB1699" w:rsidRDefault="00AB1699">
      <w:pPr>
        <w:numPr>
          <w:ilvl w:val="0"/>
          <w:numId w:val="27"/>
        </w:numPr>
        <w:rPr>
          <w:lang w:val="en-GB"/>
        </w:rPr>
      </w:pPr>
      <w:r w:rsidRPr="00AB1699">
        <w:rPr>
          <w:lang w:val="en-GB"/>
        </w:rPr>
        <w:t xml:space="preserve">account verification; </w:t>
      </w:r>
    </w:p>
    <w:p w14:paraId="0526C6C7" w14:textId="77777777" w:rsidR="00AB1699" w:rsidRPr="00AB1699" w:rsidRDefault="00AB1699">
      <w:pPr>
        <w:numPr>
          <w:ilvl w:val="0"/>
          <w:numId w:val="27"/>
        </w:numPr>
        <w:rPr>
          <w:lang w:val="en-GB"/>
        </w:rPr>
      </w:pPr>
      <w:r w:rsidRPr="00AB1699">
        <w:rPr>
          <w:lang w:val="en-GB"/>
        </w:rPr>
        <w:t xml:space="preserve">booking confirmations; </w:t>
      </w:r>
    </w:p>
    <w:p w14:paraId="3BA4841B" w14:textId="77777777" w:rsidR="00AB1699" w:rsidRPr="00AB1699" w:rsidRDefault="00AB1699">
      <w:pPr>
        <w:numPr>
          <w:ilvl w:val="0"/>
          <w:numId w:val="27"/>
        </w:numPr>
        <w:rPr>
          <w:lang w:val="en-GB"/>
        </w:rPr>
      </w:pPr>
      <w:r w:rsidRPr="00AB1699">
        <w:rPr>
          <w:lang w:val="en-GB"/>
        </w:rPr>
        <w:t xml:space="preserve">payment notifications; </w:t>
      </w:r>
    </w:p>
    <w:p w14:paraId="316CC20C" w14:textId="77777777" w:rsidR="00AB1699" w:rsidRPr="00AB1699" w:rsidRDefault="00AB1699">
      <w:pPr>
        <w:numPr>
          <w:ilvl w:val="0"/>
          <w:numId w:val="27"/>
        </w:numPr>
        <w:rPr>
          <w:lang w:val="en-GB"/>
        </w:rPr>
      </w:pPr>
      <w:r w:rsidRPr="00AB1699">
        <w:rPr>
          <w:lang w:val="en-GB"/>
        </w:rPr>
        <w:t xml:space="preserve">password resets; </w:t>
      </w:r>
    </w:p>
    <w:p w14:paraId="345D0FB7" w14:textId="77777777" w:rsidR="00AB1699" w:rsidRPr="00AB1699" w:rsidRDefault="00AB1699">
      <w:pPr>
        <w:numPr>
          <w:ilvl w:val="0"/>
          <w:numId w:val="27"/>
        </w:numPr>
        <w:rPr>
          <w:lang w:val="en-GB"/>
        </w:rPr>
      </w:pPr>
      <w:r w:rsidRPr="00AB1699">
        <w:rPr>
          <w:lang w:val="en-GB"/>
        </w:rPr>
        <w:t xml:space="preserve">security alerts; </w:t>
      </w:r>
    </w:p>
    <w:p w14:paraId="7130B2A6" w14:textId="77777777" w:rsidR="00AB1699" w:rsidRPr="00AB1699" w:rsidRDefault="00AB1699">
      <w:pPr>
        <w:numPr>
          <w:ilvl w:val="0"/>
          <w:numId w:val="27"/>
        </w:numPr>
        <w:rPr>
          <w:lang w:val="en-GB"/>
        </w:rPr>
      </w:pPr>
      <w:r w:rsidRPr="00AB1699">
        <w:rPr>
          <w:lang w:val="en-GB"/>
        </w:rPr>
        <w:t xml:space="preserve">important platform updates; </w:t>
      </w:r>
    </w:p>
    <w:p w14:paraId="74427BF8" w14:textId="77777777" w:rsidR="00AB1699" w:rsidRPr="00AB1699" w:rsidRDefault="00AB1699">
      <w:pPr>
        <w:numPr>
          <w:ilvl w:val="0"/>
          <w:numId w:val="27"/>
        </w:numPr>
        <w:rPr>
          <w:lang w:val="en-GB"/>
        </w:rPr>
      </w:pPr>
      <w:r w:rsidRPr="00AB1699">
        <w:rPr>
          <w:lang w:val="en-GB"/>
        </w:rPr>
        <w:t xml:space="preserve">policy changes; and </w:t>
      </w:r>
    </w:p>
    <w:p w14:paraId="359AC810" w14:textId="77777777" w:rsidR="00AB1699" w:rsidRPr="00AB1699" w:rsidRDefault="00AB1699">
      <w:pPr>
        <w:numPr>
          <w:ilvl w:val="0"/>
          <w:numId w:val="27"/>
        </w:numPr>
        <w:rPr>
          <w:lang w:val="en-GB"/>
        </w:rPr>
      </w:pPr>
      <w:r w:rsidRPr="00AB1699">
        <w:rPr>
          <w:lang w:val="en-GB"/>
        </w:rPr>
        <w:t xml:space="preserve">other communications necessary for the administration of your account. </w:t>
      </w:r>
    </w:p>
    <w:p w14:paraId="0DF9E81B" w14:textId="77777777" w:rsidR="00AB1699" w:rsidRPr="00AB1699" w:rsidRDefault="00AB1699" w:rsidP="00AB1699">
      <w:pPr>
        <w:rPr>
          <w:lang w:val="en-GB"/>
        </w:rPr>
      </w:pPr>
      <w:r w:rsidRPr="00AB1699">
        <w:rPr>
          <w:lang w:val="en-GB"/>
        </w:rPr>
        <w:t>These service communications form part of the operation of the platform and are distinct from optional marketing communications, which are governed by our Privacy Policy and Marketing Communications provisions.</w:t>
      </w:r>
    </w:p>
    <w:p w14:paraId="422D1554" w14:textId="77777777" w:rsidR="00AB1699" w:rsidRDefault="00AB1699"/>
    <w:p w14:paraId="522BEBC3" w14:textId="77777777" w:rsidR="00AB1699" w:rsidRPr="00AB1699" w:rsidRDefault="00AB1699" w:rsidP="00AB1699">
      <w:pPr>
        <w:rPr>
          <w:b/>
          <w:bCs/>
          <w:color w:val="365F91" w:themeColor="accent1" w:themeShade="BF"/>
          <w:sz w:val="28"/>
          <w:szCs w:val="28"/>
          <w:lang w:val="en-GB"/>
        </w:rPr>
      </w:pPr>
      <w:r w:rsidRPr="00AB1699">
        <w:rPr>
          <w:b/>
          <w:bCs/>
          <w:color w:val="365F91" w:themeColor="accent1" w:themeShade="BF"/>
          <w:sz w:val="28"/>
          <w:szCs w:val="28"/>
          <w:lang w:val="en-GB"/>
        </w:rPr>
        <w:t>7. Coach Registration</w:t>
      </w:r>
    </w:p>
    <w:p w14:paraId="7A0067A3" w14:textId="77777777" w:rsidR="00AB1699" w:rsidRPr="00AB1699" w:rsidRDefault="00AB1699" w:rsidP="00AB1699">
      <w:pPr>
        <w:rPr>
          <w:lang w:val="en-GB"/>
        </w:rPr>
      </w:pPr>
      <w:r w:rsidRPr="00AB1699">
        <w:rPr>
          <w:lang w:val="en-GB"/>
        </w:rPr>
        <w:t>My Sports Coach welcomes qualified and professional coaches to join the platform and promote their coaching services to participants across the United Kingdom.</w:t>
      </w:r>
    </w:p>
    <w:p w14:paraId="7C94C336" w14:textId="77777777" w:rsidR="00AB1699" w:rsidRPr="00AB1699" w:rsidRDefault="00AB1699" w:rsidP="00AB1699">
      <w:pPr>
        <w:rPr>
          <w:lang w:val="en-GB"/>
        </w:rPr>
      </w:pPr>
      <w:r w:rsidRPr="00AB1699">
        <w:rPr>
          <w:lang w:val="en-GB"/>
        </w:rPr>
        <w:t>By registering as a coach, you agree to comply with these Terms, maintain high professional standards and provide accurate information about yourself and the services you offer.</w:t>
      </w:r>
    </w:p>
    <w:p w14:paraId="7211D724" w14:textId="77777777" w:rsidR="00AB1699" w:rsidRPr="00AB1699" w:rsidRDefault="00AB1699" w:rsidP="00AB1699">
      <w:pPr>
        <w:rPr>
          <w:lang w:val="en-GB"/>
        </w:rPr>
      </w:pPr>
      <w:r w:rsidRPr="00AB1699">
        <w:rPr>
          <w:lang w:val="en-GB"/>
        </w:rPr>
        <w:t>Registration on the My Sports Coach platform does not guarantee approval, verification, bookings or ongoing access to the platform.</w:t>
      </w:r>
    </w:p>
    <w:p w14:paraId="317768E7" w14:textId="77777777" w:rsidR="00AB1699" w:rsidRPr="00AB1699" w:rsidRDefault="00000000" w:rsidP="00AB1699">
      <w:pPr>
        <w:rPr>
          <w:lang w:val="en-GB"/>
        </w:rPr>
      </w:pPr>
      <w:r>
        <w:rPr>
          <w:lang w:val="en-GB"/>
        </w:rPr>
        <w:pict w14:anchorId="2DD05A96">
          <v:rect id="_x0000_i2270" style="width:0;height:1.5pt" o:hralign="center" o:hrstd="t" o:hr="t" fillcolor="#a0a0a0" stroked="f"/>
        </w:pict>
      </w:r>
    </w:p>
    <w:p w14:paraId="4D004441" w14:textId="77777777" w:rsidR="00AB1699" w:rsidRPr="00AB1699" w:rsidRDefault="00AB1699" w:rsidP="00AB1699">
      <w:pPr>
        <w:rPr>
          <w:b/>
          <w:bCs/>
          <w:lang w:val="en-GB"/>
        </w:rPr>
      </w:pPr>
      <w:r w:rsidRPr="00AB1699">
        <w:rPr>
          <w:b/>
          <w:bCs/>
          <w:lang w:val="en-GB"/>
        </w:rPr>
        <w:t>7.1 Eligibility to Register as a Coach</w:t>
      </w:r>
    </w:p>
    <w:p w14:paraId="1E473F64" w14:textId="77777777" w:rsidR="00AB1699" w:rsidRPr="00AB1699" w:rsidRDefault="00AB1699" w:rsidP="00AB1699">
      <w:pPr>
        <w:rPr>
          <w:lang w:val="en-GB"/>
        </w:rPr>
      </w:pPr>
      <w:r w:rsidRPr="00AB1699">
        <w:rPr>
          <w:lang w:val="en-GB"/>
        </w:rPr>
        <w:t>To register as a coach, you must:</w:t>
      </w:r>
    </w:p>
    <w:p w14:paraId="2E57A7A3" w14:textId="77777777" w:rsidR="00AB1699" w:rsidRPr="00AB1699" w:rsidRDefault="00AB1699">
      <w:pPr>
        <w:numPr>
          <w:ilvl w:val="0"/>
          <w:numId w:val="28"/>
        </w:numPr>
        <w:rPr>
          <w:lang w:val="en-GB"/>
        </w:rPr>
      </w:pPr>
      <w:r w:rsidRPr="00AB1699">
        <w:rPr>
          <w:lang w:val="en-GB"/>
        </w:rPr>
        <w:t xml:space="preserve">meet the eligibility requirements set out in these Terms; </w:t>
      </w:r>
    </w:p>
    <w:p w14:paraId="73C6D68D" w14:textId="77777777" w:rsidR="00AB1699" w:rsidRPr="00AB1699" w:rsidRDefault="00AB1699">
      <w:pPr>
        <w:numPr>
          <w:ilvl w:val="0"/>
          <w:numId w:val="28"/>
        </w:numPr>
        <w:rPr>
          <w:lang w:val="en-GB"/>
        </w:rPr>
      </w:pPr>
      <w:r w:rsidRPr="00AB1699">
        <w:rPr>
          <w:lang w:val="en-GB"/>
        </w:rPr>
        <w:t xml:space="preserve">have the legal authority to provide coaching services; </w:t>
      </w:r>
    </w:p>
    <w:p w14:paraId="2E21E439" w14:textId="77777777" w:rsidR="00AB1699" w:rsidRPr="00AB1699" w:rsidRDefault="00AB1699">
      <w:pPr>
        <w:numPr>
          <w:ilvl w:val="0"/>
          <w:numId w:val="28"/>
        </w:numPr>
        <w:rPr>
          <w:lang w:val="en-GB"/>
        </w:rPr>
      </w:pPr>
      <w:r w:rsidRPr="00AB1699">
        <w:rPr>
          <w:lang w:val="en-GB"/>
        </w:rPr>
        <w:t xml:space="preserve">provide accurate and complete registration information; </w:t>
      </w:r>
    </w:p>
    <w:p w14:paraId="653D2211" w14:textId="77777777" w:rsidR="00AB1699" w:rsidRPr="00AB1699" w:rsidRDefault="00AB1699">
      <w:pPr>
        <w:numPr>
          <w:ilvl w:val="0"/>
          <w:numId w:val="28"/>
        </w:numPr>
        <w:rPr>
          <w:lang w:val="en-GB"/>
        </w:rPr>
      </w:pPr>
      <w:r w:rsidRPr="00AB1699">
        <w:rPr>
          <w:lang w:val="en-GB"/>
        </w:rPr>
        <w:lastRenderedPageBreak/>
        <w:t xml:space="preserve">comply with all applicable laws and regulations relating to your coaching activities; and </w:t>
      </w:r>
    </w:p>
    <w:p w14:paraId="7550CB53" w14:textId="77777777" w:rsidR="00AB1699" w:rsidRPr="00AB1699" w:rsidRDefault="00AB1699">
      <w:pPr>
        <w:numPr>
          <w:ilvl w:val="0"/>
          <w:numId w:val="28"/>
        </w:numPr>
        <w:rPr>
          <w:lang w:val="en-GB"/>
        </w:rPr>
      </w:pPr>
      <w:r w:rsidRPr="00AB1699">
        <w:rPr>
          <w:lang w:val="en-GB"/>
        </w:rPr>
        <w:t xml:space="preserve">agree to maintain your profile and supporting information throughout your use of the platform. </w:t>
      </w:r>
    </w:p>
    <w:p w14:paraId="37953799" w14:textId="77777777" w:rsidR="00AB1699" w:rsidRPr="00AB1699" w:rsidRDefault="00AB1699" w:rsidP="00AB1699">
      <w:pPr>
        <w:rPr>
          <w:lang w:val="en-GB"/>
        </w:rPr>
      </w:pPr>
      <w:r w:rsidRPr="00AB1699">
        <w:rPr>
          <w:lang w:val="en-GB"/>
        </w:rPr>
        <w:t>Where coaching services are provided through a business or organisation, the individual completing the registration confirms that they are authorised to act on behalf of that organisation.</w:t>
      </w:r>
    </w:p>
    <w:p w14:paraId="7282B994" w14:textId="77777777" w:rsidR="00AB1699" w:rsidRPr="00AB1699" w:rsidRDefault="00000000" w:rsidP="00AB1699">
      <w:pPr>
        <w:rPr>
          <w:lang w:val="en-GB"/>
        </w:rPr>
      </w:pPr>
      <w:r>
        <w:rPr>
          <w:lang w:val="en-GB"/>
        </w:rPr>
        <w:pict w14:anchorId="2D2FE7FD">
          <v:rect id="_x0000_i2271" style="width:0;height:1.5pt" o:hralign="center" o:hrstd="t" o:hr="t" fillcolor="#a0a0a0" stroked="f"/>
        </w:pict>
      </w:r>
    </w:p>
    <w:p w14:paraId="1C164A2B" w14:textId="77777777" w:rsidR="00AB1699" w:rsidRPr="00AB1699" w:rsidRDefault="00AB1699" w:rsidP="00AB1699">
      <w:pPr>
        <w:rPr>
          <w:b/>
          <w:bCs/>
          <w:lang w:val="en-GB"/>
        </w:rPr>
      </w:pPr>
      <w:r w:rsidRPr="00AB1699">
        <w:rPr>
          <w:b/>
          <w:bCs/>
          <w:lang w:val="en-GB"/>
        </w:rPr>
        <w:t>7.2 Coach Profiles</w:t>
      </w:r>
    </w:p>
    <w:p w14:paraId="1E282093" w14:textId="77777777" w:rsidR="00AB1699" w:rsidRPr="00AB1699" w:rsidRDefault="00AB1699" w:rsidP="00AB1699">
      <w:pPr>
        <w:rPr>
          <w:lang w:val="en-GB"/>
        </w:rPr>
      </w:pPr>
      <w:r w:rsidRPr="00AB1699">
        <w:rPr>
          <w:lang w:val="en-GB"/>
        </w:rPr>
        <w:t>Coaches are responsible for ensuring that all information published within their profile is accurate, truthful and kept up to date.</w:t>
      </w:r>
    </w:p>
    <w:p w14:paraId="04766FC9" w14:textId="77777777" w:rsidR="00AB1699" w:rsidRPr="00AB1699" w:rsidRDefault="00AB1699" w:rsidP="00AB1699">
      <w:pPr>
        <w:rPr>
          <w:lang w:val="en-GB"/>
        </w:rPr>
      </w:pPr>
      <w:r w:rsidRPr="00AB1699">
        <w:rPr>
          <w:lang w:val="en-GB"/>
        </w:rPr>
        <w:t>This includes, where applicable:</w:t>
      </w:r>
    </w:p>
    <w:p w14:paraId="4EAB3754" w14:textId="77777777" w:rsidR="00AB1699" w:rsidRPr="00AB1699" w:rsidRDefault="00AB1699">
      <w:pPr>
        <w:numPr>
          <w:ilvl w:val="0"/>
          <w:numId w:val="29"/>
        </w:numPr>
        <w:rPr>
          <w:lang w:val="en-GB"/>
        </w:rPr>
      </w:pPr>
      <w:r w:rsidRPr="00AB1699">
        <w:rPr>
          <w:lang w:val="en-GB"/>
        </w:rPr>
        <w:t xml:space="preserve">coaching qualifications; </w:t>
      </w:r>
    </w:p>
    <w:p w14:paraId="19766C08" w14:textId="77777777" w:rsidR="00AB1699" w:rsidRPr="00AB1699" w:rsidRDefault="00AB1699">
      <w:pPr>
        <w:numPr>
          <w:ilvl w:val="0"/>
          <w:numId w:val="29"/>
        </w:numPr>
        <w:rPr>
          <w:lang w:val="en-GB"/>
        </w:rPr>
      </w:pPr>
      <w:r w:rsidRPr="00AB1699">
        <w:rPr>
          <w:lang w:val="en-GB"/>
        </w:rPr>
        <w:t xml:space="preserve">governing body memberships; </w:t>
      </w:r>
    </w:p>
    <w:p w14:paraId="6F1B3290" w14:textId="77777777" w:rsidR="00AB1699" w:rsidRPr="00AB1699" w:rsidRDefault="00AB1699">
      <w:pPr>
        <w:numPr>
          <w:ilvl w:val="0"/>
          <w:numId w:val="29"/>
        </w:numPr>
        <w:rPr>
          <w:lang w:val="en-GB"/>
        </w:rPr>
      </w:pPr>
      <w:r w:rsidRPr="00AB1699">
        <w:rPr>
          <w:lang w:val="en-GB"/>
        </w:rPr>
        <w:t xml:space="preserve">coaching experience; </w:t>
      </w:r>
    </w:p>
    <w:p w14:paraId="016FBF58" w14:textId="77777777" w:rsidR="00AB1699" w:rsidRPr="00AB1699" w:rsidRDefault="00AB1699">
      <w:pPr>
        <w:numPr>
          <w:ilvl w:val="0"/>
          <w:numId w:val="29"/>
        </w:numPr>
        <w:rPr>
          <w:lang w:val="en-GB"/>
        </w:rPr>
      </w:pPr>
      <w:r w:rsidRPr="00AB1699">
        <w:rPr>
          <w:lang w:val="en-GB"/>
        </w:rPr>
        <w:t xml:space="preserve">sports and activities offered; </w:t>
      </w:r>
    </w:p>
    <w:p w14:paraId="370C3E5A" w14:textId="77777777" w:rsidR="00AB1699" w:rsidRPr="00AB1699" w:rsidRDefault="00AB1699">
      <w:pPr>
        <w:numPr>
          <w:ilvl w:val="0"/>
          <w:numId w:val="29"/>
        </w:numPr>
        <w:rPr>
          <w:lang w:val="en-GB"/>
        </w:rPr>
      </w:pPr>
      <w:r w:rsidRPr="00AB1699">
        <w:rPr>
          <w:lang w:val="en-GB"/>
        </w:rPr>
        <w:t xml:space="preserve">coaching locations; </w:t>
      </w:r>
    </w:p>
    <w:p w14:paraId="6BC0E30D" w14:textId="77777777" w:rsidR="00AB1699" w:rsidRPr="00AB1699" w:rsidRDefault="00AB1699">
      <w:pPr>
        <w:numPr>
          <w:ilvl w:val="0"/>
          <w:numId w:val="29"/>
        </w:numPr>
        <w:rPr>
          <w:lang w:val="en-GB"/>
        </w:rPr>
      </w:pPr>
      <w:r w:rsidRPr="00AB1699">
        <w:rPr>
          <w:lang w:val="en-GB"/>
        </w:rPr>
        <w:t xml:space="preserve">pricing; </w:t>
      </w:r>
    </w:p>
    <w:p w14:paraId="61D365A7" w14:textId="77777777" w:rsidR="00AB1699" w:rsidRPr="00AB1699" w:rsidRDefault="00AB1699">
      <w:pPr>
        <w:numPr>
          <w:ilvl w:val="0"/>
          <w:numId w:val="29"/>
        </w:numPr>
        <w:rPr>
          <w:lang w:val="en-GB"/>
        </w:rPr>
      </w:pPr>
      <w:r w:rsidRPr="00AB1699">
        <w:rPr>
          <w:lang w:val="en-GB"/>
        </w:rPr>
        <w:t xml:space="preserve">availability; </w:t>
      </w:r>
    </w:p>
    <w:p w14:paraId="05EFA24B" w14:textId="77777777" w:rsidR="00AB1699" w:rsidRPr="00AB1699" w:rsidRDefault="00AB1699">
      <w:pPr>
        <w:numPr>
          <w:ilvl w:val="0"/>
          <w:numId w:val="29"/>
        </w:numPr>
        <w:rPr>
          <w:lang w:val="en-GB"/>
        </w:rPr>
      </w:pPr>
      <w:r w:rsidRPr="00AB1699">
        <w:rPr>
          <w:lang w:val="en-GB"/>
        </w:rPr>
        <w:t xml:space="preserve">profile photographs; </w:t>
      </w:r>
    </w:p>
    <w:p w14:paraId="5531DCEE" w14:textId="77777777" w:rsidR="00AB1699" w:rsidRPr="00AB1699" w:rsidRDefault="00AB1699">
      <w:pPr>
        <w:numPr>
          <w:ilvl w:val="0"/>
          <w:numId w:val="29"/>
        </w:numPr>
        <w:rPr>
          <w:lang w:val="en-GB"/>
        </w:rPr>
      </w:pPr>
      <w:r w:rsidRPr="00AB1699">
        <w:rPr>
          <w:lang w:val="en-GB"/>
        </w:rPr>
        <w:t xml:space="preserve">business information; and </w:t>
      </w:r>
    </w:p>
    <w:p w14:paraId="74F56D73" w14:textId="77777777" w:rsidR="00AB1699" w:rsidRPr="00AB1699" w:rsidRDefault="00AB1699">
      <w:pPr>
        <w:numPr>
          <w:ilvl w:val="0"/>
          <w:numId w:val="29"/>
        </w:numPr>
        <w:rPr>
          <w:lang w:val="en-GB"/>
        </w:rPr>
      </w:pPr>
      <w:r w:rsidRPr="00AB1699">
        <w:rPr>
          <w:lang w:val="en-GB"/>
        </w:rPr>
        <w:t xml:space="preserve">any other information displayed to participants. </w:t>
      </w:r>
    </w:p>
    <w:p w14:paraId="0674D090" w14:textId="77777777" w:rsidR="00AB1699" w:rsidRPr="00AB1699" w:rsidRDefault="00AB1699" w:rsidP="00AB1699">
      <w:pPr>
        <w:rPr>
          <w:lang w:val="en-GB"/>
        </w:rPr>
      </w:pPr>
      <w:r w:rsidRPr="00AB1699">
        <w:rPr>
          <w:lang w:val="en-GB"/>
        </w:rPr>
        <w:t>Profiles must not contain false, misleading or deceptive information.</w:t>
      </w:r>
    </w:p>
    <w:p w14:paraId="4A71DA7C" w14:textId="77777777" w:rsidR="00AB1699" w:rsidRPr="00AB1699" w:rsidRDefault="00AB1699" w:rsidP="00AB1699">
      <w:pPr>
        <w:rPr>
          <w:lang w:val="en-GB"/>
        </w:rPr>
      </w:pPr>
      <w:r w:rsidRPr="00AB1699">
        <w:rPr>
          <w:lang w:val="en-GB"/>
        </w:rPr>
        <w:t xml:space="preserve">My Sports Coach reserves the right to request evidence supporting information displayed on coach profiles </w:t>
      </w:r>
      <w:proofErr w:type="gramStart"/>
      <w:r w:rsidRPr="00AB1699">
        <w:rPr>
          <w:lang w:val="en-GB"/>
        </w:rPr>
        <w:t>where</w:t>
      </w:r>
      <w:proofErr w:type="gramEnd"/>
      <w:r w:rsidRPr="00AB1699">
        <w:rPr>
          <w:lang w:val="en-GB"/>
        </w:rPr>
        <w:t xml:space="preserve"> reasonably necessary.</w:t>
      </w:r>
    </w:p>
    <w:p w14:paraId="0CD7AD67" w14:textId="77777777" w:rsidR="00AB1699" w:rsidRPr="00AB1699" w:rsidRDefault="00000000" w:rsidP="00AB1699">
      <w:pPr>
        <w:rPr>
          <w:lang w:val="en-GB"/>
        </w:rPr>
      </w:pPr>
      <w:r>
        <w:rPr>
          <w:lang w:val="en-GB"/>
        </w:rPr>
        <w:pict w14:anchorId="21E390EE">
          <v:rect id="_x0000_i2272" style="width:0;height:1.5pt" o:hralign="center" o:hrstd="t" o:hr="t" fillcolor="#a0a0a0" stroked="f"/>
        </w:pict>
      </w:r>
    </w:p>
    <w:p w14:paraId="4924008A" w14:textId="77777777" w:rsidR="00AB1699" w:rsidRPr="00AB1699" w:rsidRDefault="00AB1699" w:rsidP="00AB1699">
      <w:pPr>
        <w:rPr>
          <w:b/>
          <w:bCs/>
          <w:lang w:val="en-GB"/>
        </w:rPr>
      </w:pPr>
      <w:r w:rsidRPr="00AB1699">
        <w:rPr>
          <w:b/>
          <w:bCs/>
          <w:lang w:val="en-GB"/>
        </w:rPr>
        <w:t>7.3 Qualifications, Insurance and Professional Standards</w:t>
      </w:r>
    </w:p>
    <w:p w14:paraId="053589D9" w14:textId="77777777" w:rsidR="00AB1699" w:rsidRPr="00AB1699" w:rsidRDefault="00AB1699" w:rsidP="00AB1699">
      <w:pPr>
        <w:rPr>
          <w:lang w:val="en-GB"/>
        </w:rPr>
      </w:pPr>
      <w:r w:rsidRPr="00AB1699">
        <w:rPr>
          <w:lang w:val="en-GB"/>
        </w:rPr>
        <w:t>Coaches are responsible for ensuring that they hold any qualifications, certifications, licences, registrations or insurance required to deliver the coaching services they advertise.</w:t>
      </w:r>
    </w:p>
    <w:p w14:paraId="71F609E5" w14:textId="77777777" w:rsidR="00AB1699" w:rsidRPr="00AB1699" w:rsidRDefault="00AB1699" w:rsidP="00AB1699">
      <w:pPr>
        <w:rPr>
          <w:lang w:val="en-GB"/>
        </w:rPr>
      </w:pPr>
      <w:r w:rsidRPr="00AB1699">
        <w:rPr>
          <w:lang w:val="en-GB"/>
        </w:rPr>
        <w:t>Where applicable, coaches should maintain:</w:t>
      </w:r>
    </w:p>
    <w:p w14:paraId="06E67BA6" w14:textId="77777777" w:rsidR="00AB1699" w:rsidRPr="00AB1699" w:rsidRDefault="00AB1699">
      <w:pPr>
        <w:numPr>
          <w:ilvl w:val="0"/>
          <w:numId w:val="30"/>
        </w:numPr>
        <w:rPr>
          <w:lang w:val="en-GB"/>
        </w:rPr>
      </w:pPr>
      <w:r w:rsidRPr="00AB1699">
        <w:rPr>
          <w:lang w:val="en-GB"/>
        </w:rPr>
        <w:t xml:space="preserve">recognised coaching qualifications; </w:t>
      </w:r>
    </w:p>
    <w:p w14:paraId="532240AE" w14:textId="77777777" w:rsidR="00AB1699" w:rsidRPr="00AB1699" w:rsidRDefault="00AB1699">
      <w:pPr>
        <w:numPr>
          <w:ilvl w:val="0"/>
          <w:numId w:val="30"/>
        </w:numPr>
        <w:rPr>
          <w:lang w:val="en-GB"/>
        </w:rPr>
      </w:pPr>
      <w:r w:rsidRPr="00AB1699">
        <w:rPr>
          <w:lang w:val="en-GB"/>
        </w:rPr>
        <w:lastRenderedPageBreak/>
        <w:t xml:space="preserve">appropriate public liability insurance; </w:t>
      </w:r>
    </w:p>
    <w:p w14:paraId="641847F3" w14:textId="77777777" w:rsidR="00AB1699" w:rsidRPr="00AB1699" w:rsidRDefault="00AB1699">
      <w:pPr>
        <w:numPr>
          <w:ilvl w:val="0"/>
          <w:numId w:val="30"/>
        </w:numPr>
        <w:rPr>
          <w:lang w:val="en-GB"/>
        </w:rPr>
      </w:pPr>
      <w:r w:rsidRPr="00AB1699">
        <w:rPr>
          <w:lang w:val="en-GB"/>
        </w:rPr>
        <w:t xml:space="preserve">professional indemnity insurance where appropriate; </w:t>
      </w:r>
    </w:p>
    <w:p w14:paraId="128D0EF8" w14:textId="77777777" w:rsidR="00AB1699" w:rsidRPr="00AB1699" w:rsidRDefault="00AB1699">
      <w:pPr>
        <w:numPr>
          <w:ilvl w:val="0"/>
          <w:numId w:val="30"/>
        </w:numPr>
        <w:rPr>
          <w:lang w:val="en-GB"/>
        </w:rPr>
      </w:pPr>
      <w:r w:rsidRPr="00AB1699">
        <w:rPr>
          <w:lang w:val="en-GB"/>
        </w:rPr>
        <w:t xml:space="preserve">safeguarding training; </w:t>
      </w:r>
    </w:p>
    <w:p w14:paraId="488403D4" w14:textId="77777777" w:rsidR="00AB1699" w:rsidRPr="00AB1699" w:rsidRDefault="00AB1699">
      <w:pPr>
        <w:numPr>
          <w:ilvl w:val="0"/>
          <w:numId w:val="30"/>
        </w:numPr>
        <w:rPr>
          <w:lang w:val="en-GB"/>
        </w:rPr>
      </w:pPr>
      <w:r w:rsidRPr="00AB1699">
        <w:rPr>
          <w:lang w:val="en-GB"/>
        </w:rPr>
        <w:t xml:space="preserve">first aid qualifications where required; and </w:t>
      </w:r>
    </w:p>
    <w:p w14:paraId="0B93BDA7" w14:textId="77777777" w:rsidR="00AB1699" w:rsidRPr="00AB1699" w:rsidRDefault="00AB1699">
      <w:pPr>
        <w:numPr>
          <w:ilvl w:val="0"/>
          <w:numId w:val="30"/>
        </w:numPr>
        <w:rPr>
          <w:lang w:val="en-GB"/>
        </w:rPr>
      </w:pPr>
      <w:r w:rsidRPr="00AB1699">
        <w:rPr>
          <w:lang w:val="en-GB"/>
        </w:rPr>
        <w:t xml:space="preserve">memberships of relevant governing bodies. </w:t>
      </w:r>
    </w:p>
    <w:p w14:paraId="3DDF56C8" w14:textId="77777777" w:rsidR="00AB1699" w:rsidRPr="00AB1699" w:rsidRDefault="00AB1699" w:rsidP="00AB1699">
      <w:pPr>
        <w:rPr>
          <w:lang w:val="en-GB"/>
        </w:rPr>
      </w:pPr>
      <w:r w:rsidRPr="00AB1699">
        <w:rPr>
          <w:lang w:val="en-GB"/>
        </w:rPr>
        <w:t>Responsibility for maintaining these requirements remains with the coach at all times.</w:t>
      </w:r>
    </w:p>
    <w:p w14:paraId="3C110974" w14:textId="77777777" w:rsidR="00AB1699" w:rsidRPr="00AB1699" w:rsidRDefault="00000000" w:rsidP="00AB1699">
      <w:pPr>
        <w:rPr>
          <w:lang w:val="en-GB"/>
        </w:rPr>
      </w:pPr>
      <w:r>
        <w:rPr>
          <w:lang w:val="en-GB"/>
        </w:rPr>
        <w:pict w14:anchorId="323BC0E5">
          <v:rect id="_x0000_i2273" style="width:0;height:1.5pt" o:hralign="center" o:hrstd="t" o:hr="t" fillcolor="#a0a0a0" stroked="f"/>
        </w:pict>
      </w:r>
    </w:p>
    <w:p w14:paraId="74A475F6" w14:textId="77777777" w:rsidR="00AB1699" w:rsidRPr="00AB1699" w:rsidRDefault="00AB1699" w:rsidP="00AB1699">
      <w:pPr>
        <w:rPr>
          <w:b/>
          <w:bCs/>
          <w:lang w:val="en-GB"/>
        </w:rPr>
      </w:pPr>
      <w:r w:rsidRPr="00AB1699">
        <w:rPr>
          <w:b/>
          <w:bCs/>
          <w:lang w:val="en-GB"/>
        </w:rPr>
        <w:t>7.4 Safeguarding and DBS</w:t>
      </w:r>
    </w:p>
    <w:p w14:paraId="644E61DD" w14:textId="77777777" w:rsidR="00AB1699" w:rsidRPr="00AB1699" w:rsidRDefault="00AB1699" w:rsidP="00AB1699">
      <w:pPr>
        <w:rPr>
          <w:lang w:val="en-GB"/>
        </w:rPr>
      </w:pPr>
      <w:r w:rsidRPr="00AB1699">
        <w:rPr>
          <w:lang w:val="en-GB"/>
        </w:rPr>
        <w:t>Where coaching activities involve children, young people or vulnerable adults, coaches are responsible for complying with all applicable safeguarding legislation and recognised safeguarding best practice.</w:t>
      </w:r>
    </w:p>
    <w:p w14:paraId="2E0D5319" w14:textId="77777777" w:rsidR="00AB1699" w:rsidRPr="00AB1699" w:rsidRDefault="00AB1699" w:rsidP="00AB1699">
      <w:pPr>
        <w:rPr>
          <w:lang w:val="en-GB"/>
        </w:rPr>
      </w:pPr>
      <w:r w:rsidRPr="00AB1699">
        <w:rPr>
          <w:lang w:val="en-GB"/>
        </w:rPr>
        <w:t>Where appropriate, coaches should maintain:</w:t>
      </w:r>
    </w:p>
    <w:p w14:paraId="5039AA91" w14:textId="77777777" w:rsidR="00AB1699" w:rsidRPr="00AB1699" w:rsidRDefault="00AB1699">
      <w:pPr>
        <w:numPr>
          <w:ilvl w:val="0"/>
          <w:numId w:val="31"/>
        </w:numPr>
        <w:rPr>
          <w:lang w:val="en-GB"/>
        </w:rPr>
      </w:pPr>
      <w:r w:rsidRPr="00AB1699">
        <w:rPr>
          <w:lang w:val="en-GB"/>
        </w:rPr>
        <w:t xml:space="preserve">an enhanced Disclosure and Barring Service (DBS) certificate or equivalent; </w:t>
      </w:r>
    </w:p>
    <w:p w14:paraId="4F515743" w14:textId="77777777" w:rsidR="00AB1699" w:rsidRPr="00AB1699" w:rsidRDefault="00AB1699">
      <w:pPr>
        <w:numPr>
          <w:ilvl w:val="0"/>
          <w:numId w:val="31"/>
        </w:numPr>
        <w:rPr>
          <w:lang w:val="en-GB"/>
        </w:rPr>
      </w:pPr>
      <w:r w:rsidRPr="00AB1699">
        <w:rPr>
          <w:lang w:val="en-GB"/>
        </w:rPr>
        <w:t xml:space="preserve">safeguarding training; </w:t>
      </w:r>
    </w:p>
    <w:p w14:paraId="7E8D9654" w14:textId="77777777" w:rsidR="00AB1699" w:rsidRPr="00AB1699" w:rsidRDefault="00AB1699">
      <w:pPr>
        <w:numPr>
          <w:ilvl w:val="0"/>
          <w:numId w:val="31"/>
        </w:numPr>
        <w:rPr>
          <w:lang w:val="en-GB"/>
        </w:rPr>
      </w:pPr>
      <w:r w:rsidRPr="00AB1699">
        <w:rPr>
          <w:lang w:val="en-GB"/>
        </w:rPr>
        <w:t xml:space="preserve">appropriate reporting procedures; and </w:t>
      </w:r>
    </w:p>
    <w:p w14:paraId="18CD116C" w14:textId="77777777" w:rsidR="00AB1699" w:rsidRPr="00AB1699" w:rsidRDefault="00AB1699">
      <w:pPr>
        <w:numPr>
          <w:ilvl w:val="0"/>
          <w:numId w:val="31"/>
        </w:numPr>
        <w:rPr>
          <w:lang w:val="en-GB"/>
        </w:rPr>
      </w:pPr>
      <w:r w:rsidRPr="00AB1699">
        <w:rPr>
          <w:lang w:val="en-GB"/>
        </w:rPr>
        <w:t xml:space="preserve">any additional requirements imposed by governing bodies or relevant legislation. </w:t>
      </w:r>
    </w:p>
    <w:p w14:paraId="0E222E49" w14:textId="77777777" w:rsidR="00AB1699" w:rsidRPr="00AB1699" w:rsidRDefault="00AB1699" w:rsidP="00AB1699">
      <w:pPr>
        <w:rPr>
          <w:lang w:val="en-GB"/>
        </w:rPr>
      </w:pPr>
      <w:r w:rsidRPr="00AB1699">
        <w:rPr>
          <w:lang w:val="en-GB"/>
        </w:rPr>
        <w:t>My Sports Coach may request evidence of safeguarding documentation as part of its verification processes.</w:t>
      </w:r>
    </w:p>
    <w:p w14:paraId="50565606" w14:textId="77777777" w:rsidR="00AB1699" w:rsidRPr="00AB1699" w:rsidRDefault="00000000" w:rsidP="00AB1699">
      <w:pPr>
        <w:rPr>
          <w:lang w:val="en-GB"/>
        </w:rPr>
      </w:pPr>
      <w:r>
        <w:rPr>
          <w:lang w:val="en-GB"/>
        </w:rPr>
        <w:pict w14:anchorId="3963E124">
          <v:rect id="_x0000_i2274" style="width:0;height:1.5pt" o:hralign="center" o:hrstd="t" o:hr="t" fillcolor="#a0a0a0" stroked="f"/>
        </w:pict>
      </w:r>
    </w:p>
    <w:p w14:paraId="1B2F042A"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7.5 Verification</w:t>
      </w:r>
    </w:p>
    <w:p w14:paraId="75BF8CE1" w14:textId="77777777" w:rsidR="00AB1699" w:rsidRPr="00AB1699" w:rsidRDefault="00AB1699" w:rsidP="00AB1699">
      <w:pPr>
        <w:rPr>
          <w:lang w:val="en-GB"/>
        </w:rPr>
      </w:pPr>
      <w:r w:rsidRPr="00AB1699">
        <w:rPr>
          <w:lang w:val="en-GB"/>
        </w:rPr>
        <w:t>My Sports Coach may operate a coach verification programme to help increase confidence in the information presented on coach profiles.</w:t>
      </w:r>
    </w:p>
    <w:p w14:paraId="508C9AD5" w14:textId="77777777" w:rsidR="00AB1699" w:rsidRPr="00AB1699" w:rsidRDefault="00AB1699" w:rsidP="00AB1699">
      <w:pPr>
        <w:rPr>
          <w:lang w:val="en-GB"/>
        </w:rPr>
      </w:pPr>
      <w:r w:rsidRPr="00AB1699">
        <w:rPr>
          <w:lang w:val="en-GB"/>
        </w:rPr>
        <w:t>Verification may include reviewing documentation relating to:</w:t>
      </w:r>
    </w:p>
    <w:p w14:paraId="3D1CCA66" w14:textId="77777777" w:rsidR="00AB1699" w:rsidRPr="00AB1699" w:rsidRDefault="00AB1699">
      <w:pPr>
        <w:numPr>
          <w:ilvl w:val="0"/>
          <w:numId w:val="32"/>
        </w:numPr>
        <w:rPr>
          <w:lang w:val="en-GB"/>
        </w:rPr>
      </w:pPr>
      <w:r w:rsidRPr="00AB1699">
        <w:rPr>
          <w:lang w:val="en-GB"/>
        </w:rPr>
        <w:t xml:space="preserve">identity; </w:t>
      </w:r>
    </w:p>
    <w:p w14:paraId="148D8FE9" w14:textId="77777777" w:rsidR="00AB1699" w:rsidRPr="00AB1699" w:rsidRDefault="00AB1699">
      <w:pPr>
        <w:numPr>
          <w:ilvl w:val="0"/>
          <w:numId w:val="32"/>
        </w:numPr>
        <w:rPr>
          <w:lang w:val="en-GB"/>
        </w:rPr>
      </w:pPr>
      <w:r w:rsidRPr="00AB1699">
        <w:rPr>
          <w:lang w:val="en-GB"/>
        </w:rPr>
        <w:t xml:space="preserve">qualifications; </w:t>
      </w:r>
    </w:p>
    <w:p w14:paraId="15D6A3DB" w14:textId="77777777" w:rsidR="00AB1699" w:rsidRPr="00AB1699" w:rsidRDefault="00AB1699">
      <w:pPr>
        <w:numPr>
          <w:ilvl w:val="0"/>
          <w:numId w:val="32"/>
        </w:numPr>
        <w:rPr>
          <w:lang w:val="en-GB"/>
        </w:rPr>
      </w:pPr>
      <w:r w:rsidRPr="00AB1699">
        <w:rPr>
          <w:lang w:val="en-GB"/>
        </w:rPr>
        <w:t xml:space="preserve">insurance; </w:t>
      </w:r>
    </w:p>
    <w:p w14:paraId="6658C39A" w14:textId="77777777" w:rsidR="00AB1699" w:rsidRPr="00AB1699" w:rsidRDefault="00AB1699">
      <w:pPr>
        <w:numPr>
          <w:ilvl w:val="0"/>
          <w:numId w:val="32"/>
        </w:numPr>
        <w:rPr>
          <w:lang w:val="en-GB"/>
        </w:rPr>
      </w:pPr>
      <w:r w:rsidRPr="00AB1699">
        <w:rPr>
          <w:lang w:val="en-GB"/>
        </w:rPr>
        <w:t xml:space="preserve">safeguarding; </w:t>
      </w:r>
    </w:p>
    <w:p w14:paraId="7654C9E0" w14:textId="77777777" w:rsidR="00AB1699" w:rsidRPr="00AB1699" w:rsidRDefault="00AB1699">
      <w:pPr>
        <w:numPr>
          <w:ilvl w:val="0"/>
          <w:numId w:val="32"/>
        </w:numPr>
        <w:rPr>
          <w:lang w:val="en-GB"/>
        </w:rPr>
      </w:pPr>
      <w:r w:rsidRPr="00AB1699">
        <w:rPr>
          <w:lang w:val="en-GB"/>
        </w:rPr>
        <w:t xml:space="preserve">governing body membership; or </w:t>
      </w:r>
    </w:p>
    <w:p w14:paraId="2DD19BE6" w14:textId="77777777" w:rsidR="00AB1699" w:rsidRPr="00AB1699" w:rsidRDefault="00AB1699">
      <w:pPr>
        <w:numPr>
          <w:ilvl w:val="0"/>
          <w:numId w:val="32"/>
        </w:numPr>
        <w:rPr>
          <w:lang w:val="en-GB"/>
        </w:rPr>
      </w:pPr>
      <w:r w:rsidRPr="00AB1699">
        <w:rPr>
          <w:lang w:val="en-GB"/>
        </w:rPr>
        <w:t xml:space="preserve">other relevant information. </w:t>
      </w:r>
    </w:p>
    <w:p w14:paraId="5D569467" w14:textId="77777777" w:rsidR="00AB1699" w:rsidRPr="00AB1699" w:rsidRDefault="00AB1699" w:rsidP="00AB1699">
      <w:pPr>
        <w:rPr>
          <w:lang w:val="en-GB"/>
        </w:rPr>
      </w:pPr>
      <w:r w:rsidRPr="00AB1699">
        <w:rPr>
          <w:lang w:val="en-GB"/>
        </w:rPr>
        <w:lastRenderedPageBreak/>
        <w:t>Verification confirms only that specified information has been reviewed at the time of assessment. It does not constitute an endorsement, accreditation, guarantee of competence or assurance regarding the future performance of any coach.</w:t>
      </w:r>
    </w:p>
    <w:p w14:paraId="5D88290E" w14:textId="77777777" w:rsidR="00AB1699" w:rsidRPr="00AB1699" w:rsidRDefault="00000000" w:rsidP="00AB1699">
      <w:pPr>
        <w:rPr>
          <w:lang w:val="en-GB"/>
        </w:rPr>
      </w:pPr>
      <w:r>
        <w:rPr>
          <w:lang w:val="en-GB"/>
        </w:rPr>
        <w:pict w14:anchorId="47C0F4A6">
          <v:rect id="_x0000_i2275" style="width:0;height:1.5pt" o:hralign="center" o:hrstd="t" o:hr="t" fillcolor="#a0a0a0" stroked="f"/>
        </w:pict>
      </w:r>
    </w:p>
    <w:p w14:paraId="4B9BDEAB"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7.6 Ongoing Responsibilities</w:t>
      </w:r>
    </w:p>
    <w:p w14:paraId="35BA2522" w14:textId="77777777" w:rsidR="00AB1699" w:rsidRPr="00AB1699" w:rsidRDefault="00AB1699" w:rsidP="00AB1699">
      <w:pPr>
        <w:rPr>
          <w:lang w:val="en-GB"/>
        </w:rPr>
      </w:pPr>
      <w:r w:rsidRPr="00AB1699">
        <w:rPr>
          <w:lang w:val="en-GB"/>
        </w:rPr>
        <w:t>Registered coaches are responsible for:</w:t>
      </w:r>
    </w:p>
    <w:p w14:paraId="412F491E" w14:textId="77777777" w:rsidR="00AB1699" w:rsidRPr="00AB1699" w:rsidRDefault="00AB1699">
      <w:pPr>
        <w:numPr>
          <w:ilvl w:val="0"/>
          <w:numId w:val="33"/>
        </w:numPr>
        <w:rPr>
          <w:lang w:val="en-GB"/>
        </w:rPr>
      </w:pPr>
      <w:r w:rsidRPr="00AB1699">
        <w:rPr>
          <w:lang w:val="en-GB"/>
        </w:rPr>
        <w:t xml:space="preserve">maintaining accurate profile information; </w:t>
      </w:r>
    </w:p>
    <w:p w14:paraId="4E14CD7A" w14:textId="77777777" w:rsidR="00AB1699" w:rsidRPr="00AB1699" w:rsidRDefault="00AB1699">
      <w:pPr>
        <w:numPr>
          <w:ilvl w:val="0"/>
          <w:numId w:val="33"/>
        </w:numPr>
        <w:rPr>
          <w:lang w:val="en-GB"/>
        </w:rPr>
      </w:pPr>
      <w:r w:rsidRPr="00AB1699">
        <w:rPr>
          <w:lang w:val="en-GB"/>
        </w:rPr>
        <w:t xml:space="preserve">responding to booking requests within a reasonable time where applicable; </w:t>
      </w:r>
    </w:p>
    <w:p w14:paraId="0F1BA966" w14:textId="77777777" w:rsidR="00AB1699" w:rsidRPr="00AB1699" w:rsidRDefault="00AB1699">
      <w:pPr>
        <w:numPr>
          <w:ilvl w:val="0"/>
          <w:numId w:val="33"/>
        </w:numPr>
        <w:rPr>
          <w:lang w:val="en-GB"/>
        </w:rPr>
      </w:pPr>
      <w:r w:rsidRPr="00AB1699">
        <w:rPr>
          <w:lang w:val="en-GB"/>
        </w:rPr>
        <w:t xml:space="preserve">delivering coaching services professionally; </w:t>
      </w:r>
    </w:p>
    <w:p w14:paraId="333E6CFF" w14:textId="77777777" w:rsidR="00AB1699" w:rsidRPr="00AB1699" w:rsidRDefault="00AB1699">
      <w:pPr>
        <w:numPr>
          <w:ilvl w:val="0"/>
          <w:numId w:val="33"/>
        </w:numPr>
        <w:rPr>
          <w:lang w:val="en-GB"/>
        </w:rPr>
      </w:pPr>
      <w:r w:rsidRPr="00AB1699">
        <w:rPr>
          <w:lang w:val="en-GB"/>
        </w:rPr>
        <w:t xml:space="preserve">communicating respectfully with participants; </w:t>
      </w:r>
    </w:p>
    <w:p w14:paraId="7CE83C4A" w14:textId="77777777" w:rsidR="00AB1699" w:rsidRPr="00AB1699" w:rsidRDefault="00AB1699">
      <w:pPr>
        <w:numPr>
          <w:ilvl w:val="0"/>
          <w:numId w:val="33"/>
        </w:numPr>
        <w:rPr>
          <w:lang w:val="en-GB"/>
        </w:rPr>
      </w:pPr>
      <w:r w:rsidRPr="00AB1699">
        <w:rPr>
          <w:lang w:val="en-GB"/>
        </w:rPr>
        <w:t xml:space="preserve">complying with applicable legislation and governing body requirements; </w:t>
      </w:r>
    </w:p>
    <w:p w14:paraId="745DD1EC" w14:textId="77777777" w:rsidR="00AB1699" w:rsidRPr="00AB1699" w:rsidRDefault="00AB1699">
      <w:pPr>
        <w:numPr>
          <w:ilvl w:val="0"/>
          <w:numId w:val="33"/>
        </w:numPr>
        <w:rPr>
          <w:lang w:val="en-GB"/>
        </w:rPr>
      </w:pPr>
      <w:r w:rsidRPr="00AB1699">
        <w:rPr>
          <w:lang w:val="en-GB"/>
        </w:rPr>
        <w:t xml:space="preserve">maintaining appropriate insurance and qualifications; </w:t>
      </w:r>
    </w:p>
    <w:p w14:paraId="4E4B526E" w14:textId="77777777" w:rsidR="00AB1699" w:rsidRPr="00AB1699" w:rsidRDefault="00AB1699">
      <w:pPr>
        <w:numPr>
          <w:ilvl w:val="0"/>
          <w:numId w:val="33"/>
        </w:numPr>
        <w:rPr>
          <w:lang w:val="en-GB"/>
        </w:rPr>
      </w:pPr>
      <w:r w:rsidRPr="00AB1699">
        <w:rPr>
          <w:lang w:val="en-GB"/>
        </w:rPr>
        <w:t xml:space="preserve">protecting participant information; and </w:t>
      </w:r>
    </w:p>
    <w:p w14:paraId="3AA61E01" w14:textId="77777777" w:rsidR="00AB1699" w:rsidRPr="00AB1699" w:rsidRDefault="00AB1699">
      <w:pPr>
        <w:numPr>
          <w:ilvl w:val="0"/>
          <w:numId w:val="33"/>
        </w:numPr>
        <w:rPr>
          <w:lang w:val="en-GB"/>
        </w:rPr>
      </w:pPr>
      <w:r w:rsidRPr="00AB1699">
        <w:rPr>
          <w:lang w:val="en-GB"/>
        </w:rPr>
        <w:t xml:space="preserve">complying with all My Sports Coach policies. </w:t>
      </w:r>
    </w:p>
    <w:p w14:paraId="11D9D040" w14:textId="77777777" w:rsidR="00AB1699" w:rsidRPr="00AB1699" w:rsidRDefault="00AB1699" w:rsidP="00AB1699">
      <w:pPr>
        <w:rPr>
          <w:lang w:val="en-GB"/>
        </w:rPr>
      </w:pPr>
      <w:r w:rsidRPr="00AB1699">
        <w:rPr>
          <w:lang w:val="en-GB"/>
        </w:rPr>
        <w:t>Coaches remain responsible for the services they provide both on and off the platform.</w:t>
      </w:r>
    </w:p>
    <w:p w14:paraId="6C16F074" w14:textId="77777777" w:rsidR="00AB1699" w:rsidRPr="00AB1699" w:rsidRDefault="00000000" w:rsidP="00AB1699">
      <w:pPr>
        <w:rPr>
          <w:lang w:val="en-GB"/>
        </w:rPr>
      </w:pPr>
      <w:r>
        <w:rPr>
          <w:lang w:val="en-GB"/>
        </w:rPr>
        <w:pict w14:anchorId="50766496">
          <v:rect id="_x0000_i2276" style="width:0;height:1.5pt" o:hralign="center" o:hrstd="t" o:hr="t" fillcolor="#a0a0a0" stroked="f"/>
        </w:pict>
      </w:r>
    </w:p>
    <w:p w14:paraId="47137DBD"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7.7 Approval and Refusal of Registration</w:t>
      </w:r>
    </w:p>
    <w:p w14:paraId="51CB8F34" w14:textId="77777777" w:rsidR="00AB1699" w:rsidRPr="00AB1699" w:rsidRDefault="00AB1699" w:rsidP="00AB1699">
      <w:pPr>
        <w:rPr>
          <w:lang w:val="en-GB"/>
        </w:rPr>
      </w:pPr>
      <w:r w:rsidRPr="00AB1699">
        <w:rPr>
          <w:lang w:val="en-GB"/>
        </w:rPr>
        <w:t>My Sports Coach reserves the right to approve, refuse or request further information in relation to any coach registration.</w:t>
      </w:r>
    </w:p>
    <w:p w14:paraId="0941AC0A" w14:textId="77777777" w:rsidR="00AB1699" w:rsidRPr="00AB1699" w:rsidRDefault="00AB1699" w:rsidP="00AB1699">
      <w:pPr>
        <w:rPr>
          <w:lang w:val="en-GB"/>
        </w:rPr>
      </w:pPr>
      <w:r w:rsidRPr="00AB1699">
        <w:rPr>
          <w:lang w:val="en-GB"/>
        </w:rPr>
        <w:t>Registration may be refused where:</w:t>
      </w:r>
    </w:p>
    <w:p w14:paraId="3771AF8F" w14:textId="77777777" w:rsidR="00AB1699" w:rsidRPr="00AB1699" w:rsidRDefault="00AB1699">
      <w:pPr>
        <w:numPr>
          <w:ilvl w:val="0"/>
          <w:numId w:val="34"/>
        </w:numPr>
        <w:rPr>
          <w:lang w:val="en-GB"/>
        </w:rPr>
      </w:pPr>
      <w:r w:rsidRPr="00AB1699">
        <w:rPr>
          <w:lang w:val="en-GB"/>
        </w:rPr>
        <w:t xml:space="preserve">required information is incomplete; </w:t>
      </w:r>
    </w:p>
    <w:p w14:paraId="1F68D612" w14:textId="77777777" w:rsidR="00AB1699" w:rsidRPr="00AB1699" w:rsidRDefault="00AB1699">
      <w:pPr>
        <w:numPr>
          <w:ilvl w:val="0"/>
          <w:numId w:val="34"/>
        </w:numPr>
        <w:rPr>
          <w:lang w:val="en-GB"/>
        </w:rPr>
      </w:pPr>
      <w:r w:rsidRPr="00AB1699">
        <w:rPr>
          <w:lang w:val="en-GB"/>
        </w:rPr>
        <w:t xml:space="preserve">information cannot reasonably be verified; </w:t>
      </w:r>
    </w:p>
    <w:p w14:paraId="13E93135" w14:textId="77777777" w:rsidR="00AB1699" w:rsidRPr="00AB1699" w:rsidRDefault="00AB1699">
      <w:pPr>
        <w:numPr>
          <w:ilvl w:val="0"/>
          <w:numId w:val="34"/>
        </w:numPr>
        <w:rPr>
          <w:lang w:val="en-GB"/>
        </w:rPr>
      </w:pPr>
      <w:r w:rsidRPr="00AB1699">
        <w:rPr>
          <w:lang w:val="en-GB"/>
        </w:rPr>
        <w:t xml:space="preserve">false or misleading information has been provided; </w:t>
      </w:r>
    </w:p>
    <w:p w14:paraId="7411685C" w14:textId="77777777" w:rsidR="00AB1699" w:rsidRPr="00AB1699" w:rsidRDefault="00AB1699">
      <w:pPr>
        <w:numPr>
          <w:ilvl w:val="0"/>
          <w:numId w:val="34"/>
        </w:numPr>
        <w:rPr>
          <w:lang w:val="en-GB"/>
        </w:rPr>
      </w:pPr>
      <w:r w:rsidRPr="00AB1699">
        <w:rPr>
          <w:lang w:val="en-GB"/>
        </w:rPr>
        <w:t xml:space="preserve">registration would present an unacceptable risk to users or the platform; or </w:t>
      </w:r>
    </w:p>
    <w:p w14:paraId="5ADD94C5" w14:textId="77777777" w:rsidR="00AB1699" w:rsidRPr="00AB1699" w:rsidRDefault="00AB1699">
      <w:pPr>
        <w:numPr>
          <w:ilvl w:val="0"/>
          <w:numId w:val="34"/>
        </w:numPr>
        <w:rPr>
          <w:lang w:val="en-GB"/>
        </w:rPr>
      </w:pPr>
      <w:r w:rsidRPr="00AB1699">
        <w:rPr>
          <w:lang w:val="en-GB"/>
        </w:rPr>
        <w:t xml:space="preserve">approval would otherwise be inappropriate in the reasonable opinion of My Sports Coach. </w:t>
      </w:r>
    </w:p>
    <w:p w14:paraId="01A13372" w14:textId="77777777" w:rsidR="00AB1699" w:rsidRPr="00AB1699" w:rsidRDefault="00AB1699" w:rsidP="00AB1699">
      <w:pPr>
        <w:rPr>
          <w:lang w:val="en-GB"/>
        </w:rPr>
      </w:pPr>
      <w:proofErr w:type="gramStart"/>
      <w:r w:rsidRPr="00AB1699">
        <w:rPr>
          <w:lang w:val="en-GB"/>
        </w:rPr>
        <w:t>Where</w:t>
      </w:r>
      <w:proofErr w:type="gramEnd"/>
      <w:r w:rsidRPr="00AB1699">
        <w:rPr>
          <w:lang w:val="en-GB"/>
        </w:rPr>
        <w:t xml:space="preserve"> reasonably practicable, applicants will be informed of the outcome of their application.</w:t>
      </w:r>
    </w:p>
    <w:p w14:paraId="203F42C8" w14:textId="77777777" w:rsidR="00AB1699" w:rsidRPr="00AB1699" w:rsidRDefault="00000000" w:rsidP="00AB1699">
      <w:pPr>
        <w:rPr>
          <w:lang w:val="en-GB"/>
        </w:rPr>
      </w:pPr>
      <w:r>
        <w:rPr>
          <w:lang w:val="en-GB"/>
        </w:rPr>
        <w:pict w14:anchorId="68FDB7FD">
          <v:rect id="_x0000_i2277" style="width:0;height:1.5pt" o:hralign="center" o:hrstd="t" o:hr="t" fillcolor="#a0a0a0" stroked="f"/>
        </w:pict>
      </w:r>
    </w:p>
    <w:p w14:paraId="35F1A622"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7.8 Suspension or Removal of Coaches</w:t>
      </w:r>
    </w:p>
    <w:p w14:paraId="127F4387" w14:textId="77777777" w:rsidR="00AB1699" w:rsidRPr="00AB1699" w:rsidRDefault="00AB1699" w:rsidP="00AB1699">
      <w:pPr>
        <w:rPr>
          <w:lang w:val="en-GB"/>
        </w:rPr>
      </w:pPr>
      <w:r w:rsidRPr="00AB1699">
        <w:rPr>
          <w:lang w:val="en-GB"/>
        </w:rPr>
        <w:lastRenderedPageBreak/>
        <w:t>My Sports Coach may suspend, restrict or remove a coach from the platform where there are reasonable grounds to believe that:</w:t>
      </w:r>
    </w:p>
    <w:p w14:paraId="374E53AE" w14:textId="77777777" w:rsidR="00AB1699" w:rsidRPr="00AB1699" w:rsidRDefault="00AB1699">
      <w:pPr>
        <w:numPr>
          <w:ilvl w:val="0"/>
          <w:numId w:val="35"/>
        </w:numPr>
        <w:rPr>
          <w:lang w:val="en-GB"/>
        </w:rPr>
      </w:pPr>
      <w:r w:rsidRPr="00AB1699">
        <w:rPr>
          <w:lang w:val="en-GB"/>
        </w:rPr>
        <w:t xml:space="preserve">these Terms have been breached; </w:t>
      </w:r>
    </w:p>
    <w:p w14:paraId="52ED188B" w14:textId="77777777" w:rsidR="00AB1699" w:rsidRPr="00AB1699" w:rsidRDefault="00AB1699">
      <w:pPr>
        <w:numPr>
          <w:ilvl w:val="0"/>
          <w:numId w:val="35"/>
        </w:numPr>
        <w:rPr>
          <w:lang w:val="en-GB"/>
        </w:rPr>
      </w:pPr>
      <w:r w:rsidRPr="00AB1699">
        <w:rPr>
          <w:lang w:val="en-GB"/>
        </w:rPr>
        <w:t xml:space="preserve">safeguarding concerns have been identified; </w:t>
      </w:r>
    </w:p>
    <w:p w14:paraId="6CD380A2" w14:textId="77777777" w:rsidR="00AB1699" w:rsidRPr="00AB1699" w:rsidRDefault="00AB1699">
      <w:pPr>
        <w:numPr>
          <w:ilvl w:val="0"/>
          <w:numId w:val="35"/>
        </w:numPr>
        <w:rPr>
          <w:lang w:val="en-GB"/>
        </w:rPr>
      </w:pPr>
      <w:r w:rsidRPr="00AB1699">
        <w:rPr>
          <w:lang w:val="en-GB"/>
        </w:rPr>
        <w:t xml:space="preserve">required qualifications or insurance have lapsed; </w:t>
      </w:r>
    </w:p>
    <w:p w14:paraId="08FAB586" w14:textId="77777777" w:rsidR="00AB1699" w:rsidRPr="00AB1699" w:rsidRDefault="00AB1699">
      <w:pPr>
        <w:numPr>
          <w:ilvl w:val="0"/>
          <w:numId w:val="35"/>
        </w:numPr>
        <w:rPr>
          <w:lang w:val="en-GB"/>
        </w:rPr>
      </w:pPr>
      <w:r w:rsidRPr="00AB1699">
        <w:rPr>
          <w:lang w:val="en-GB"/>
        </w:rPr>
        <w:t xml:space="preserve">inaccurate information has been provided; </w:t>
      </w:r>
    </w:p>
    <w:p w14:paraId="15129419" w14:textId="77777777" w:rsidR="00AB1699" w:rsidRPr="00AB1699" w:rsidRDefault="00AB1699">
      <w:pPr>
        <w:numPr>
          <w:ilvl w:val="0"/>
          <w:numId w:val="35"/>
        </w:numPr>
        <w:rPr>
          <w:lang w:val="en-GB"/>
        </w:rPr>
      </w:pPr>
      <w:r w:rsidRPr="00AB1699">
        <w:rPr>
          <w:lang w:val="en-GB"/>
        </w:rPr>
        <w:t xml:space="preserve">professional misconduct has occurred; </w:t>
      </w:r>
    </w:p>
    <w:p w14:paraId="04C84253" w14:textId="77777777" w:rsidR="00AB1699" w:rsidRPr="00AB1699" w:rsidRDefault="00AB1699">
      <w:pPr>
        <w:numPr>
          <w:ilvl w:val="0"/>
          <w:numId w:val="35"/>
        </w:numPr>
        <w:rPr>
          <w:lang w:val="en-GB"/>
        </w:rPr>
      </w:pPr>
      <w:r w:rsidRPr="00AB1699">
        <w:rPr>
          <w:lang w:val="en-GB"/>
        </w:rPr>
        <w:t xml:space="preserve">repeated complaints have been substantiated; or </w:t>
      </w:r>
    </w:p>
    <w:p w14:paraId="11A52952" w14:textId="77777777" w:rsidR="00AB1699" w:rsidRPr="00AB1699" w:rsidRDefault="00AB1699">
      <w:pPr>
        <w:numPr>
          <w:ilvl w:val="0"/>
          <w:numId w:val="35"/>
        </w:numPr>
        <w:rPr>
          <w:lang w:val="en-GB"/>
        </w:rPr>
      </w:pPr>
      <w:r w:rsidRPr="00AB1699">
        <w:rPr>
          <w:lang w:val="en-GB"/>
        </w:rPr>
        <w:t xml:space="preserve">continued use of the platform would present a risk to participants, other users or the reputation of My Sports Coach. </w:t>
      </w:r>
    </w:p>
    <w:p w14:paraId="082EE6FD" w14:textId="77777777" w:rsidR="00AB1699" w:rsidRPr="00AB1699" w:rsidRDefault="00AB1699" w:rsidP="00AB1699">
      <w:pPr>
        <w:rPr>
          <w:lang w:val="en-GB"/>
        </w:rPr>
      </w:pPr>
      <w:r w:rsidRPr="00AB1699">
        <w:rPr>
          <w:lang w:val="en-GB"/>
        </w:rPr>
        <w:t>Any decision will be made fairly, proportionately and in accordance with applicable law and our internal governance procedures.</w:t>
      </w:r>
    </w:p>
    <w:p w14:paraId="0A60343B" w14:textId="77777777" w:rsidR="00AB1699" w:rsidRPr="00AB1699" w:rsidRDefault="00000000" w:rsidP="00AB1699">
      <w:pPr>
        <w:rPr>
          <w:lang w:val="en-GB"/>
        </w:rPr>
      </w:pPr>
      <w:r>
        <w:rPr>
          <w:lang w:val="en-GB"/>
        </w:rPr>
        <w:pict w14:anchorId="68885B85">
          <v:rect id="_x0000_i2278" style="width:0;height:1.5pt" o:hralign="center" o:hrstd="t" o:hr="t" fillcolor="#a0a0a0" stroked="f"/>
        </w:pict>
      </w:r>
    </w:p>
    <w:p w14:paraId="27C07761"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7.9 Independent Status</w:t>
      </w:r>
    </w:p>
    <w:p w14:paraId="1DB083B4" w14:textId="77777777" w:rsidR="00AB1699" w:rsidRPr="00AB1699" w:rsidRDefault="00AB1699" w:rsidP="00AB1699">
      <w:pPr>
        <w:rPr>
          <w:lang w:val="en-GB"/>
        </w:rPr>
      </w:pPr>
      <w:r w:rsidRPr="00AB1699">
        <w:rPr>
          <w:lang w:val="en-GB"/>
        </w:rPr>
        <w:t>Coaches using the My Sports Coach platform remain independent businesses or self-employed professionals unless expressly agreed otherwise in writing.</w:t>
      </w:r>
    </w:p>
    <w:p w14:paraId="17B96477" w14:textId="77777777" w:rsidR="00AB1699" w:rsidRPr="00AB1699" w:rsidRDefault="00AB1699" w:rsidP="00AB1699">
      <w:pPr>
        <w:rPr>
          <w:lang w:val="en-GB"/>
        </w:rPr>
      </w:pPr>
      <w:r w:rsidRPr="00AB1699">
        <w:rPr>
          <w:lang w:val="en-GB"/>
        </w:rPr>
        <w:t>Nothing in these Terms creates:</w:t>
      </w:r>
    </w:p>
    <w:p w14:paraId="3E4FD510" w14:textId="77777777" w:rsidR="00AB1699" w:rsidRPr="00AB1699" w:rsidRDefault="00AB1699">
      <w:pPr>
        <w:numPr>
          <w:ilvl w:val="0"/>
          <w:numId w:val="36"/>
        </w:numPr>
        <w:rPr>
          <w:lang w:val="en-GB"/>
        </w:rPr>
      </w:pPr>
      <w:r w:rsidRPr="00AB1699">
        <w:rPr>
          <w:lang w:val="en-GB"/>
        </w:rPr>
        <w:t xml:space="preserve">an employment relationship; </w:t>
      </w:r>
    </w:p>
    <w:p w14:paraId="17ADAA9F" w14:textId="77777777" w:rsidR="00AB1699" w:rsidRPr="00AB1699" w:rsidRDefault="00AB1699">
      <w:pPr>
        <w:numPr>
          <w:ilvl w:val="0"/>
          <w:numId w:val="36"/>
        </w:numPr>
        <w:rPr>
          <w:lang w:val="en-GB"/>
        </w:rPr>
      </w:pPr>
      <w:r w:rsidRPr="00AB1699">
        <w:rPr>
          <w:lang w:val="en-GB"/>
        </w:rPr>
        <w:t xml:space="preserve">a partnership; </w:t>
      </w:r>
    </w:p>
    <w:p w14:paraId="7C774723" w14:textId="77777777" w:rsidR="00AB1699" w:rsidRPr="00AB1699" w:rsidRDefault="00AB1699">
      <w:pPr>
        <w:numPr>
          <w:ilvl w:val="0"/>
          <w:numId w:val="36"/>
        </w:numPr>
        <w:rPr>
          <w:lang w:val="en-GB"/>
        </w:rPr>
      </w:pPr>
      <w:r w:rsidRPr="00AB1699">
        <w:rPr>
          <w:lang w:val="en-GB"/>
        </w:rPr>
        <w:t xml:space="preserve">a joint venture; </w:t>
      </w:r>
    </w:p>
    <w:p w14:paraId="06F0FE75" w14:textId="77777777" w:rsidR="00AB1699" w:rsidRPr="00AB1699" w:rsidRDefault="00AB1699">
      <w:pPr>
        <w:numPr>
          <w:ilvl w:val="0"/>
          <w:numId w:val="36"/>
        </w:numPr>
        <w:rPr>
          <w:lang w:val="en-GB"/>
        </w:rPr>
      </w:pPr>
      <w:r w:rsidRPr="00AB1699">
        <w:rPr>
          <w:lang w:val="en-GB"/>
        </w:rPr>
        <w:t xml:space="preserve">an agency relationship; or </w:t>
      </w:r>
    </w:p>
    <w:p w14:paraId="665E81FA" w14:textId="77777777" w:rsidR="00AB1699" w:rsidRPr="00AB1699" w:rsidRDefault="00AB1699">
      <w:pPr>
        <w:numPr>
          <w:ilvl w:val="0"/>
          <w:numId w:val="36"/>
        </w:numPr>
        <w:rPr>
          <w:lang w:val="en-GB"/>
        </w:rPr>
      </w:pPr>
      <w:r w:rsidRPr="00AB1699">
        <w:rPr>
          <w:lang w:val="en-GB"/>
        </w:rPr>
        <w:t xml:space="preserve">any similar legal relationship </w:t>
      </w:r>
    </w:p>
    <w:p w14:paraId="52AD4BDB" w14:textId="77777777" w:rsidR="00AB1699" w:rsidRPr="00AB1699" w:rsidRDefault="00AB1699" w:rsidP="00AB1699">
      <w:pPr>
        <w:rPr>
          <w:lang w:val="en-GB"/>
        </w:rPr>
      </w:pPr>
      <w:r w:rsidRPr="00AB1699">
        <w:rPr>
          <w:lang w:val="en-GB"/>
        </w:rPr>
        <w:t>between My Sports Coach and any coach.</w:t>
      </w:r>
    </w:p>
    <w:p w14:paraId="5D43E9F2" w14:textId="77777777" w:rsidR="00AB1699" w:rsidRPr="00AB1699" w:rsidRDefault="00AB1699" w:rsidP="00AB1699">
      <w:pPr>
        <w:rPr>
          <w:lang w:val="en-GB"/>
        </w:rPr>
      </w:pPr>
      <w:r w:rsidRPr="00AB1699">
        <w:rPr>
          <w:lang w:val="en-GB"/>
        </w:rPr>
        <w:t>Each coach is solely responsible for:</w:t>
      </w:r>
    </w:p>
    <w:p w14:paraId="1172DD81" w14:textId="77777777" w:rsidR="00AB1699" w:rsidRPr="00AB1699" w:rsidRDefault="00AB1699">
      <w:pPr>
        <w:numPr>
          <w:ilvl w:val="0"/>
          <w:numId w:val="37"/>
        </w:numPr>
        <w:rPr>
          <w:lang w:val="en-GB"/>
        </w:rPr>
      </w:pPr>
      <w:r w:rsidRPr="00AB1699">
        <w:rPr>
          <w:lang w:val="en-GB"/>
        </w:rPr>
        <w:t xml:space="preserve">the coaching services they provide; </w:t>
      </w:r>
    </w:p>
    <w:p w14:paraId="7EA8699D" w14:textId="77777777" w:rsidR="00AB1699" w:rsidRPr="00AB1699" w:rsidRDefault="00AB1699">
      <w:pPr>
        <w:numPr>
          <w:ilvl w:val="0"/>
          <w:numId w:val="37"/>
        </w:numPr>
        <w:rPr>
          <w:lang w:val="en-GB"/>
        </w:rPr>
      </w:pPr>
      <w:r w:rsidRPr="00AB1699">
        <w:rPr>
          <w:lang w:val="en-GB"/>
        </w:rPr>
        <w:t xml:space="preserve">compliance with applicable laws; </w:t>
      </w:r>
    </w:p>
    <w:p w14:paraId="1DE89E61" w14:textId="77777777" w:rsidR="00AB1699" w:rsidRPr="00AB1699" w:rsidRDefault="00AB1699">
      <w:pPr>
        <w:numPr>
          <w:ilvl w:val="0"/>
          <w:numId w:val="37"/>
        </w:numPr>
        <w:rPr>
          <w:lang w:val="en-GB"/>
        </w:rPr>
      </w:pPr>
      <w:r w:rsidRPr="00AB1699">
        <w:rPr>
          <w:lang w:val="en-GB"/>
        </w:rPr>
        <w:t xml:space="preserve">taxation; </w:t>
      </w:r>
    </w:p>
    <w:p w14:paraId="0010A9E9" w14:textId="77777777" w:rsidR="00AB1699" w:rsidRPr="00AB1699" w:rsidRDefault="00AB1699">
      <w:pPr>
        <w:numPr>
          <w:ilvl w:val="0"/>
          <w:numId w:val="37"/>
        </w:numPr>
        <w:rPr>
          <w:lang w:val="en-GB"/>
        </w:rPr>
      </w:pPr>
      <w:r w:rsidRPr="00AB1699">
        <w:rPr>
          <w:lang w:val="en-GB"/>
        </w:rPr>
        <w:t xml:space="preserve">insurance; </w:t>
      </w:r>
    </w:p>
    <w:p w14:paraId="1A530BBD" w14:textId="77777777" w:rsidR="00AB1699" w:rsidRPr="00AB1699" w:rsidRDefault="00AB1699">
      <w:pPr>
        <w:numPr>
          <w:ilvl w:val="0"/>
          <w:numId w:val="37"/>
        </w:numPr>
        <w:rPr>
          <w:lang w:val="en-GB"/>
        </w:rPr>
      </w:pPr>
      <w:r w:rsidRPr="00AB1699">
        <w:rPr>
          <w:lang w:val="en-GB"/>
        </w:rPr>
        <w:t xml:space="preserve">safeguarding obligations; and </w:t>
      </w:r>
    </w:p>
    <w:p w14:paraId="7EF61F0F" w14:textId="77777777" w:rsidR="00AB1699" w:rsidRPr="00AB1699" w:rsidRDefault="00AB1699">
      <w:pPr>
        <w:numPr>
          <w:ilvl w:val="0"/>
          <w:numId w:val="37"/>
        </w:numPr>
        <w:rPr>
          <w:lang w:val="en-GB"/>
        </w:rPr>
      </w:pPr>
      <w:r w:rsidRPr="00AB1699">
        <w:rPr>
          <w:lang w:val="en-GB"/>
        </w:rPr>
        <w:lastRenderedPageBreak/>
        <w:t>their professional conduct.</w:t>
      </w:r>
    </w:p>
    <w:p w14:paraId="69584B19" w14:textId="77777777" w:rsidR="00AB1699" w:rsidRPr="00AB1699" w:rsidRDefault="00AB1699" w:rsidP="00AB1699">
      <w:pPr>
        <w:rPr>
          <w:b/>
          <w:bCs/>
          <w:color w:val="365F91" w:themeColor="accent1" w:themeShade="BF"/>
          <w:sz w:val="28"/>
          <w:szCs w:val="28"/>
          <w:lang w:val="en-GB"/>
        </w:rPr>
      </w:pPr>
      <w:r w:rsidRPr="00AB1699">
        <w:rPr>
          <w:b/>
          <w:bCs/>
          <w:color w:val="365F91" w:themeColor="accent1" w:themeShade="BF"/>
          <w:sz w:val="28"/>
          <w:szCs w:val="28"/>
          <w:lang w:val="en-GB"/>
        </w:rPr>
        <w:t>8. Participant Responsibilities</w:t>
      </w:r>
    </w:p>
    <w:p w14:paraId="7B45EEC5" w14:textId="77777777" w:rsidR="00AB1699" w:rsidRPr="00AB1699" w:rsidRDefault="00AB1699" w:rsidP="00AB1699">
      <w:pPr>
        <w:rPr>
          <w:lang w:val="en-GB"/>
        </w:rPr>
      </w:pPr>
      <w:r w:rsidRPr="00AB1699">
        <w:rPr>
          <w:lang w:val="en-GB"/>
        </w:rPr>
        <w:t>My Sports Coach is committed to providing a safe, respectful and positive environment for all users of the platform.</w:t>
      </w:r>
    </w:p>
    <w:p w14:paraId="44E602F6" w14:textId="77777777" w:rsidR="00AB1699" w:rsidRPr="00AB1699" w:rsidRDefault="00AB1699" w:rsidP="00AB1699">
      <w:pPr>
        <w:rPr>
          <w:lang w:val="en-GB"/>
        </w:rPr>
      </w:pPr>
      <w:r w:rsidRPr="00AB1699">
        <w:rPr>
          <w:lang w:val="en-GB"/>
        </w:rPr>
        <w:t>Participants, parents, guardians and other individuals booking coaching services are expected to use the platform responsibly, provide accurate information and behave respectfully towards coaches, other users and My Sports Coach staff.</w:t>
      </w:r>
    </w:p>
    <w:p w14:paraId="470C79E6" w14:textId="77777777" w:rsidR="00AB1699" w:rsidRPr="00AB1699" w:rsidRDefault="00AB1699" w:rsidP="00AB1699">
      <w:pPr>
        <w:rPr>
          <w:lang w:val="en-GB"/>
        </w:rPr>
      </w:pPr>
      <w:r w:rsidRPr="00AB1699">
        <w:rPr>
          <w:lang w:val="en-GB"/>
        </w:rPr>
        <w:t>By using the platform, you agree to comply with these Terms and all applicable policies published by My Sports Coach.</w:t>
      </w:r>
    </w:p>
    <w:p w14:paraId="44AD40ED" w14:textId="77777777" w:rsidR="00AB1699" w:rsidRPr="00AB1699" w:rsidRDefault="00000000" w:rsidP="00AB1699">
      <w:pPr>
        <w:rPr>
          <w:lang w:val="en-GB"/>
        </w:rPr>
      </w:pPr>
      <w:r>
        <w:rPr>
          <w:lang w:val="en-GB"/>
        </w:rPr>
        <w:pict w14:anchorId="5894A353">
          <v:rect id="_x0000_i2279" style="width:0;height:1.5pt" o:hralign="center" o:hrstd="t" o:hr="t" fillcolor="#a0a0a0" stroked="f"/>
        </w:pict>
      </w:r>
    </w:p>
    <w:p w14:paraId="45A08BCE"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8.1 Accurate Information</w:t>
      </w:r>
    </w:p>
    <w:p w14:paraId="3B203128" w14:textId="77777777" w:rsidR="00AB1699" w:rsidRPr="00AB1699" w:rsidRDefault="00AB1699" w:rsidP="00AB1699">
      <w:pPr>
        <w:rPr>
          <w:lang w:val="en-GB"/>
        </w:rPr>
      </w:pPr>
      <w:r w:rsidRPr="00AB1699">
        <w:rPr>
          <w:lang w:val="en-GB"/>
        </w:rPr>
        <w:t>Participants are responsible for ensuring that the information provided during registration and when making bookings is accurate, complete and up to date.</w:t>
      </w:r>
    </w:p>
    <w:p w14:paraId="5D0AA4C5" w14:textId="77777777" w:rsidR="00AB1699" w:rsidRPr="00AB1699" w:rsidRDefault="00AB1699" w:rsidP="00AB1699">
      <w:pPr>
        <w:rPr>
          <w:lang w:val="en-GB"/>
        </w:rPr>
      </w:pPr>
      <w:r w:rsidRPr="00AB1699">
        <w:rPr>
          <w:lang w:val="en-GB"/>
        </w:rPr>
        <w:t>This includes, where applicable:</w:t>
      </w:r>
    </w:p>
    <w:p w14:paraId="7C600037" w14:textId="77777777" w:rsidR="00AB1699" w:rsidRPr="00AB1699" w:rsidRDefault="00AB1699">
      <w:pPr>
        <w:numPr>
          <w:ilvl w:val="0"/>
          <w:numId w:val="38"/>
        </w:numPr>
        <w:rPr>
          <w:lang w:val="en-GB"/>
        </w:rPr>
      </w:pPr>
      <w:r w:rsidRPr="00AB1699">
        <w:rPr>
          <w:lang w:val="en-GB"/>
        </w:rPr>
        <w:t xml:space="preserve">participant names; </w:t>
      </w:r>
    </w:p>
    <w:p w14:paraId="09F53858" w14:textId="77777777" w:rsidR="00AB1699" w:rsidRPr="00AB1699" w:rsidRDefault="00AB1699">
      <w:pPr>
        <w:numPr>
          <w:ilvl w:val="0"/>
          <w:numId w:val="38"/>
        </w:numPr>
        <w:rPr>
          <w:lang w:val="en-GB"/>
        </w:rPr>
      </w:pPr>
      <w:r w:rsidRPr="00AB1699">
        <w:rPr>
          <w:lang w:val="en-GB"/>
        </w:rPr>
        <w:t xml:space="preserve">contact information; </w:t>
      </w:r>
    </w:p>
    <w:p w14:paraId="1F7F2CE9" w14:textId="77777777" w:rsidR="00AB1699" w:rsidRPr="00AB1699" w:rsidRDefault="00AB1699">
      <w:pPr>
        <w:numPr>
          <w:ilvl w:val="0"/>
          <w:numId w:val="38"/>
        </w:numPr>
        <w:rPr>
          <w:lang w:val="en-GB"/>
        </w:rPr>
      </w:pPr>
      <w:r w:rsidRPr="00AB1699">
        <w:rPr>
          <w:lang w:val="en-GB"/>
        </w:rPr>
        <w:t xml:space="preserve">emergency contact details; </w:t>
      </w:r>
    </w:p>
    <w:p w14:paraId="6CEAAF2C" w14:textId="77777777" w:rsidR="00AB1699" w:rsidRPr="00AB1699" w:rsidRDefault="00AB1699">
      <w:pPr>
        <w:numPr>
          <w:ilvl w:val="0"/>
          <w:numId w:val="38"/>
        </w:numPr>
        <w:rPr>
          <w:lang w:val="en-GB"/>
        </w:rPr>
      </w:pPr>
      <w:r w:rsidRPr="00AB1699">
        <w:rPr>
          <w:lang w:val="en-GB"/>
        </w:rPr>
        <w:t xml:space="preserve">relevant medical or accessibility information where appropriate; </w:t>
      </w:r>
    </w:p>
    <w:p w14:paraId="024F2499" w14:textId="77777777" w:rsidR="00AB1699" w:rsidRPr="00AB1699" w:rsidRDefault="00AB1699">
      <w:pPr>
        <w:numPr>
          <w:ilvl w:val="0"/>
          <w:numId w:val="38"/>
        </w:numPr>
        <w:rPr>
          <w:lang w:val="en-GB"/>
        </w:rPr>
      </w:pPr>
      <w:r w:rsidRPr="00AB1699">
        <w:rPr>
          <w:lang w:val="en-GB"/>
        </w:rPr>
        <w:t xml:space="preserve">booking information; and </w:t>
      </w:r>
    </w:p>
    <w:p w14:paraId="313BAD91" w14:textId="77777777" w:rsidR="00AB1699" w:rsidRPr="00AB1699" w:rsidRDefault="00AB1699">
      <w:pPr>
        <w:numPr>
          <w:ilvl w:val="0"/>
          <w:numId w:val="38"/>
        </w:numPr>
        <w:rPr>
          <w:lang w:val="en-GB"/>
        </w:rPr>
      </w:pPr>
      <w:r w:rsidRPr="00AB1699">
        <w:rPr>
          <w:lang w:val="en-GB"/>
        </w:rPr>
        <w:t xml:space="preserve">payment details. </w:t>
      </w:r>
    </w:p>
    <w:p w14:paraId="597E5F0E" w14:textId="77777777" w:rsidR="00AB1699" w:rsidRPr="00AB1699" w:rsidRDefault="00AB1699" w:rsidP="00AB1699">
      <w:pPr>
        <w:rPr>
          <w:lang w:val="en-GB"/>
        </w:rPr>
      </w:pPr>
      <w:r w:rsidRPr="00AB1699">
        <w:rPr>
          <w:lang w:val="en-GB"/>
        </w:rPr>
        <w:t>Providing accurate information helps coaches deliver safe and appropriate coaching services.</w:t>
      </w:r>
    </w:p>
    <w:p w14:paraId="60118296" w14:textId="77777777" w:rsidR="00AB1699" w:rsidRPr="00AB1699" w:rsidRDefault="00000000" w:rsidP="00AB1699">
      <w:pPr>
        <w:rPr>
          <w:lang w:val="en-GB"/>
        </w:rPr>
      </w:pPr>
      <w:r>
        <w:rPr>
          <w:lang w:val="en-GB"/>
        </w:rPr>
        <w:pict w14:anchorId="594A80EA">
          <v:rect id="_x0000_i2280" style="width:0;height:1.5pt" o:hralign="center" o:hrstd="t" o:hr="t" fillcolor="#a0a0a0" stroked="f"/>
        </w:pict>
      </w:r>
    </w:p>
    <w:p w14:paraId="1ACBA0EB"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8.2 Booking Responsibilities</w:t>
      </w:r>
    </w:p>
    <w:p w14:paraId="10E9047B" w14:textId="77777777" w:rsidR="00AB1699" w:rsidRPr="00AB1699" w:rsidRDefault="00AB1699" w:rsidP="00AB1699">
      <w:pPr>
        <w:rPr>
          <w:lang w:val="en-GB"/>
        </w:rPr>
      </w:pPr>
      <w:r w:rsidRPr="00AB1699">
        <w:rPr>
          <w:lang w:val="en-GB"/>
        </w:rPr>
        <w:t>Participants are responsible for ensuring that bookings are made appropriately and that they are authorised to make bookings on behalf of anyone else.</w:t>
      </w:r>
    </w:p>
    <w:p w14:paraId="565DA37F" w14:textId="77777777" w:rsidR="00AB1699" w:rsidRPr="00AB1699" w:rsidRDefault="00AB1699" w:rsidP="00AB1699">
      <w:pPr>
        <w:rPr>
          <w:lang w:val="en-GB"/>
        </w:rPr>
      </w:pPr>
      <w:r w:rsidRPr="00AB1699">
        <w:rPr>
          <w:lang w:val="en-GB"/>
        </w:rPr>
        <w:t>Users should:</w:t>
      </w:r>
    </w:p>
    <w:p w14:paraId="61561D8B" w14:textId="77777777" w:rsidR="00AB1699" w:rsidRPr="00AB1699" w:rsidRDefault="00AB1699">
      <w:pPr>
        <w:numPr>
          <w:ilvl w:val="0"/>
          <w:numId w:val="39"/>
        </w:numPr>
        <w:rPr>
          <w:lang w:val="en-GB"/>
        </w:rPr>
      </w:pPr>
      <w:r w:rsidRPr="00AB1699">
        <w:rPr>
          <w:lang w:val="en-GB"/>
        </w:rPr>
        <w:t xml:space="preserve">carefully review coach profiles before making a booking; </w:t>
      </w:r>
    </w:p>
    <w:p w14:paraId="3FB8589B" w14:textId="77777777" w:rsidR="00AB1699" w:rsidRPr="00AB1699" w:rsidRDefault="00AB1699">
      <w:pPr>
        <w:numPr>
          <w:ilvl w:val="0"/>
          <w:numId w:val="39"/>
        </w:numPr>
        <w:rPr>
          <w:lang w:val="en-GB"/>
        </w:rPr>
      </w:pPr>
      <w:r w:rsidRPr="00AB1699">
        <w:rPr>
          <w:lang w:val="en-GB"/>
        </w:rPr>
        <w:t xml:space="preserve">ensure that booking information is correct; </w:t>
      </w:r>
    </w:p>
    <w:p w14:paraId="1E2BF67F" w14:textId="77777777" w:rsidR="00AB1699" w:rsidRPr="00AB1699" w:rsidRDefault="00AB1699">
      <w:pPr>
        <w:numPr>
          <w:ilvl w:val="0"/>
          <w:numId w:val="39"/>
        </w:numPr>
        <w:rPr>
          <w:lang w:val="en-GB"/>
        </w:rPr>
      </w:pPr>
      <w:r w:rsidRPr="00AB1699">
        <w:rPr>
          <w:lang w:val="en-GB"/>
        </w:rPr>
        <w:t xml:space="preserve">attend booked sessions where reasonably possible; </w:t>
      </w:r>
    </w:p>
    <w:p w14:paraId="179C24DB" w14:textId="77777777" w:rsidR="00AB1699" w:rsidRPr="00AB1699" w:rsidRDefault="00AB1699">
      <w:pPr>
        <w:numPr>
          <w:ilvl w:val="0"/>
          <w:numId w:val="39"/>
        </w:numPr>
        <w:rPr>
          <w:lang w:val="en-GB"/>
        </w:rPr>
      </w:pPr>
      <w:r w:rsidRPr="00AB1699">
        <w:rPr>
          <w:lang w:val="en-GB"/>
        </w:rPr>
        <w:lastRenderedPageBreak/>
        <w:t xml:space="preserve">notify coaches promptly if they need to cancel or reschedule; </w:t>
      </w:r>
    </w:p>
    <w:p w14:paraId="5C3E9A4F" w14:textId="77777777" w:rsidR="00AB1699" w:rsidRPr="00AB1699" w:rsidRDefault="00AB1699">
      <w:pPr>
        <w:numPr>
          <w:ilvl w:val="0"/>
          <w:numId w:val="39"/>
        </w:numPr>
        <w:rPr>
          <w:lang w:val="en-GB"/>
        </w:rPr>
      </w:pPr>
      <w:r w:rsidRPr="00AB1699">
        <w:rPr>
          <w:lang w:val="en-GB"/>
        </w:rPr>
        <w:t xml:space="preserve">comply with any booking requirements communicated by the coach; and </w:t>
      </w:r>
    </w:p>
    <w:p w14:paraId="68B29DBE" w14:textId="77777777" w:rsidR="00AB1699" w:rsidRPr="00AB1699" w:rsidRDefault="00AB1699">
      <w:pPr>
        <w:numPr>
          <w:ilvl w:val="0"/>
          <w:numId w:val="39"/>
        </w:numPr>
        <w:rPr>
          <w:lang w:val="en-GB"/>
        </w:rPr>
      </w:pPr>
      <w:r w:rsidRPr="00AB1699">
        <w:rPr>
          <w:lang w:val="en-GB"/>
        </w:rPr>
        <w:t xml:space="preserve">make payments in accordance with these Terms. </w:t>
      </w:r>
    </w:p>
    <w:p w14:paraId="275A6215" w14:textId="77777777" w:rsidR="00AB1699" w:rsidRPr="00AB1699" w:rsidRDefault="00000000" w:rsidP="00AB1699">
      <w:pPr>
        <w:rPr>
          <w:lang w:val="en-GB"/>
        </w:rPr>
      </w:pPr>
      <w:r>
        <w:rPr>
          <w:lang w:val="en-GB"/>
        </w:rPr>
        <w:pict w14:anchorId="1A408214">
          <v:rect id="_x0000_i2281" style="width:0;height:1.5pt" o:hralign="center" o:hrstd="t" o:hr="t" fillcolor="#a0a0a0" stroked="f"/>
        </w:pict>
      </w:r>
    </w:p>
    <w:p w14:paraId="51719439"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8.3 Health and Fitness</w:t>
      </w:r>
    </w:p>
    <w:p w14:paraId="0D502B52" w14:textId="77777777" w:rsidR="00AB1699" w:rsidRPr="00AB1699" w:rsidRDefault="00AB1699" w:rsidP="00AB1699">
      <w:pPr>
        <w:rPr>
          <w:lang w:val="en-GB"/>
        </w:rPr>
      </w:pPr>
      <w:r w:rsidRPr="00AB1699">
        <w:rPr>
          <w:lang w:val="en-GB"/>
        </w:rPr>
        <w:t>Participants are responsible for ensuring that they, or any individual attending coaching on their behalf, are medically fit to participate in the coaching activities booked.</w:t>
      </w:r>
    </w:p>
    <w:p w14:paraId="579AAFBF" w14:textId="77777777" w:rsidR="00AB1699" w:rsidRPr="00AB1699" w:rsidRDefault="00AB1699" w:rsidP="00AB1699">
      <w:pPr>
        <w:rPr>
          <w:lang w:val="en-GB"/>
        </w:rPr>
      </w:pPr>
      <w:r w:rsidRPr="00AB1699">
        <w:rPr>
          <w:lang w:val="en-GB"/>
        </w:rPr>
        <w:t>Where appropriate, participants should inform coaches of:</w:t>
      </w:r>
    </w:p>
    <w:p w14:paraId="64550CC0" w14:textId="77777777" w:rsidR="00AB1699" w:rsidRPr="00AB1699" w:rsidRDefault="00AB1699">
      <w:pPr>
        <w:numPr>
          <w:ilvl w:val="0"/>
          <w:numId w:val="40"/>
        </w:numPr>
        <w:rPr>
          <w:lang w:val="en-GB"/>
        </w:rPr>
      </w:pPr>
      <w:r w:rsidRPr="00AB1699">
        <w:rPr>
          <w:lang w:val="en-GB"/>
        </w:rPr>
        <w:t xml:space="preserve">relevant medical conditions; </w:t>
      </w:r>
    </w:p>
    <w:p w14:paraId="2DD6FDD7" w14:textId="77777777" w:rsidR="00AB1699" w:rsidRPr="00AB1699" w:rsidRDefault="00AB1699">
      <w:pPr>
        <w:numPr>
          <w:ilvl w:val="0"/>
          <w:numId w:val="40"/>
        </w:numPr>
        <w:rPr>
          <w:lang w:val="en-GB"/>
        </w:rPr>
      </w:pPr>
      <w:r w:rsidRPr="00AB1699">
        <w:rPr>
          <w:lang w:val="en-GB"/>
        </w:rPr>
        <w:t xml:space="preserve">injuries; </w:t>
      </w:r>
    </w:p>
    <w:p w14:paraId="2BD4DDA6" w14:textId="77777777" w:rsidR="00AB1699" w:rsidRPr="00AB1699" w:rsidRDefault="00AB1699">
      <w:pPr>
        <w:numPr>
          <w:ilvl w:val="0"/>
          <w:numId w:val="40"/>
        </w:numPr>
        <w:rPr>
          <w:lang w:val="en-GB"/>
        </w:rPr>
      </w:pPr>
      <w:r w:rsidRPr="00AB1699">
        <w:rPr>
          <w:lang w:val="en-GB"/>
        </w:rPr>
        <w:t xml:space="preserve">allergies; </w:t>
      </w:r>
    </w:p>
    <w:p w14:paraId="2047FA28" w14:textId="77777777" w:rsidR="00AB1699" w:rsidRPr="00AB1699" w:rsidRDefault="00AB1699">
      <w:pPr>
        <w:numPr>
          <w:ilvl w:val="0"/>
          <w:numId w:val="40"/>
        </w:numPr>
        <w:rPr>
          <w:lang w:val="en-GB"/>
        </w:rPr>
      </w:pPr>
      <w:r w:rsidRPr="00AB1699">
        <w:rPr>
          <w:lang w:val="en-GB"/>
        </w:rPr>
        <w:t xml:space="preserve">disabilities; </w:t>
      </w:r>
    </w:p>
    <w:p w14:paraId="045483A3" w14:textId="77777777" w:rsidR="00AB1699" w:rsidRPr="00AB1699" w:rsidRDefault="00AB1699">
      <w:pPr>
        <w:numPr>
          <w:ilvl w:val="0"/>
          <w:numId w:val="40"/>
        </w:numPr>
        <w:rPr>
          <w:lang w:val="en-GB"/>
        </w:rPr>
      </w:pPr>
      <w:r w:rsidRPr="00AB1699">
        <w:rPr>
          <w:lang w:val="en-GB"/>
        </w:rPr>
        <w:t xml:space="preserve">accessibility requirements; or </w:t>
      </w:r>
    </w:p>
    <w:p w14:paraId="394AB30C" w14:textId="77777777" w:rsidR="00AB1699" w:rsidRPr="00AB1699" w:rsidRDefault="00AB1699">
      <w:pPr>
        <w:numPr>
          <w:ilvl w:val="0"/>
          <w:numId w:val="40"/>
        </w:numPr>
        <w:rPr>
          <w:lang w:val="en-GB"/>
        </w:rPr>
      </w:pPr>
      <w:r w:rsidRPr="00AB1699">
        <w:rPr>
          <w:lang w:val="en-GB"/>
        </w:rPr>
        <w:t xml:space="preserve">any other information that may affect participation or safety. </w:t>
      </w:r>
    </w:p>
    <w:p w14:paraId="01C39AFF" w14:textId="77777777" w:rsidR="00AB1699" w:rsidRPr="00AB1699" w:rsidRDefault="00AB1699" w:rsidP="00AB1699">
      <w:pPr>
        <w:rPr>
          <w:lang w:val="en-GB"/>
        </w:rPr>
      </w:pPr>
      <w:r w:rsidRPr="00AB1699">
        <w:rPr>
          <w:lang w:val="en-GB"/>
        </w:rPr>
        <w:t>Coaches rely on this information when planning and delivering coaching sessions.</w:t>
      </w:r>
    </w:p>
    <w:p w14:paraId="481DCEA0" w14:textId="77777777" w:rsidR="00AB1699" w:rsidRPr="00AB1699" w:rsidRDefault="00000000" w:rsidP="00AB1699">
      <w:pPr>
        <w:rPr>
          <w:lang w:val="en-GB"/>
        </w:rPr>
      </w:pPr>
      <w:r>
        <w:rPr>
          <w:lang w:val="en-GB"/>
        </w:rPr>
        <w:pict w14:anchorId="37CAF06A">
          <v:rect id="_x0000_i2282" style="width:0;height:1.5pt" o:hralign="center" o:hrstd="t" o:hr="t" fillcolor="#a0a0a0" stroked="f"/>
        </w:pict>
      </w:r>
    </w:p>
    <w:p w14:paraId="3A8CAD7D"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8.4 Respectful Conduct</w:t>
      </w:r>
    </w:p>
    <w:p w14:paraId="41E86B54" w14:textId="77777777" w:rsidR="00AB1699" w:rsidRPr="00AB1699" w:rsidRDefault="00AB1699" w:rsidP="00AB1699">
      <w:pPr>
        <w:rPr>
          <w:lang w:val="en-GB"/>
        </w:rPr>
      </w:pPr>
      <w:r w:rsidRPr="00AB1699">
        <w:rPr>
          <w:lang w:val="en-GB"/>
        </w:rPr>
        <w:t>Users must treat coaches, participants, parents, guardians, My Sports Coach staff and other platform users with courtesy and respect at all times.</w:t>
      </w:r>
    </w:p>
    <w:p w14:paraId="0C6A43F8" w14:textId="77777777" w:rsidR="00AB1699" w:rsidRPr="00AB1699" w:rsidRDefault="00AB1699" w:rsidP="00AB1699">
      <w:pPr>
        <w:rPr>
          <w:lang w:val="en-GB"/>
        </w:rPr>
      </w:pPr>
      <w:r w:rsidRPr="00AB1699">
        <w:rPr>
          <w:lang w:val="en-GB"/>
        </w:rPr>
        <w:t>Users must not engage in behaviour that is:</w:t>
      </w:r>
    </w:p>
    <w:p w14:paraId="63BE3B63" w14:textId="77777777" w:rsidR="00AB1699" w:rsidRPr="00AB1699" w:rsidRDefault="00AB1699">
      <w:pPr>
        <w:numPr>
          <w:ilvl w:val="0"/>
          <w:numId w:val="41"/>
        </w:numPr>
        <w:rPr>
          <w:lang w:val="en-GB"/>
        </w:rPr>
      </w:pPr>
      <w:r w:rsidRPr="00AB1699">
        <w:rPr>
          <w:lang w:val="en-GB"/>
        </w:rPr>
        <w:t xml:space="preserve">abusive; </w:t>
      </w:r>
    </w:p>
    <w:p w14:paraId="13F92AF2" w14:textId="77777777" w:rsidR="00AB1699" w:rsidRPr="00AB1699" w:rsidRDefault="00AB1699">
      <w:pPr>
        <w:numPr>
          <w:ilvl w:val="0"/>
          <w:numId w:val="41"/>
        </w:numPr>
        <w:rPr>
          <w:lang w:val="en-GB"/>
        </w:rPr>
      </w:pPr>
      <w:r w:rsidRPr="00AB1699">
        <w:rPr>
          <w:lang w:val="en-GB"/>
        </w:rPr>
        <w:t xml:space="preserve">threatening; </w:t>
      </w:r>
    </w:p>
    <w:p w14:paraId="58F1418E" w14:textId="77777777" w:rsidR="00AB1699" w:rsidRPr="00AB1699" w:rsidRDefault="00AB1699">
      <w:pPr>
        <w:numPr>
          <w:ilvl w:val="0"/>
          <w:numId w:val="41"/>
        </w:numPr>
        <w:rPr>
          <w:lang w:val="en-GB"/>
        </w:rPr>
      </w:pPr>
      <w:r w:rsidRPr="00AB1699">
        <w:rPr>
          <w:lang w:val="en-GB"/>
        </w:rPr>
        <w:t xml:space="preserve">discriminatory; </w:t>
      </w:r>
    </w:p>
    <w:p w14:paraId="3A6CD4E7" w14:textId="77777777" w:rsidR="00AB1699" w:rsidRPr="00AB1699" w:rsidRDefault="00AB1699">
      <w:pPr>
        <w:numPr>
          <w:ilvl w:val="0"/>
          <w:numId w:val="41"/>
        </w:numPr>
        <w:rPr>
          <w:lang w:val="en-GB"/>
        </w:rPr>
      </w:pPr>
      <w:r w:rsidRPr="00AB1699">
        <w:rPr>
          <w:lang w:val="en-GB"/>
        </w:rPr>
        <w:t xml:space="preserve">harassing; </w:t>
      </w:r>
    </w:p>
    <w:p w14:paraId="7C308678" w14:textId="77777777" w:rsidR="00AB1699" w:rsidRPr="00AB1699" w:rsidRDefault="00AB1699">
      <w:pPr>
        <w:numPr>
          <w:ilvl w:val="0"/>
          <w:numId w:val="41"/>
        </w:numPr>
        <w:rPr>
          <w:lang w:val="en-GB"/>
        </w:rPr>
      </w:pPr>
      <w:r w:rsidRPr="00AB1699">
        <w:rPr>
          <w:lang w:val="en-GB"/>
        </w:rPr>
        <w:t xml:space="preserve">offensive; </w:t>
      </w:r>
    </w:p>
    <w:p w14:paraId="6CA3A0A7" w14:textId="77777777" w:rsidR="00AB1699" w:rsidRPr="00AB1699" w:rsidRDefault="00AB1699">
      <w:pPr>
        <w:numPr>
          <w:ilvl w:val="0"/>
          <w:numId w:val="41"/>
        </w:numPr>
        <w:rPr>
          <w:lang w:val="en-GB"/>
        </w:rPr>
      </w:pPr>
      <w:r w:rsidRPr="00AB1699">
        <w:rPr>
          <w:lang w:val="en-GB"/>
        </w:rPr>
        <w:t xml:space="preserve">intimidating; or </w:t>
      </w:r>
    </w:p>
    <w:p w14:paraId="5C5718A2" w14:textId="77777777" w:rsidR="00AB1699" w:rsidRPr="00AB1699" w:rsidRDefault="00AB1699">
      <w:pPr>
        <w:numPr>
          <w:ilvl w:val="0"/>
          <w:numId w:val="41"/>
        </w:numPr>
        <w:rPr>
          <w:lang w:val="en-GB"/>
        </w:rPr>
      </w:pPr>
      <w:proofErr w:type="gramStart"/>
      <w:r w:rsidRPr="00AB1699">
        <w:rPr>
          <w:lang w:val="en-GB"/>
        </w:rPr>
        <w:t>otherwise</w:t>
      </w:r>
      <w:proofErr w:type="gramEnd"/>
      <w:r w:rsidRPr="00AB1699">
        <w:rPr>
          <w:lang w:val="en-GB"/>
        </w:rPr>
        <w:t xml:space="preserve"> inappropriate. </w:t>
      </w:r>
    </w:p>
    <w:p w14:paraId="1458E355" w14:textId="77777777" w:rsidR="00AB1699" w:rsidRPr="00AB1699" w:rsidRDefault="00AB1699" w:rsidP="00AB1699">
      <w:pPr>
        <w:rPr>
          <w:lang w:val="en-GB"/>
        </w:rPr>
      </w:pPr>
      <w:r w:rsidRPr="00AB1699">
        <w:rPr>
          <w:lang w:val="en-GB"/>
        </w:rPr>
        <w:t>My Sports Coach may investigate reports of unacceptable behaviour and take appropriate action where necessary.</w:t>
      </w:r>
    </w:p>
    <w:p w14:paraId="3115FD9C" w14:textId="77777777" w:rsidR="00AB1699" w:rsidRPr="00AB1699" w:rsidRDefault="00000000" w:rsidP="00AB1699">
      <w:pPr>
        <w:rPr>
          <w:lang w:val="en-GB"/>
        </w:rPr>
      </w:pPr>
      <w:r>
        <w:rPr>
          <w:lang w:val="en-GB"/>
        </w:rPr>
        <w:lastRenderedPageBreak/>
        <w:pict w14:anchorId="7F75E05B">
          <v:rect id="_x0000_i2283" style="width:0;height:1.5pt" o:hralign="center" o:hrstd="t" o:hr="t" fillcolor="#a0a0a0" stroked="f"/>
        </w:pict>
      </w:r>
    </w:p>
    <w:p w14:paraId="33AF1952"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8.5 Parental Responsibility</w:t>
      </w:r>
    </w:p>
    <w:p w14:paraId="5F6B3BD9" w14:textId="77777777" w:rsidR="00AB1699" w:rsidRPr="00AB1699" w:rsidRDefault="00AB1699" w:rsidP="00AB1699">
      <w:pPr>
        <w:rPr>
          <w:lang w:val="en-GB"/>
        </w:rPr>
      </w:pPr>
      <w:r w:rsidRPr="00AB1699">
        <w:rPr>
          <w:lang w:val="en-GB"/>
        </w:rPr>
        <w:t>Where bookings are made for children or young people, parents, legal guardians or authorised adults remain responsible for:</w:t>
      </w:r>
    </w:p>
    <w:p w14:paraId="2FE3E49A" w14:textId="77777777" w:rsidR="00AB1699" w:rsidRPr="00AB1699" w:rsidRDefault="00AB1699">
      <w:pPr>
        <w:numPr>
          <w:ilvl w:val="0"/>
          <w:numId w:val="42"/>
        </w:numPr>
        <w:rPr>
          <w:lang w:val="en-GB"/>
        </w:rPr>
      </w:pPr>
      <w:r w:rsidRPr="00AB1699">
        <w:rPr>
          <w:lang w:val="en-GB"/>
        </w:rPr>
        <w:t xml:space="preserve">ensuring that bookings are appropriate; </w:t>
      </w:r>
    </w:p>
    <w:p w14:paraId="54C5A995" w14:textId="77777777" w:rsidR="00AB1699" w:rsidRPr="00AB1699" w:rsidRDefault="00AB1699">
      <w:pPr>
        <w:numPr>
          <w:ilvl w:val="0"/>
          <w:numId w:val="42"/>
        </w:numPr>
        <w:rPr>
          <w:lang w:val="en-GB"/>
        </w:rPr>
      </w:pPr>
      <w:r w:rsidRPr="00AB1699">
        <w:rPr>
          <w:lang w:val="en-GB"/>
        </w:rPr>
        <w:t xml:space="preserve">providing accurate information; </w:t>
      </w:r>
    </w:p>
    <w:p w14:paraId="3E079777" w14:textId="77777777" w:rsidR="00AB1699" w:rsidRPr="00AB1699" w:rsidRDefault="00AB1699">
      <w:pPr>
        <w:numPr>
          <w:ilvl w:val="0"/>
          <w:numId w:val="42"/>
        </w:numPr>
        <w:rPr>
          <w:lang w:val="en-GB"/>
        </w:rPr>
      </w:pPr>
      <w:r w:rsidRPr="00AB1699">
        <w:rPr>
          <w:lang w:val="en-GB"/>
        </w:rPr>
        <w:t xml:space="preserve">complying with any supervision requirements; </w:t>
      </w:r>
    </w:p>
    <w:p w14:paraId="444A7E02" w14:textId="77777777" w:rsidR="00AB1699" w:rsidRPr="00AB1699" w:rsidRDefault="00AB1699">
      <w:pPr>
        <w:numPr>
          <w:ilvl w:val="0"/>
          <w:numId w:val="42"/>
        </w:numPr>
        <w:rPr>
          <w:lang w:val="en-GB"/>
        </w:rPr>
      </w:pPr>
      <w:r w:rsidRPr="00AB1699">
        <w:rPr>
          <w:lang w:val="en-GB"/>
        </w:rPr>
        <w:t xml:space="preserve">ensuring children behave appropriately; and </w:t>
      </w:r>
    </w:p>
    <w:p w14:paraId="78D0DB07" w14:textId="77777777" w:rsidR="00AB1699" w:rsidRPr="00AB1699" w:rsidRDefault="00AB1699">
      <w:pPr>
        <w:numPr>
          <w:ilvl w:val="0"/>
          <w:numId w:val="42"/>
        </w:numPr>
        <w:rPr>
          <w:lang w:val="en-GB"/>
        </w:rPr>
      </w:pPr>
      <w:r w:rsidRPr="00AB1699">
        <w:rPr>
          <w:lang w:val="en-GB"/>
        </w:rPr>
        <w:t xml:space="preserve">communicating relevant medical or safeguarding information where necessary. </w:t>
      </w:r>
    </w:p>
    <w:p w14:paraId="7F6FA69B" w14:textId="77777777" w:rsidR="00AB1699" w:rsidRPr="00AB1699" w:rsidRDefault="00AB1699" w:rsidP="00AB1699">
      <w:pPr>
        <w:rPr>
          <w:lang w:val="en-GB"/>
        </w:rPr>
      </w:pPr>
      <w:r w:rsidRPr="00AB1699">
        <w:rPr>
          <w:lang w:val="en-GB"/>
        </w:rPr>
        <w:t>Nothing in these Terms removes the responsibilities of parents or guardians in relation to children attending coaching sessions.</w:t>
      </w:r>
    </w:p>
    <w:p w14:paraId="79578D4E" w14:textId="77777777" w:rsidR="00AB1699" w:rsidRPr="00AB1699" w:rsidRDefault="00000000" w:rsidP="00AB1699">
      <w:pPr>
        <w:rPr>
          <w:lang w:val="en-GB"/>
        </w:rPr>
      </w:pPr>
      <w:r>
        <w:rPr>
          <w:lang w:val="en-GB"/>
        </w:rPr>
        <w:pict w14:anchorId="682CF8B2">
          <v:rect id="_x0000_i2284" style="width:0;height:1.5pt" o:hralign="center" o:hrstd="t" o:hr="t" fillcolor="#a0a0a0" stroked="f"/>
        </w:pict>
      </w:r>
    </w:p>
    <w:p w14:paraId="2ED4D310"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8.6 Equipment and Personal Property</w:t>
      </w:r>
    </w:p>
    <w:p w14:paraId="35B1CBAE" w14:textId="77777777" w:rsidR="00AB1699" w:rsidRPr="00AB1699" w:rsidRDefault="00AB1699" w:rsidP="00AB1699">
      <w:pPr>
        <w:rPr>
          <w:lang w:val="en-GB"/>
        </w:rPr>
      </w:pPr>
      <w:r w:rsidRPr="00AB1699">
        <w:rPr>
          <w:lang w:val="en-GB"/>
        </w:rPr>
        <w:t>Unless otherwise agreed, participants are responsible for bringing any equipment, clothing or personal items required for their coaching session.</w:t>
      </w:r>
    </w:p>
    <w:p w14:paraId="00DF94E7" w14:textId="77777777" w:rsidR="00AB1699" w:rsidRPr="00AB1699" w:rsidRDefault="00AB1699" w:rsidP="00AB1699">
      <w:pPr>
        <w:rPr>
          <w:lang w:val="en-GB"/>
        </w:rPr>
      </w:pPr>
      <w:r w:rsidRPr="00AB1699">
        <w:rPr>
          <w:lang w:val="en-GB"/>
        </w:rPr>
        <w:t>My Sports Coach is not responsible for the loss, theft or damage of personal belongings brought to coaching sessions.</w:t>
      </w:r>
    </w:p>
    <w:p w14:paraId="1C60085C" w14:textId="77777777" w:rsidR="00AB1699" w:rsidRPr="00AB1699" w:rsidRDefault="00AB1699" w:rsidP="00AB1699">
      <w:pPr>
        <w:rPr>
          <w:lang w:val="en-GB"/>
        </w:rPr>
      </w:pPr>
      <w:r w:rsidRPr="00AB1699">
        <w:rPr>
          <w:lang w:val="en-GB"/>
        </w:rPr>
        <w:t>Participants should follow any equipment guidance provided by the coach before attending a session.</w:t>
      </w:r>
    </w:p>
    <w:p w14:paraId="2B2D6BDE" w14:textId="77777777" w:rsidR="00AB1699" w:rsidRPr="00AB1699" w:rsidRDefault="00000000" w:rsidP="00AB1699">
      <w:pPr>
        <w:rPr>
          <w:lang w:val="en-GB"/>
        </w:rPr>
      </w:pPr>
      <w:r>
        <w:rPr>
          <w:lang w:val="en-GB"/>
        </w:rPr>
        <w:pict w14:anchorId="204DA566">
          <v:rect id="_x0000_i2285" style="width:0;height:1.5pt" o:hralign="center" o:hrstd="t" o:hr="t" fillcolor="#a0a0a0" stroked="f"/>
        </w:pict>
      </w:r>
    </w:p>
    <w:p w14:paraId="088FFCB4"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8.7 Compliance with Coach Instructions</w:t>
      </w:r>
    </w:p>
    <w:p w14:paraId="16DE4771" w14:textId="77777777" w:rsidR="00AB1699" w:rsidRPr="00AB1699" w:rsidRDefault="00AB1699" w:rsidP="00AB1699">
      <w:pPr>
        <w:rPr>
          <w:lang w:val="en-GB"/>
        </w:rPr>
      </w:pPr>
      <w:r w:rsidRPr="00AB1699">
        <w:rPr>
          <w:lang w:val="en-GB"/>
        </w:rPr>
        <w:t>For safety reasons, participants should follow all reasonable instructions given by their coach during coaching sessions.</w:t>
      </w:r>
    </w:p>
    <w:p w14:paraId="6867852A" w14:textId="77777777" w:rsidR="00AB1699" w:rsidRPr="00AB1699" w:rsidRDefault="00AB1699" w:rsidP="00AB1699">
      <w:pPr>
        <w:rPr>
          <w:lang w:val="en-GB"/>
        </w:rPr>
      </w:pPr>
      <w:r w:rsidRPr="00AB1699">
        <w:rPr>
          <w:lang w:val="en-GB"/>
        </w:rPr>
        <w:t>Where a participant repeatedly refuses to follow reasonable instructions or behaves in a manner that places themselves or others at risk, the coach may end the session or refuse continued participation in accordance with their own policies.</w:t>
      </w:r>
    </w:p>
    <w:p w14:paraId="666C8CE9" w14:textId="77777777" w:rsidR="00AB1699" w:rsidRPr="00AB1699" w:rsidRDefault="00000000" w:rsidP="00AB1699">
      <w:pPr>
        <w:rPr>
          <w:lang w:val="en-GB"/>
        </w:rPr>
      </w:pPr>
      <w:r>
        <w:rPr>
          <w:lang w:val="en-GB"/>
        </w:rPr>
        <w:pict w14:anchorId="5DCF00A3">
          <v:rect id="_x0000_i2286" style="width:0;height:1.5pt" o:hralign="center" o:hrstd="t" o:hr="t" fillcolor="#a0a0a0" stroked="f"/>
        </w:pict>
      </w:r>
    </w:p>
    <w:p w14:paraId="6D66B756" w14:textId="77777777" w:rsidR="00AB1699" w:rsidRPr="00AB1699" w:rsidRDefault="00AB1699" w:rsidP="00AB1699">
      <w:pPr>
        <w:rPr>
          <w:b/>
          <w:bCs/>
          <w:color w:val="365F91" w:themeColor="accent1" w:themeShade="BF"/>
          <w:lang w:val="en-GB"/>
        </w:rPr>
      </w:pPr>
      <w:r w:rsidRPr="00AB1699">
        <w:rPr>
          <w:b/>
          <w:bCs/>
          <w:color w:val="365F91" w:themeColor="accent1" w:themeShade="BF"/>
          <w:lang w:val="en-GB"/>
        </w:rPr>
        <w:t>8.8 Reporting Concerns</w:t>
      </w:r>
    </w:p>
    <w:p w14:paraId="18943F47" w14:textId="77777777" w:rsidR="00AB1699" w:rsidRPr="00AB1699" w:rsidRDefault="00AB1699" w:rsidP="00AB1699">
      <w:pPr>
        <w:rPr>
          <w:lang w:val="en-GB"/>
        </w:rPr>
      </w:pPr>
      <w:r w:rsidRPr="00AB1699">
        <w:rPr>
          <w:lang w:val="en-GB"/>
        </w:rPr>
        <w:t>If participants believe that:</w:t>
      </w:r>
    </w:p>
    <w:p w14:paraId="0A4C42F7" w14:textId="77777777" w:rsidR="00AB1699" w:rsidRPr="00AB1699" w:rsidRDefault="00AB1699">
      <w:pPr>
        <w:numPr>
          <w:ilvl w:val="0"/>
          <w:numId w:val="43"/>
        </w:numPr>
        <w:rPr>
          <w:lang w:val="en-GB"/>
        </w:rPr>
      </w:pPr>
      <w:r w:rsidRPr="00AB1699">
        <w:rPr>
          <w:lang w:val="en-GB"/>
        </w:rPr>
        <w:t xml:space="preserve">information on a coach profile is inaccurate; </w:t>
      </w:r>
    </w:p>
    <w:p w14:paraId="2AB1ABBD" w14:textId="77777777" w:rsidR="00AB1699" w:rsidRPr="00AB1699" w:rsidRDefault="00AB1699">
      <w:pPr>
        <w:numPr>
          <w:ilvl w:val="0"/>
          <w:numId w:val="43"/>
        </w:numPr>
        <w:rPr>
          <w:lang w:val="en-GB"/>
        </w:rPr>
      </w:pPr>
      <w:r w:rsidRPr="00AB1699">
        <w:rPr>
          <w:lang w:val="en-GB"/>
        </w:rPr>
        <w:t xml:space="preserve">a safeguarding concern exists; </w:t>
      </w:r>
    </w:p>
    <w:p w14:paraId="7D16395D" w14:textId="77777777" w:rsidR="00AB1699" w:rsidRPr="00AB1699" w:rsidRDefault="00AB1699">
      <w:pPr>
        <w:numPr>
          <w:ilvl w:val="0"/>
          <w:numId w:val="43"/>
        </w:numPr>
        <w:rPr>
          <w:lang w:val="en-GB"/>
        </w:rPr>
      </w:pPr>
      <w:r w:rsidRPr="00AB1699">
        <w:rPr>
          <w:lang w:val="en-GB"/>
        </w:rPr>
        <w:lastRenderedPageBreak/>
        <w:t xml:space="preserve">platform misuse has occurred; </w:t>
      </w:r>
    </w:p>
    <w:p w14:paraId="58A39E78" w14:textId="77777777" w:rsidR="00AB1699" w:rsidRPr="00AB1699" w:rsidRDefault="00AB1699">
      <w:pPr>
        <w:numPr>
          <w:ilvl w:val="0"/>
          <w:numId w:val="43"/>
        </w:numPr>
        <w:rPr>
          <w:lang w:val="en-GB"/>
        </w:rPr>
      </w:pPr>
      <w:r w:rsidRPr="00AB1699">
        <w:rPr>
          <w:lang w:val="en-GB"/>
        </w:rPr>
        <w:t xml:space="preserve">fraudulent activity is suspected; or </w:t>
      </w:r>
    </w:p>
    <w:p w14:paraId="18033AD6" w14:textId="77777777" w:rsidR="00AB1699" w:rsidRPr="00AB1699" w:rsidRDefault="00AB1699">
      <w:pPr>
        <w:numPr>
          <w:ilvl w:val="0"/>
          <w:numId w:val="43"/>
        </w:numPr>
        <w:rPr>
          <w:lang w:val="en-GB"/>
        </w:rPr>
      </w:pPr>
      <w:r w:rsidRPr="00AB1699">
        <w:rPr>
          <w:lang w:val="en-GB"/>
        </w:rPr>
        <w:t xml:space="preserve">another user has breached these Terms, </w:t>
      </w:r>
    </w:p>
    <w:p w14:paraId="4EF4E408" w14:textId="77777777" w:rsidR="00AB1699" w:rsidRPr="00AB1699" w:rsidRDefault="00AB1699" w:rsidP="00AB1699">
      <w:pPr>
        <w:rPr>
          <w:lang w:val="en-GB"/>
        </w:rPr>
      </w:pPr>
      <w:r w:rsidRPr="00AB1699">
        <w:rPr>
          <w:lang w:val="en-GB"/>
        </w:rPr>
        <w:t>they should report the matter to My Sports Coach as soon as reasonably practicable.</w:t>
      </w:r>
    </w:p>
    <w:p w14:paraId="23DCDAE7" w14:textId="77777777" w:rsidR="00AB1699" w:rsidRPr="00AB1699" w:rsidRDefault="00AB1699" w:rsidP="00AB1699">
      <w:pPr>
        <w:rPr>
          <w:lang w:val="en-GB"/>
        </w:rPr>
      </w:pPr>
      <w:r w:rsidRPr="00AB1699">
        <w:rPr>
          <w:lang w:val="en-GB"/>
        </w:rPr>
        <w:t>We are committed to investigating concerns fairly and appropriately.</w:t>
      </w:r>
    </w:p>
    <w:p w14:paraId="76F6E8EF" w14:textId="77777777" w:rsidR="00AB1699" w:rsidRDefault="00AB1699"/>
    <w:p w14:paraId="53A7E74D" w14:textId="77777777" w:rsidR="00AB1699" w:rsidRDefault="00AB1699"/>
    <w:p w14:paraId="2C916A82" w14:textId="77777777" w:rsidR="00464E12" w:rsidRPr="00464E12" w:rsidRDefault="00464E12" w:rsidP="00464E12">
      <w:pPr>
        <w:rPr>
          <w:b/>
          <w:bCs/>
          <w:color w:val="365F91" w:themeColor="accent1" w:themeShade="BF"/>
          <w:sz w:val="28"/>
          <w:szCs w:val="28"/>
          <w:lang w:val="en-GB"/>
        </w:rPr>
      </w:pPr>
      <w:r w:rsidRPr="00464E12">
        <w:rPr>
          <w:b/>
          <w:bCs/>
          <w:color w:val="365F91" w:themeColor="accent1" w:themeShade="BF"/>
          <w:sz w:val="28"/>
          <w:szCs w:val="28"/>
          <w:lang w:val="en-GB"/>
        </w:rPr>
        <w:t>9. Coach Responsibilities</w:t>
      </w:r>
    </w:p>
    <w:p w14:paraId="61AFC502" w14:textId="77777777" w:rsidR="00464E12" w:rsidRPr="00464E12" w:rsidRDefault="00464E12" w:rsidP="00464E12">
      <w:pPr>
        <w:rPr>
          <w:lang w:val="en-GB"/>
        </w:rPr>
      </w:pPr>
      <w:r w:rsidRPr="00464E12">
        <w:rPr>
          <w:lang w:val="en-GB"/>
        </w:rPr>
        <w:t>Coaches play a vital role in maintaining the quality, professionalism and reputation of the My Sports Coach platform.</w:t>
      </w:r>
    </w:p>
    <w:p w14:paraId="2F25B804" w14:textId="77777777" w:rsidR="00464E12" w:rsidRPr="00464E12" w:rsidRDefault="00464E12" w:rsidP="00464E12">
      <w:pPr>
        <w:rPr>
          <w:lang w:val="en-GB"/>
        </w:rPr>
      </w:pPr>
      <w:r w:rsidRPr="00464E12">
        <w:rPr>
          <w:lang w:val="en-GB"/>
        </w:rPr>
        <w:t>By offering coaching services through My Sports Coach, coaches agree to conduct themselves professionally, comply with these Terms and deliver coaching services in a manner that promotes safety, respect and positive sporting experiences.</w:t>
      </w:r>
    </w:p>
    <w:p w14:paraId="55114692" w14:textId="77777777" w:rsidR="00464E12" w:rsidRPr="00464E12" w:rsidRDefault="00464E12" w:rsidP="00464E12">
      <w:pPr>
        <w:rPr>
          <w:lang w:val="en-GB"/>
        </w:rPr>
      </w:pPr>
      <w:r w:rsidRPr="00464E12">
        <w:rPr>
          <w:lang w:val="en-GB"/>
        </w:rPr>
        <w:t>Coaches remain solely responsible for the coaching services they provide and for complying with all applicable legal, regulatory and professional obligations.</w:t>
      </w:r>
    </w:p>
    <w:p w14:paraId="12CD3612" w14:textId="77777777" w:rsidR="00464E12" w:rsidRPr="00464E12" w:rsidRDefault="00000000" w:rsidP="00464E12">
      <w:pPr>
        <w:rPr>
          <w:lang w:val="en-GB"/>
        </w:rPr>
      </w:pPr>
      <w:r>
        <w:rPr>
          <w:lang w:val="en-GB"/>
        </w:rPr>
        <w:pict w14:anchorId="3844519E">
          <v:rect id="_x0000_i2287" style="width:0;height:1.5pt" o:hralign="center" o:hrstd="t" o:hr="t" fillcolor="#a0a0a0" stroked="f"/>
        </w:pict>
      </w:r>
    </w:p>
    <w:p w14:paraId="659FFAA6"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9.1 Professional Conduct</w:t>
      </w:r>
    </w:p>
    <w:p w14:paraId="455F8F4A" w14:textId="77777777" w:rsidR="00464E12" w:rsidRPr="00464E12" w:rsidRDefault="00464E12" w:rsidP="00464E12">
      <w:pPr>
        <w:rPr>
          <w:lang w:val="en-GB"/>
        </w:rPr>
      </w:pPr>
      <w:r w:rsidRPr="00464E12">
        <w:rPr>
          <w:lang w:val="en-GB"/>
        </w:rPr>
        <w:t>Coaches are expected to conduct themselves professionally at all times when using the My Sports Coach platform and when delivering coaching services arranged through it.</w:t>
      </w:r>
    </w:p>
    <w:p w14:paraId="7E08F3AE" w14:textId="77777777" w:rsidR="00464E12" w:rsidRPr="00464E12" w:rsidRDefault="00464E12" w:rsidP="00464E12">
      <w:pPr>
        <w:rPr>
          <w:lang w:val="en-GB"/>
        </w:rPr>
      </w:pPr>
      <w:r w:rsidRPr="00464E12">
        <w:rPr>
          <w:lang w:val="en-GB"/>
        </w:rPr>
        <w:t>Coaches should:</w:t>
      </w:r>
    </w:p>
    <w:p w14:paraId="38794655" w14:textId="77777777" w:rsidR="00464E12" w:rsidRPr="00464E12" w:rsidRDefault="00464E12">
      <w:pPr>
        <w:numPr>
          <w:ilvl w:val="0"/>
          <w:numId w:val="44"/>
        </w:numPr>
        <w:rPr>
          <w:lang w:val="en-GB"/>
        </w:rPr>
      </w:pPr>
      <w:r w:rsidRPr="00464E12">
        <w:rPr>
          <w:lang w:val="en-GB"/>
        </w:rPr>
        <w:t xml:space="preserve">act honestly and with integrity; </w:t>
      </w:r>
    </w:p>
    <w:p w14:paraId="1F8C08EB" w14:textId="77777777" w:rsidR="00464E12" w:rsidRPr="00464E12" w:rsidRDefault="00464E12">
      <w:pPr>
        <w:numPr>
          <w:ilvl w:val="0"/>
          <w:numId w:val="44"/>
        </w:numPr>
        <w:rPr>
          <w:lang w:val="en-GB"/>
        </w:rPr>
      </w:pPr>
      <w:r w:rsidRPr="00464E12">
        <w:rPr>
          <w:lang w:val="en-GB"/>
        </w:rPr>
        <w:t xml:space="preserve">treat participants fairly and respectfully; </w:t>
      </w:r>
    </w:p>
    <w:p w14:paraId="5A3ED146" w14:textId="77777777" w:rsidR="00464E12" w:rsidRPr="00464E12" w:rsidRDefault="00464E12">
      <w:pPr>
        <w:numPr>
          <w:ilvl w:val="0"/>
          <w:numId w:val="44"/>
        </w:numPr>
        <w:rPr>
          <w:lang w:val="en-GB"/>
        </w:rPr>
      </w:pPr>
      <w:r w:rsidRPr="00464E12">
        <w:rPr>
          <w:lang w:val="en-GB"/>
        </w:rPr>
        <w:t xml:space="preserve">communicate professionally; </w:t>
      </w:r>
    </w:p>
    <w:p w14:paraId="36EF4338" w14:textId="77777777" w:rsidR="00464E12" w:rsidRPr="00464E12" w:rsidRDefault="00464E12">
      <w:pPr>
        <w:numPr>
          <w:ilvl w:val="0"/>
          <w:numId w:val="44"/>
        </w:numPr>
        <w:rPr>
          <w:lang w:val="en-GB"/>
        </w:rPr>
      </w:pPr>
      <w:r w:rsidRPr="00464E12">
        <w:rPr>
          <w:lang w:val="en-GB"/>
        </w:rPr>
        <w:t xml:space="preserve">promote inclusive participation; </w:t>
      </w:r>
    </w:p>
    <w:p w14:paraId="13F29E8D" w14:textId="77777777" w:rsidR="00464E12" w:rsidRPr="00464E12" w:rsidRDefault="00464E12">
      <w:pPr>
        <w:numPr>
          <w:ilvl w:val="0"/>
          <w:numId w:val="44"/>
        </w:numPr>
        <w:rPr>
          <w:lang w:val="en-GB"/>
        </w:rPr>
      </w:pPr>
      <w:r w:rsidRPr="00464E12">
        <w:rPr>
          <w:lang w:val="en-GB"/>
        </w:rPr>
        <w:t xml:space="preserve">maintain appropriate professional boundaries; and </w:t>
      </w:r>
    </w:p>
    <w:p w14:paraId="5DB94D94" w14:textId="77777777" w:rsidR="00464E12" w:rsidRPr="00464E12" w:rsidRDefault="00464E12">
      <w:pPr>
        <w:numPr>
          <w:ilvl w:val="0"/>
          <w:numId w:val="44"/>
        </w:numPr>
        <w:rPr>
          <w:lang w:val="en-GB"/>
        </w:rPr>
      </w:pPr>
      <w:r w:rsidRPr="00464E12">
        <w:rPr>
          <w:lang w:val="en-GB"/>
        </w:rPr>
        <w:t xml:space="preserve">behave in a manner that reflects positively on both themselves and the wider coaching profession. </w:t>
      </w:r>
    </w:p>
    <w:p w14:paraId="28E2161C" w14:textId="77777777" w:rsidR="00464E12" w:rsidRPr="00464E12" w:rsidRDefault="00000000" w:rsidP="00464E12">
      <w:pPr>
        <w:rPr>
          <w:lang w:val="en-GB"/>
        </w:rPr>
      </w:pPr>
      <w:r>
        <w:rPr>
          <w:lang w:val="en-GB"/>
        </w:rPr>
        <w:pict w14:anchorId="2FFBE57A">
          <v:rect id="_x0000_i2288" style="width:0;height:1.5pt" o:hralign="center" o:hrstd="t" o:hr="t" fillcolor="#a0a0a0" stroked="f"/>
        </w:pict>
      </w:r>
    </w:p>
    <w:p w14:paraId="047706DE"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9.2 Delivery of Coaching Services</w:t>
      </w:r>
    </w:p>
    <w:p w14:paraId="654F2C31" w14:textId="77777777" w:rsidR="00464E12" w:rsidRPr="00464E12" w:rsidRDefault="00464E12" w:rsidP="00464E12">
      <w:pPr>
        <w:rPr>
          <w:lang w:val="en-GB"/>
        </w:rPr>
      </w:pPr>
      <w:r w:rsidRPr="00464E12">
        <w:rPr>
          <w:lang w:val="en-GB"/>
        </w:rPr>
        <w:t>Coaches are responsible for ensuring that coaching sessions are delivered:</w:t>
      </w:r>
    </w:p>
    <w:p w14:paraId="295F40D3" w14:textId="77777777" w:rsidR="00464E12" w:rsidRPr="00464E12" w:rsidRDefault="00464E12">
      <w:pPr>
        <w:numPr>
          <w:ilvl w:val="0"/>
          <w:numId w:val="45"/>
        </w:numPr>
        <w:rPr>
          <w:lang w:val="en-GB"/>
        </w:rPr>
      </w:pPr>
      <w:r w:rsidRPr="00464E12">
        <w:rPr>
          <w:lang w:val="en-GB"/>
        </w:rPr>
        <w:lastRenderedPageBreak/>
        <w:t xml:space="preserve">safely; </w:t>
      </w:r>
    </w:p>
    <w:p w14:paraId="46469D24" w14:textId="77777777" w:rsidR="00464E12" w:rsidRPr="00464E12" w:rsidRDefault="00464E12">
      <w:pPr>
        <w:numPr>
          <w:ilvl w:val="0"/>
          <w:numId w:val="45"/>
        </w:numPr>
        <w:rPr>
          <w:lang w:val="en-GB"/>
        </w:rPr>
      </w:pPr>
      <w:r w:rsidRPr="00464E12">
        <w:rPr>
          <w:lang w:val="en-GB"/>
        </w:rPr>
        <w:t xml:space="preserve">professionally; </w:t>
      </w:r>
    </w:p>
    <w:p w14:paraId="1E075AA7" w14:textId="77777777" w:rsidR="00464E12" w:rsidRPr="00464E12" w:rsidRDefault="00464E12">
      <w:pPr>
        <w:numPr>
          <w:ilvl w:val="0"/>
          <w:numId w:val="45"/>
        </w:numPr>
        <w:rPr>
          <w:lang w:val="en-GB"/>
        </w:rPr>
      </w:pPr>
      <w:r w:rsidRPr="00464E12">
        <w:rPr>
          <w:lang w:val="en-GB"/>
        </w:rPr>
        <w:t xml:space="preserve">in accordance with applicable laws; </w:t>
      </w:r>
    </w:p>
    <w:p w14:paraId="1B2D73B7" w14:textId="77777777" w:rsidR="00464E12" w:rsidRPr="00464E12" w:rsidRDefault="00464E12">
      <w:pPr>
        <w:numPr>
          <w:ilvl w:val="0"/>
          <w:numId w:val="45"/>
        </w:numPr>
        <w:rPr>
          <w:lang w:val="en-GB"/>
        </w:rPr>
      </w:pPr>
      <w:r w:rsidRPr="00464E12">
        <w:rPr>
          <w:lang w:val="en-GB"/>
        </w:rPr>
        <w:t xml:space="preserve">in accordance with governing body guidance where applicable; and </w:t>
      </w:r>
    </w:p>
    <w:p w14:paraId="39BCEC0D" w14:textId="77777777" w:rsidR="00464E12" w:rsidRPr="00464E12" w:rsidRDefault="00464E12">
      <w:pPr>
        <w:numPr>
          <w:ilvl w:val="0"/>
          <w:numId w:val="45"/>
        </w:numPr>
        <w:rPr>
          <w:lang w:val="en-GB"/>
        </w:rPr>
      </w:pPr>
      <w:r w:rsidRPr="00464E12">
        <w:rPr>
          <w:lang w:val="en-GB"/>
        </w:rPr>
        <w:t xml:space="preserve">in a manner consistent with the information published on their My Sports Coach profile. </w:t>
      </w:r>
    </w:p>
    <w:p w14:paraId="1FB88DE2" w14:textId="77777777" w:rsidR="00464E12" w:rsidRPr="00464E12" w:rsidRDefault="00464E12" w:rsidP="00464E12">
      <w:pPr>
        <w:rPr>
          <w:lang w:val="en-GB"/>
        </w:rPr>
      </w:pPr>
      <w:r w:rsidRPr="00464E12">
        <w:rPr>
          <w:lang w:val="en-GB"/>
        </w:rPr>
        <w:t>Coaches should take reasonable steps to ensure that sessions are appropriate for the age, ability and experience of participants.</w:t>
      </w:r>
    </w:p>
    <w:p w14:paraId="0627E4CE" w14:textId="77777777" w:rsidR="00464E12" w:rsidRPr="00464E12" w:rsidRDefault="00000000" w:rsidP="00464E12">
      <w:pPr>
        <w:rPr>
          <w:lang w:val="en-GB"/>
        </w:rPr>
      </w:pPr>
      <w:r>
        <w:rPr>
          <w:lang w:val="en-GB"/>
        </w:rPr>
        <w:pict w14:anchorId="6D9F534F">
          <v:rect id="_x0000_i2289" style="width:0;height:1.5pt" o:hralign="center" o:hrstd="t" o:hr="t" fillcolor="#a0a0a0" stroked="f"/>
        </w:pict>
      </w:r>
    </w:p>
    <w:p w14:paraId="4381742C" w14:textId="77777777" w:rsidR="00464E12" w:rsidRPr="00464E12" w:rsidRDefault="00464E12" w:rsidP="00464E12">
      <w:pPr>
        <w:rPr>
          <w:b/>
          <w:bCs/>
          <w:lang w:val="en-GB"/>
        </w:rPr>
      </w:pPr>
      <w:r w:rsidRPr="00464E12">
        <w:rPr>
          <w:b/>
          <w:bCs/>
          <w:color w:val="365F91" w:themeColor="accent1" w:themeShade="BF"/>
          <w:lang w:val="en-GB"/>
        </w:rPr>
        <w:t>9.3 Qualifications and Insurance</w:t>
      </w:r>
    </w:p>
    <w:p w14:paraId="5852A4CF" w14:textId="77777777" w:rsidR="00464E12" w:rsidRPr="00464E12" w:rsidRDefault="00464E12" w:rsidP="00464E12">
      <w:pPr>
        <w:rPr>
          <w:lang w:val="en-GB"/>
        </w:rPr>
      </w:pPr>
      <w:r w:rsidRPr="00464E12">
        <w:rPr>
          <w:lang w:val="en-GB"/>
        </w:rPr>
        <w:t>Throughout their use of the platform, coaches are responsible for maintaining any qualifications, licences, certifications or insurance required for the services they provide.</w:t>
      </w:r>
    </w:p>
    <w:p w14:paraId="75897775" w14:textId="77777777" w:rsidR="00464E12" w:rsidRPr="00464E12" w:rsidRDefault="00464E12" w:rsidP="00464E12">
      <w:pPr>
        <w:rPr>
          <w:lang w:val="en-GB"/>
        </w:rPr>
      </w:pPr>
      <w:r w:rsidRPr="00464E12">
        <w:rPr>
          <w:lang w:val="en-GB"/>
        </w:rPr>
        <w:t>Where information changes, coaches should update their My Sports Coach profile promptly.</w:t>
      </w:r>
    </w:p>
    <w:p w14:paraId="35B8B0AD" w14:textId="77777777" w:rsidR="00464E12" w:rsidRPr="00464E12" w:rsidRDefault="00464E12" w:rsidP="00464E12">
      <w:pPr>
        <w:rPr>
          <w:lang w:val="en-GB"/>
        </w:rPr>
      </w:pPr>
      <w:r w:rsidRPr="00464E12">
        <w:rPr>
          <w:lang w:val="en-GB"/>
        </w:rPr>
        <w:t>If a qualification, insurance policy or other requirement expires, the coach should cease offering affected services until the matter has been resolved.</w:t>
      </w:r>
    </w:p>
    <w:p w14:paraId="095EA95A" w14:textId="77777777" w:rsidR="00464E12" w:rsidRPr="00464E12" w:rsidRDefault="00000000" w:rsidP="00464E12">
      <w:pPr>
        <w:rPr>
          <w:lang w:val="en-GB"/>
        </w:rPr>
      </w:pPr>
      <w:r>
        <w:rPr>
          <w:lang w:val="en-GB"/>
        </w:rPr>
        <w:pict w14:anchorId="144BDD50">
          <v:rect id="_x0000_i2290" style="width:0;height:1.5pt" o:hralign="center" o:hrstd="t" o:hr="t" fillcolor="#a0a0a0" stroked="f"/>
        </w:pict>
      </w:r>
    </w:p>
    <w:p w14:paraId="0F93A6A2"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9.4 Safeguarding</w:t>
      </w:r>
    </w:p>
    <w:p w14:paraId="2E6C4C86" w14:textId="77777777" w:rsidR="00464E12" w:rsidRPr="00464E12" w:rsidRDefault="00464E12" w:rsidP="00464E12">
      <w:pPr>
        <w:rPr>
          <w:lang w:val="en-GB"/>
        </w:rPr>
      </w:pPr>
      <w:r w:rsidRPr="00464E12">
        <w:rPr>
          <w:lang w:val="en-GB"/>
        </w:rPr>
        <w:t>Where coaching activities involve children or vulnerable adults, coaches must comply with applicable safeguarding legislation, recognised best practice and the My Sports Coach Safeguarding Policy.</w:t>
      </w:r>
    </w:p>
    <w:p w14:paraId="0BC088F3" w14:textId="77777777" w:rsidR="00464E12" w:rsidRPr="00464E12" w:rsidRDefault="00464E12" w:rsidP="00464E12">
      <w:pPr>
        <w:rPr>
          <w:lang w:val="en-GB"/>
        </w:rPr>
      </w:pPr>
      <w:r w:rsidRPr="00464E12">
        <w:rPr>
          <w:lang w:val="en-GB"/>
        </w:rPr>
        <w:t>Coaches are responsible for maintaining any safeguarding qualifications, disclosures or checks required for the activities they undertake.</w:t>
      </w:r>
    </w:p>
    <w:p w14:paraId="745284B4" w14:textId="77777777" w:rsidR="00464E12" w:rsidRPr="00464E12" w:rsidRDefault="00464E12" w:rsidP="00464E12">
      <w:pPr>
        <w:rPr>
          <w:lang w:val="en-GB"/>
        </w:rPr>
      </w:pPr>
      <w:r w:rsidRPr="00464E12">
        <w:rPr>
          <w:lang w:val="en-GB"/>
        </w:rPr>
        <w:t>Any safeguarding concern should be reported promptly through the appropriate procedures.</w:t>
      </w:r>
    </w:p>
    <w:p w14:paraId="1CB9D099" w14:textId="77777777" w:rsidR="00464E12" w:rsidRPr="00464E12" w:rsidRDefault="00000000" w:rsidP="00464E12">
      <w:pPr>
        <w:rPr>
          <w:lang w:val="en-GB"/>
        </w:rPr>
      </w:pPr>
      <w:r>
        <w:rPr>
          <w:lang w:val="en-GB"/>
        </w:rPr>
        <w:pict w14:anchorId="3D75F0D9">
          <v:rect id="_x0000_i2291" style="width:0;height:1.5pt" o:hralign="center" o:hrstd="t" o:hr="t" fillcolor="#a0a0a0" stroked="f"/>
        </w:pict>
      </w:r>
    </w:p>
    <w:p w14:paraId="1F8443F1"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9.5 Communication with Participants</w:t>
      </w:r>
    </w:p>
    <w:p w14:paraId="302F3D88" w14:textId="77777777" w:rsidR="00464E12" w:rsidRPr="00464E12" w:rsidRDefault="00464E12" w:rsidP="00464E12">
      <w:pPr>
        <w:rPr>
          <w:lang w:val="en-GB"/>
        </w:rPr>
      </w:pPr>
      <w:r w:rsidRPr="00464E12">
        <w:rPr>
          <w:lang w:val="en-GB"/>
        </w:rPr>
        <w:t>Coaches should communicate with participants in a professional, respectful and timely manner.</w:t>
      </w:r>
    </w:p>
    <w:p w14:paraId="1F58611A" w14:textId="77777777" w:rsidR="00464E12" w:rsidRPr="00464E12" w:rsidRDefault="00464E12" w:rsidP="00464E12">
      <w:pPr>
        <w:rPr>
          <w:lang w:val="en-GB"/>
        </w:rPr>
      </w:pPr>
      <w:r w:rsidRPr="00464E12">
        <w:rPr>
          <w:lang w:val="en-GB"/>
        </w:rPr>
        <w:t>This includes:</w:t>
      </w:r>
    </w:p>
    <w:p w14:paraId="1C91DBFE" w14:textId="77777777" w:rsidR="00464E12" w:rsidRPr="00464E12" w:rsidRDefault="00464E12">
      <w:pPr>
        <w:numPr>
          <w:ilvl w:val="0"/>
          <w:numId w:val="46"/>
        </w:numPr>
        <w:rPr>
          <w:lang w:val="en-GB"/>
        </w:rPr>
      </w:pPr>
      <w:r w:rsidRPr="00464E12">
        <w:rPr>
          <w:lang w:val="en-GB"/>
        </w:rPr>
        <w:t xml:space="preserve">responding to booking enquiries where reasonably practicable; </w:t>
      </w:r>
    </w:p>
    <w:p w14:paraId="22B165EF" w14:textId="77777777" w:rsidR="00464E12" w:rsidRPr="00464E12" w:rsidRDefault="00464E12">
      <w:pPr>
        <w:numPr>
          <w:ilvl w:val="0"/>
          <w:numId w:val="46"/>
        </w:numPr>
        <w:rPr>
          <w:lang w:val="en-GB"/>
        </w:rPr>
      </w:pPr>
      <w:r w:rsidRPr="00464E12">
        <w:rPr>
          <w:lang w:val="en-GB"/>
        </w:rPr>
        <w:t xml:space="preserve">providing clear information about coaching sessions; </w:t>
      </w:r>
    </w:p>
    <w:p w14:paraId="0AA04051" w14:textId="77777777" w:rsidR="00464E12" w:rsidRPr="00464E12" w:rsidRDefault="00464E12">
      <w:pPr>
        <w:numPr>
          <w:ilvl w:val="0"/>
          <w:numId w:val="46"/>
        </w:numPr>
        <w:rPr>
          <w:lang w:val="en-GB"/>
        </w:rPr>
      </w:pPr>
      <w:r w:rsidRPr="00464E12">
        <w:rPr>
          <w:lang w:val="en-GB"/>
        </w:rPr>
        <w:lastRenderedPageBreak/>
        <w:t xml:space="preserve">notifying participants of cancellations or significant changes as soon as possible; and </w:t>
      </w:r>
    </w:p>
    <w:p w14:paraId="40D029A2" w14:textId="77777777" w:rsidR="00464E12" w:rsidRPr="00464E12" w:rsidRDefault="00464E12">
      <w:pPr>
        <w:numPr>
          <w:ilvl w:val="0"/>
          <w:numId w:val="46"/>
        </w:numPr>
        <w:rPr>
          <w:lang w:val="en-GB"/>
        </w:rPr>
      </w:pPr>
      <w:r w:rsidRPr="00464E12">
        <w:rPr>
          <w:lang w:val="en-GB"/>
        </w:rPr>
        <w:t xml:space="preserve">using appropriate communication methods when interacting with children or vulnerable adults. </w:t>
      </w:r>
    </w:p>
    <w:p w14:paraId="0CDA0D43" w14:textId="77777777" w:rsidR="00464E12" w:rsidRPr="00464E12" w:rsidRDefault="00000000" w:rsidP="00464E12">
      <w:pPr>
        <w:rPr>
          <w:lang w:val="en-GB"/>
        </w:rPr>
      </w:pPr>
      <w:r>
        <w:rPr>
          <w:lang w:val="en-GB"/>
        </w:rPr>
        <w:pict w14:anchorId="70A583CE">
          <v:rect id="_x0000_i2292" style="width:0;height:1.5pt" o:hralign="center" o:hrstd="t" o:hr="t" fillcolor="#a0a0a0" stroked="f"/>
        </w:pict>
      </w:r>
    </w:p>
    <w:p w14:paraId="243B7BEA"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9.6 Accuracy of Information</w:t>
      </w:r>
    </w:p>
    <w:p w14:paraId="190D78CE" w14:textId="77777777" w:rsidR="00464E12" w:rsidRPr="00464E12" w:rsidRDefault="00464E12" w:rsidP="00464E12">
      <w:pPr>
        <w:rPr>
          <w:lang w:val="en-GB"/>
        </w:rPr>
      </w:pPr>
      <w:r w:rsidRPr="00464E12">
        <w:rPr>
          <w:lang w:val="en-GB"/>
        </w:rPr>
        <w:t>Coaches are responsible for ensuring that all information displayed on their My Sports Coach profile remains accurate.</w:t>
      </w:r>
    </w:p>
    <w:p w14:paraId="34E0448A" w14:textId="77777777" w:rsidR="00464E12" w:rsidRPr="00464E12" w:rsidRDefault="00464E12" w:rsidP="00464E12">
      <w:pPr>
        <w:rPr>
          <w:lang w:val="en-GB"/>
        </w:rPr>
      </w:pPr>
      <w:r w:rsidRPr="00464E12">
        <w:rPr>
          <w:lang w:val="en-GB"/>
        </w:rPr>
        <w:t>This includes:</w:t>
      </w:r>
    </w:p>
    <w:p w14:paraId="1AB22379" w14:textId="77777777" w:rsidR="00464E12" w:rsidRPr="00464E12" w:rsidRDefault="00464E12">
      <w:pPr>
        <w:numPr>
          <w:ilvl w:val="0"/>
          <w:numId w:val="47"/>
        </w:numPr>
        <w:rPr>
          <w:lang w:val="en-GB"/>
        </w:rPr>
      </w:pPr>
      <w:r w:rsidRPr="00464E12">
        <w:rPr>
          <w:lang w:val="en-GB"/>
        </w:rPr>
        <w:t xml:space="preserve">qualifications; </w:t>
      </w:r>
    </w:p>
    <w:p w14:paraId="3F079B6B" w14:textId="77777777" w:rsidR="00464E12" w:rsidRPr="00464E12" w:rsidRDefault="00464E12">
      <w:pPr>
        <w:numPr>
          <w:ilvl w:val="0"/>
          <w:numId w:val="47"/>
        </w:numPr>
        <w:rPr>
          <w:lang w:val="en-GB"/>
        </w:rPr>
      </w:pPr>
      <w:r w:rsidRPr="00464E12">
        <w:rPr>
          <w:lang w:val="en-GB"/>
        </w:rPr>
        <w:t xml:space="preserve">coaching experience; </w:t>
      </w:r>
    </w:p>
    <w:p w14:paraId="21E23622" w14:textId="77777777" w:rsidR="00464E12" w:rsidRPr="00464E12" w:rsidRDefault="00464E12">
      <w:pPr>
        <w:numPr>
          <w:ilvl w:val="0"/>
          <w:numId w:val="47"/>
        </w:numPr>
        <w:rPr>
          <w:lang w:val="en-GB"/>
        </w:rPr>
      </w:pPr>
      <w:r w:rsidRPr="00464E12">
        <w:rPr>
          <w:lang w:val="en-GB"/>
        </w:rPr>
        <w:t xml:space="preserve">coaching locations; </w:t>
      </w:r>
    </w:p>
    <w:p w14:paraId="7E437D28" w14:textId="77777777" w:rsidR="00464E12" w:rsidRPr="00464E12" w:rsidRDefault="00464E12">
      <w:pPr>
        <w:numPr>
          <w:ilvl w:val="0"/>
          <w:numId w:val="47"/>
        </w:numPr>
        <w:rPr>
          <w:lang w:val="en-GB"/>
        </w:rPr>
      </w:pPr>
      <w:r w:rsidRPr="00464E12">
        <w:rPr>
          <w:lang w:val="en-GB"/>
        </w:rPr>
        <w:t xml:space="preserve">pricing; </w:t>
      </w:r>
    </w:p>
    <w:p w14:paraId="7E255A51" w14:textId="77777777" w:rsidR="00464E12" w:rsidRPr="00464E12" w:rsidRDefault="00464E12">
      <w:pPr>
        <w:numPr>
          <w:ilvl w:val="0"/>
          <w:numId w:val="47"/>
        </w:numPr>
        <w:rPr>
          <w:lang w:val="en-GB"/>
        </w:rPr>
      </w:pPr>
      <w:r w:rsidRPr="00464E12">
        <w:rPr>
          <w:lang w:val="en-GB"/>
        </w:rPr>
        <w:t xml:space="preserve">availability; </w:t>
      </w:r>
    </w:p>
    <w:p w14:paraId="7A06E01D" w14:textId="77777777" w:rsidR="00464E12" w:rsidRPr="00464E12" w:rsidRDefault="00464E12">
      <w:pPr>
        <w:numPr>
          <w:ilvl w:val="0"/>
          <w:numId w:val="47"/>
        </w:numPr>
        <w:rPr>
          <w:lang w:val="en-GB"/>
        </w:rPr>
      </w:pPr>
      <w:r w:rsidRPr="00464E12">
        <w:rPr>
          <w:lang w:val="en-GB"/>
        </w:rPr>
        <w:t xml:space="preserve">insurance status; </w:t>
      </w:r>
    </w:p>
    <w:p w14:paraId="74D0C120" w14:textId="77777777" w:rsidR="00464E12" w:rsidRPr="00464E12" w:rsidRDefault="00464E12">
      <w:pPr>
        <w:numPr>
          <w:ilvl w:val="0"/>
          <w:numId w:val="47"/>
        </w:numPr>
        <w:rPr>
          <w:lang w:val="en-GB"/>
        </w:rPr>
      </w:pPr>
      <w:r w:rsidRPr="00464E12">
        <w:rPr>
          <w:lang w:val="en-GB"/>
        </w:rPr>
        <w:t xml:space="preserve">sports offered; and </w:t>
      </w:r>
    </w:p>
    <w:p w14:paraId="078DEDED" w14:textId="77777777" w:rsidR="00464E12" w:rsidRPr="00464E12" w:rsidRDefault="00464E12">
      <w:pPr>
        <w:numPr>
          <w:ilvl w:val="0"/>
          <w:numId w:val="47"/>
        </w:numPr>
        <w:rPr>
          <w:lang w:val="en-GB"/>
        </w:rPr>
      </w:pPr>
      <w:r w:rsidRPr="00464E12">
        <w:rPr>
          <w:lang w:val="en-GB"/>
        </w:rPr>
        <w:t xml:space="preserve">any other information relevant to participants. </w:t>
      </w:r>
    </w:p>
    <w:p w14:paraId="6AED55F7" w14:textId="77777777" w:rsidR="00464E12" w:rsidRPr="00464E12" w:rsidRDefault="00464E12" w:rsidP="00464E12">
      <w:pPr>
        <w:rPr>
          <w:lang w:val="en-GB"/>
        </w:rPr>
      </w:pPr>
      <w:r w:rsidRPr="00464E12">
        <w:rPr>
          <w:lang w:val="en-GB"/>
        </w:rPr>
        <w:t>Knowingly providing false or misleading information constitutes a breach of these Terms.</w:t>
      </w:r>
    </w:p>
    <w:p w14:paraId="2E07DFC4" w14:textId="77777777" w:rsidR="00464E12" w:rsidRPr="00464E12" w:rsidRDefault="00000000" w:rsidP="00464E12">
      <w:pPr>
        <w:rPr>
          <w:lang w:val="en-GB"/>
        </w:rPr>
      </w:pPr>
      <w:r>
        <w:rPr>
          <w:lang w:val="en-GB"/>
        </w:rPr>
        <w:pict w14:anchorId="18BE60E9">
          <v:rect id="_x0000_i2293" style="width:0;height:1.5pt" o:hralign="center" o:hrstd="t" o:hr="t" fillcolor="#a0a0a0" stroked="f"/>
        </w:pict>
      </w:r>
    </w:p>
    <w:p w14:paraId="7F201F91" w14:textId="77777777" w:rsidR="00464E12" w:rsidRPr="00464E12" w:rsidRDefault="00464E12" w:rsidP="00464E12">
      <w:pPr>
        <w:rPr>
          <w:b/>
          <w:bCs/>
          <w:lang w:val="en-GB"/>
        </w:rPr>
      </w:pPr>
      <w:r w:rsidRPr="00464E12">
        <w:rPr>
          <w:b/>
          <w:bCs/>
          <w:color w:val="365F91" w:themeColor="accent1" w:themeShade="BF"/>
          <w:lang w:val="en-GB"/>
        </w:rPr>
        <w:t>9.7 Compliance with Platform Policies</w:t>
      </w:r>
    </w:p>
    <w:p w14:paraId="0E67F4D1" w14:textId="77777777" w:rsidR="00464E12" w:rsidRPr="00464E12" w:rsidRDefault="00464E12" w:rsidP="00464E12">
      <w:pPr>
        <w:rPr>
          <w:lang w:val="en-GB"/>
        </w:rPr>
      </w:pPr>
      <w:r w:rsidRPr="00464E12">
        <w:rPr>
          <w:lang w:val="en-GB"/>
        </w:rPr>
        <w:t>Coaches agree to comply with all policies published by My Sports Coach, including where applicable:</w:t>
      </w:r>
    </w:p>
    <w:p w14:paraId="4527A235" w14:textId="77777777" w:rsidR="00464E12" w:rsidRPr="00464E12" w:rsidRDefault="00464E12">
      <w:pPr>
        <w:numPr>
          <w:ilvl w:val="0"/>
          <w:numId w:val="48"/>
        </w:numPr>
        <w:rPr>
          <w:lang w:val="en-GB"/>
        </w:rPr>
      </w:pPr>
      <w:r w:rsidRPr="00464E12">
        <w:rPr>
          <w:lang w:val="en-GB"/>
        </w:rPr>
        <w:t xml:space="preserve">Privacy Policy; </w:t>
      </w:r>
    </w:p>
    <w:p w14:paraId="1C86B282" w14:textId="77777777" w:rsidR="00464E12" w:rsidRPr="00464E12" w:rsidRDefault="00464E12">
      <w:pPr>
        <w:numPr>
          <w:ilvl w:val="0"/>
          <w:numId w:val="48"/>
        </w:numPr>
        <w:rPr>
          <w:lang w:val="en-GB"/>
        </w:rPr>
      </w:pPr>
      <w:r w:rsidRPr="00464E12">
        <w:rPr>
          <w:lang w:val="en-GB"/>
        </w:rPr>
        <w:t xml:space="preserve">Safeguarding Policy; </w:t>
      </w:r>
    </w:p>
    <w:p w14:paraId="767AE43D" w14:textId="77777777" w:rsidR="00464E12" w:rsidRPr="00464E12" w:rsidRDefault="00464E12">
      <w:pPr>
        <w:numPr>
          <w:ilvl w:val="0"/>
          <w:numId w:val="48"/>
        </w:numPr>
        <w:rPr>
          <w:lang w:val="en-GB"/>
        </w:rPr>
      </w:pPr>
      <w:r w:rsidRPr="00464E12">
        <w:rPr>
          <w:lang w:val="en-GB"/>
        </w:rPr>
        <w:t xml:space="preserve">Code of Conduct; </w:t>
      </w:r>
    </w:p>
    <w:p w14:paraId="6392EF25" w14:textId="77777777" w:rsidR="00464E12" w:rsidRPr="00464E12" w:rsidRDefault="00464E12">
      <w:pPr>
        <w:numPr>
          <w:ilvl w:val="0"/>
          <w:numId w:val="48"/>
        </w:numPr>
        <w:rPr>
          <w:lang w:val="en-GB"/>
        </w:rPr>
      </w:pPr>
      <w:r w:rsidRPr="00464E12">
        <w:rPr>
          <w:lang w:val="en-GB"/>
        </w:rPr>
        <w:t xml:space="preserve">Community Guidelines; </w:t>
      </w:r>
    </w:p>
    <w:p w14:paraId="16ED495E" w14:textId="77777777" w:rsidR="00464E12" w:rsidRPr="00464E12" w:rsidRDefault="00464E12">
      <w:pPr>
        <w:numPr>
          <w:ilvl w:val="0"/>
          <w:numId w:val="48"/>
        </w:numPr>
        <w:rPr>
          <w:lang w:val="en-GB"/>
        </w:rPr>
      </w:pPr>
      <w:r w:rsidRPr="00464E12">
        <w:rPr>
          <w:lang w:val="en-GB"/>
        </w:rPr>
        <w:t xml:space="preserve">Complaints Policy; and </w:t>
      </w:r>
    </w:p>
    <w:p w14:paraId="28245658" w14:textId="77777777" w:rsidR="00464E12" w:rsidRPr="00464E12" w:rsidRDefault="00464E12">
      <w:pPr>
        <w:numPr>
          <w:ilvl w:val="0"/>
          <w:numId w:val="48"/>
        </w:numPr>
        <w:rPr>
          <w:lang w:val="en-GB"/>
        </w:rPr>
      </w:pPr>
      <w:r w:rsidRPr="00464E12">
        <w:rPr>
          <w:lang w:val="en-GB"/>
        </w:rPr>
        <w:t xml:space="preserve">any other policies introduced to support the safe operation of the platform. </w:t>
      </w:r>
    </w:p>
    <w:p w14:paraId="1511347B" w14:textId="77777777" w:rsidR="00464E12" w:rsidRPr="00464E12" w:rsidRDefault="00464E12" w:rsidP="00464E12">
      <w:pPr>
        <w:rPr>
          <w:lang w:val="en-GB"/>
        </w:rPr>
      </w:pPr>
      <w:r w:rsidRPr="00464E12">
        <w:rPr>
          <w:lang w:val="en-GB"/>
        </w:rPr>
        <w:t>Failure to comply with platform policies may result in investigation, suspension or removal from the platform.</w:t>
      </w:r>
    </w:p>
    <w:p w14:paraId="5017033D" w14:textId="77777777" w:rsidR="00464E12" w:rsidRPr="00464E12" w:rsidRDefault="00000000" w:rsidP="00464E12">
      <w:pPr>
        <w:rPr>
          <w:lang w:val="en-GB"/>
        </w:rPr>
      </w:pPr>
      <w:r>
        <w:rPr>
          <w:lang w:val="en-GB"/>
        </w:rPr>
        <w:lastRenderedPageBreak/>
        <w:pict w14:anchorId="5A9893D9">
          <v:rect id="_x0000_i2294" style="width:0;height:1.5pt" o:hralign="center" o:hrstd="t" o:hr="t" fillcolor="#a0a0a0" stroked="f"/>
        </w:pict>
      </w:r>
    </w:p>
    <w:p w14:paraId="1DE4099D"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9.8 Independent Business Responsibilities</w:t>
      </w:r>
    </w:p>
    <w:p w14:paraId="50518654" w14:textId="77777777" w:rsidR="00464E12" w:rsidRPr="00464E12" w:rsidRDefault="00464E12" w:rsidP="00464E12">
      <w:pPr>
        <w:rPr>
          <w:lang w:val="en-GB"/>
        </w:rPr>
      </w:pPr>
      <w:r w:rsidRPr="00464E12">
        <w:rPr>
          <w:lang w:val="en-GB"/>
        </w:rPr>
        <w:t>Coaches acknowledge that they remain independent businesses or self-employed professionals.</w:t>
      </w:r>
    </w:p>
    <w:p w14:paraId="629B2A7E" w14:textId="77777777" w:rsidR="00464E12" w:rsidRPr="00464E12" w:rsidRDefault="00464E12" w:rsidP="00464E12">
      <w:pPr>
        <w:rPr>
          <w:lang w:val="en-GB"/>
        </w:rPr>
      </w:pPr>
      <w:r w:rsidRPr="00464E12">
        <w:rPr>
          <w:lang w:val="en-GB"/>
        </w:rPr>
        <w:t>Unless expressly agreed otherwise in writing, each coach is responsible for:</w:t>
      </w:r>
    </w:p>
    <w:p w14:paraId="75BA05C7" w14:textId="77777777" w:rsidR="00464E12" w:rsidRPr="00464E12" w:rsidRDefault="00464E12">
      <w:pPr>
        <w:numPr>
          <w:ilvl w:val="0"/>
          <w:numId w:val="49"/>
        </w:numPr>
        <w:rPr>
          <w:lang w:val="en-GB"/>
        </w:rPr>
      </w:pPr>
      <w:r w:rsidRPr="00464E12">
        <w:rPr>
          <w:lang w:val="en-GB"/>
        </w:rPr>
        <w:t xml:space="preserve">their taxation obligations; </w:t>
      </w:r>
    </w:p>
    <w:p w14:paraId="7C7C939B" w14:textId="77777777" w:rsidR="00464E12" w:rsidRPr="00464E12" w:rsidRDefault="00464E12">
      <w:pPr>
        <w:numPr>
          <w:ilvl w:val="0"/>
          <w:numId w:val="49"/>
        </w:numPr>
        <w:rPr>
          <w:lang w:val="en-GB"/>
        </w:rPr>
      </w:pPr>
      <w:r w:rsidRPr="00464E12">
        <w:rPr>
          <w:lang w:val="en-GB"/>
        </w:rPr>
        <w:t xml:space="preserve">business registrations where applicable; </w:t>
      </w:r>
    </w:p>
    <w:p w14:paraId="5237AC4D" w14:textId="77777777" w:rsidR="00464E12" w:rsidRPr="00464E12" w:rsidRDefault="00464E12">
      <w:pPr>
        <w:numPr>
          <w:ilvl w:val="0"/>
          <w:numId w:val="49"/>
        </w:numPr>
        <w:rPr>
          <w:lang w:val="en-GB"/>
        </w:rPr>
      </w:pPr>
      <w:r w:rsidRPr="00464E12">
        <w:rPr>
          <w:lang w:val="en-GB"/>
        </w:rPr>
        <w:t xml:space="preserve">insurance; </w:t>
      </w:r>
    </w:p>
    <w:p w14:paraId="3CD9DDB7" w14:textId="77777777" w:rsidR="00464E12" w:rsidRPr="00464E12" w:rsidRDefault="00464E12">
      <w:pPr>
        <w:numPr>
          <w:ilvl w:val="0"/>
          <w:numId w:val="49"/>
        </w:numPr>
        <w:rPr>
          <w:lang w:val="en-GB"/>
        </w:rPr>
      </w:pPr>
      <w:r w:rsidRPr="00464E12">
        <w:rPr>
          <w:lang w:val="en-GB"/>
        </w:rPr>
        <w:t xml:space="preserve">record keeping; </w:t>
      </w:r>
    </w:p>
    <w:p w14:paraId="0D1B83DC" w14:textId="77777777" w:rsidR="00464E12" w:rsidRPr="00464E12" w:rsidRDefault="00464E12">
      <w:pPr>
        <w:numPr>
          <w:ilvl w:val="0"/>
          <w:numId w:val="49"/>
        </w:numPr>
        <w:rPr>
          <w:lang w:val="en-GB"/>
        </w:rPr>
      </w:pPr>
      <w:r w:rsidRPr="00464E12">
        <w:rPr>
          <w:lang w:val="en-GB"/>
        </w:rPr>
        <w:t xml:space="preserve">safeguarding responsibilities; </w:t>
      </w:r>
    </w:p>
    <w:p w14:paraId="739E423F" w14:textId="77777777" w:rsidR="00464E12" w:rsidRPr="00464E12" w:rsidRDefault="00464E12">
      <w:pPr>
        <w:numPr>
          <w:ilvl w:val="0"/>
          <w:numId w:val="49"/>
        </w:numPr>
        <w:rPr>
          <w:lang w:val="en-GB"/>
        </w:rPr>
      </w:pPr>
      <w:r w:rsidRPr="00464E12">
        <w:rPr>
          <w:lang w:val="en-GB"/>
        </w:rPr>
        <w:t xml:space="preserve">compliance with employment law where relevant; </w:t>
      </w:r>
    </w:p>
    <w:p w14:paraId="196054FD" w14:textId="77777777" w:rsidR="00464E12" w:rsidRPr="00464E12" w:rsidRDefault="00464E12">
      <w:pPr>
        <w:numPr>
          <w:ilvl w:val="0"/>
          <w:numId w:val="49"/>
        </w:numPr>
        <w:rPr>
          <w:lang w:val="en-GB"/>
        </w:rPr>
      </w:pPr>
      <w:r w:rsidRPr="00464E12">
        <w:rPr>
          <w:lang w:val="en-GB"/>
        </w:rPr>
        <w:t xml:space="preserve">compliance with consumer legislation; and </w:t>
      </w:r>
    </w:p>
    <w:p w14:paraId="1FA9292E" w14:textId="77777777" w:rsidR="00464E12" w:rsidRPr="00464E12" w:rsidRDefault="00464E12">
      <w:pPr>
        <w:numPr>
          <w:ilvl w:val="0"/>
          <w:numId w:val="49"/>
        </w:numPr>
        <w:rPr>
          <w:lang w:val="en-GB"/>
        </w:rPr>
      </w:pPr>
      <w:r w:rsidRPr="00464E12">
        <w:rPr>
          <w:lang w:val="en-GB"/>
        </w:rPr>
        <w:t xml:space="preserve">any other legal obligations arising from their coaching activities. </w:t>
      </w:r>
    </w:p>
    <w:p w14:paraId="379D9730" w14:textId="77777777" w:rsidR="00464E12" w:rsidRPr="00464E12" w:rsidRDefault="00464E12" w:rsidP="00464E12">
      <w:pPr>
        <w:rPr>
          <w:lang w:val="en-GB"/>
        </w:rPr>
      </w:pPr>
      <w:r w:rsidRPr="00464E12">
        <w:rPr>
          <w:lang w:val="en-GB"/>
        </w:rPr>
        <w:t>Nothing within these Terms transfers those responsibilities to My Sports Coach.</w:t>
      </w:r>
    </w:p>
    <w:p w14:paraId="33BDDF3C" w14:textId="77777777" w:rsidR="00464E12" w:rsidRPr="00464E12" w:rsidRDefault="00000000" w:rsidP="00464E12">
      <w:pPr>
        <w:rPr>
          <w:lang w:val="en-GB"/>
        </w:rPr>
      </w:pPr>
      <w:r>
        <w:rPr>
          <w:lang w:val="en-GB"/>
        </w:rPr>
        <w:pict w14:anchorId="2A6CD76E">
          <v:rect id="_x0000_i2295" style="width:0;height:1.5pt" o:hralign="center" o:hrstd="t" o:hr="t" fillcolor="#a0a0a0" stroked="f"/>
        </w:pict>
      </w:r>
    </w:p>
    <w:p w14:paraId="1629CFA0"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9.9 Reputation of the Platform</w:t>
      </w:r>
    </w:p>
    <w:p w14:paraId="5D0EE3E5" w14:textId="77777777" w:rsidR="00464E12" w:rsidRPr="00464E12" w:rsidRDefault="00464E12" w:rsidP="00464E12">
      <w:pPr>
        <w:rPr>
          <w:lang w:val="en-GB"/>
        </w:rPr>
      </w:pPr>
      <w:r w:rsidRPr="00464E12">
        <w:rPr>
          <w:lang w:val="en-GB"/>
        </w:rPr>
        <w:t>Coaches acknowledge that their conduct contributes to the reputation of the My Sports Coach platform.</w:t>
      </w:r>
    </w:p>
    <w:p w14:paraId="1F49BFEE" w14:textId="77777777" w:rsidR="00464E12" w:rsidRPr="00464E12" w:rsidRDefault="00464E12" w:rsidP="00464E12">
      <w:pPr>
        <w:rPr>
          <w:lang w:val="en-GB"/>
        </w:rPr>
      </w:pPr>
      <w:r w:rsidRPr="00464E12">
        <w:rPr>
          <w:lang w:val="en-GB"/>
        </w:rPr>
        <w:t>Coaches should avoid conduct that could reasonably:</w:t>
      </w:r>
    </w:p>
    <w:p w14:paraId="6B54CAFA" w14:textId="77777777" w:rsidR="00464E12" w:rsidRPr="00464E12" w:rsidRDefault="00464E12">
      <w:pPr>
        <w:numPr>
          <w:ilvl w:val="0"/>
          <w:numId w:val="50"/>
        </w:numPr>
        <w:rPr>
          <w:lang w:val="en-GB"/>
        </w:rPr>
      </w:pPr>
      <w:r w:rsidRPr="00464E12">
        <w:rPr>
          <w:lang w:val="en-GB"/>
        </w:rPr>
        <w:t xml:space="preserve">damage the reputation of the platform; </w:t>
      </w:r>
    </w:p>
    <w:p w14:paraId="2EFBB788" w14:textId="77777777" w:rsidR="00464E12" w:rsidRPr="00464E12" w:rsidRDefault="00464E12">
      <w:pPr>
        <w:numPr>
          <w:ilvl w:val="0"/>
          <w:numId w:val="50"/>
        </w:numPr>
        <w:rPr>
          <w:lang w:val="en-GB"/>
        </w:rPr>
      </w:pPr>
      <w:r w:rsidRPr="00464E12">
        <w:rPr>
          <w:lang w:val="en-GB"/>
        </w:rPr>
        <w:t xml:space="preserve">undermine public confidence in coaching services; </w:t>
      </w:r>
    </w:p>
    <w:p w14:paraId="09BCA6AA" w14:textId="77777777" w:rsidR="00464E12" w:rsidRPr="00464E12" w:rsidRDefault="00464E12">
      <w:pPr>
        <w:numPr>
          <w:ilvl w:val="0"/>
          <w:numId w:val="50"/>
        </w:numPr>
        <w:rPr>
          <w:lang w:val="en-GB"/>
        </w:rPr>
      </w:pPr>
      <w:r w:rsidRPr="00464E12">
        <w:rPr>
          <w:lang w:val="en-GB"/>
        </w:rPr>
        <w:t xml:space="preserve">mislead participants; or </w:t>
      </w:r>
    </w:p>
    <w:p w14:paraId="25527B76" w14:textId="77777777" w:rsidR="00464E12" w:rsidRPr="00464E12" w:rsidRDefault="00464E12">
      <w:pPr>
        <w:numPr>
          <w:ilvl w:val="0"/>
          <w:numId w:val="50"/>
        </w:numPr>
        <w:rPr>
          <w:lang w:val="en-GB"/>
        </w:rPr>
      </w:pPr>
      <w:r w:rsidRPr="00464E12">
        <w:rPr>
          <w:lang w:val="en-GB"/>
        </w:rPr>
        <w:t xml:space="preserve">adversely affect other users. </w:t>
      </w:r>
    </w:p>
    <w:p w14:paraId="68571E14" w14:textId="77777777" w:rsidR="00464E12" w:rsidRDefault="00464E12" w:rsidP="00464E12">
      <w:pPr>
        <w:rPr>
          <w:lang w:val="en-GB"/>
        </w:rPr>
      </w:pPr>
      <w:r w:rsidRPr="00464E12">
        <w:rPr>
          <w:lang w:val="en-GB"/>
        </w:rPr>
        <w:t>Where serious or repeated misconduct is identified, My Sports Coach reserves the right to investigate and take appropriate action in accordance with these Terms.</w:t>
      </w:r>
    </w:p>
    <w:p w14:paraId="748F0F05" w14:textId="77777777" w:rsidR="00464E12" w:rsidRPr="00464E12" w:rsidRDefault="00464E12" w:rsidP="00464E12">
      <w:pPr>
        <w:rPr>
          <w:b/>
          <w:bCs/>
          <w:color w:val="365F91" w:themeColor="accent1" w:themeShade="BF"/>
          <w:sz w:val="28"/>
          <w:szCs w:val="28"/>
          <w:lang w:val="en-GB"/>
        </w:rPr>
      </w:pPr>
      <w:r w:rsidRPr="00464E12">
        <w:rPr>
          <w:b/>
          <w:bCs/>
          <w:color w:val="365F91" w:themeColor="accent1" w:themeShade="BF"/>
          <w:sz w:val="28"/>
          <w:szCs w:val="28"/>
          <w:lang w:val="en-GB"/>
        </w:rPr>
        <w:t>10. Bookings</w:t>
      </w:r>
    </w:p>
    <w:p w14:paraId="2F4021A3" w14:textId="77777777" w:rsidR="00464E12" w:rsidRPr="00464E12" w:rsidRDefault="00464E12" w:rsidP="00464E12">
      <w:pPr>
        <w:rPr>
          <w:lang w:val="en-GB"/>
        </w:rPr>
      </w:pPr>
      <w:r w:rsidRPr="00464E12">
        <w:rPr>
          <w:lang w:val="en-GB"/>
        </w:rPr>
        <w:t>The My Sports Coach platform enables participants to discover, request and manage bookings with independent coaches.</w:t>
      </w:r>
    </w:p>
    <w:p w14:paraId="4A573691" w14:textId="77777777" w:rsidR="00464E12" w:rsidRPr="00464E12" w:rsidRDefault="00464E12" w:rsidP="00464E12">
      <w:pPr>
        <w:rPr>
          <w:lang w:val="en-GB"/>
        </w:rPr>
      </w:pPr>
      <w:r w:rsidRPr="00464E12">
        <w:rPr>
          <w:lang w:val="en-GB"/>
        </w:rPr>
        <w:lastRenderedPageBreak/>
        <w:t>Our booking system is designed to provide a secure and transparent way for coaches and participants to arrange coaching services while maintaining accurate booking records and supporting efficient communication.</w:t>
      </w:r>
    </w:p>
    <w:p w14:paraId="0ED5360A" w14:textId="77777777" w:rsidR="00464E12" w:rsidRPr="00464E12" w:rsidRDefault="00464E12" w:rsidP="00464E12">
      <w:pPr>
        <w:rPr>
          <w:lang w:val="en-GB"/>
        </w:rPr>
      </w:pPr>
      <w:r w:rsidRPr="00464E12">
        <w:rPr>
          <w:lang w:val="en-GB"/>
        </w:rPr>
        <w:t>Unless expressly stated otherwise, My Sports Coach facilitates the booking process but is not the provider of the coaching services themselves.</w:t>
      </w:r>
    </w:p>
    <w:p w14:paraId="2486DD8C" w14:textId="77777777" w:rsidR="00464E12" w:rsidRPr="00464E12" w:rsidRDefault="00000000" w:rsidP="00464E12">
      <w:pPr>
        <w:rPr>
          <w:lang w:val="en-GB"/>
        </w:rPr>
      </w:pPr>
      <w:r>
        <w:rPr>
          <w:lang w:val="en-GB"/>
        </w:rPr>
        <w:pict w14:anchorId="2A945548">
          <v:rect id="_x0000_i2296" style="width:0;height:1.5pt" o:hralign="center" o:hrstd="t" o:hr="t" fillcolor="#a0a0a0" stroked="f"/>
        </w:pict>
      </w:r>
    </w:p>
    <w:p w14:paraId="64EE1B60" w14:textId="77777777" w:rsidR="00464E12" w:rsidRPr="00464E12" w:rsidRDefault="00464E12" w:rsidP="00464E12">
      <w:pPr>
        <w:rPr>
          <w:b/>
          <w:bCs/>
          <w:lang w:val="en-GB"/>
        </w:rPr>
      </w:pPr>
      <w:r w:rsidRPr="00464E12">
        <w:rPr>
          <w:b/>
          <w:bCs/>
          <w:color w:val="365F91" w:themeColor="accent1" w:themeShade="BF"/>
          <w:lang w:val="en-GB"/>
        </w:rPr>
        <w:t>10.1 Booking Requests</w:t>
      </w:r>
    </w:p>
    <w:p w14:paraId="1D9D11B6" w14:textId="77777777" w:rsidR="00464E12" w:rsidRPr="00464E12" w:rsidRDefault="00464E12" w:rsidP="00464E12">
      <w:pPr>
        <w:rPr>
          <w:lang w:val="en-GB"/>
        </w:rPr>
      </w:pPr>
      <w:r w:rsidRPr="00464E12">
        <w:rPr>
          <w:lang w:val="en-GB"/>
        </w:rPr>
        <w:t>Participants may submit booking requests for coaching services offered through the My Sports Coach platform.</w:t>
      </w:r>
    </w:p>
    <w:p w14:paraId="2DBD32CF" w14:textId="77777777" w:rsidR="00464E12" w:rsidRPr="00464E12" w:rsidRDefault="00464E12" w:rsidP="00464E12">
      <w:pPr>
        <w:rPr>
          <w:lang w:val="en-GB"/>
        </w:rPr>
      </w:pPr>
      <w:r w:rsidRPr="00464E12">
        <w:rPr>
          <w:lang w:val="en-GB"/>
        </w:rPr>
        <w:t>A booking request does not automatically create a confirmed booking unless the booking process is designed to provide immediate confirmation.</w:t>
      </w:r>
    </w:p>
    <w:p w14:paraId="4E52F1CF" w14:textId="77777777" w:rsidR="00464E12" w:rsidRPr="00464E12" w:rsidRDefault="00464E12" w:rsidP="00464E12">
      <w:pPr>
        <w:rPr>
          <w:lang w:val="en-GB"/>
        </w:rPr>
      </w:pPr>
      <w:r w:rsidRPr="00464E12">
        <w:rPr>
          <w:lang w:val="en-GB"/>
        </w:rPr>
        <w:t>Depending on the services offered by the coach, bookings may require confirmation before becoming final.</w:t>
      </w:r>
    </w:p>
    <w:p w14:paraId="5F137E65" w14:textId="77777777" w:rsidR="00464E12" w:rsidRPr="00464E12" w:rsidRDefault="00000000" w:rsidP="00464E12">
      <w:pPr>
        <w:rPr>
          <w:lang w:val="en-GB"/>
        </w:rPr>
      </w:pPr>
      <w:r>
        <w:rPr>
          <w:lang w:val="en-GB"/>
        </w:rPr>
        <w:pict w14:anchorId="17986AEC">
          <v:rect id="_x0000_i2297" style="width:0;height:1.5pt" o:hralign="center" o:hrstd="t" o:hr="t" fillcolor="#a0a0a0" stroked="f"/>
        </w:pict>
      </w:r>
    </w:p>
    <w:p w14:paraId="09E4CDA0" w14:textId="77777777" w:rsidR="00464E12" w:rsidRPr="00464E12" w:rsidRDefault="00464E12" w:rsidP="00464E12">
      <w:pPr>
        <w:rPr>
          <w:b/>
          <w:bCs/>
          <w:lang w:val="en-GB"/>
        </w:rPr>
      </w:pPr>
      <w:r w:rsidRPr="00464E12">
        <w:rPr>
          <w:b/>
          <w:bCs/>
          <w:color w:val="365F91" w:themeColor="accent1" w:themeShade="BF"/>
          <w:lang w:val="en-GB"/>
        </w:rPr>
        <w:t>10.2 Booking Confirmation</w:t>
      </w:r>
    </w:p>
    <w:p w14:paraId="29B119F1" w14:textId="77777777" w:rsidR="00464E12" w:rsidRPr="00464E12" w:rsidRDefault="00464E12" w:rsidP="00464E12">
      <w:pPr>
        <w:rPr>
          <w:lang w:val="en-GB"/>
        </w:rPr>
      </w:pPr>
      <w:r w:rsidRPr="00464E12">
        <w:rPr>
          <w:lang w:val="en-GB"/>
        </w:rPr>
        <w:t>A booking becomes confirmed when confirmation is provided through the My Sports Coach platform or by another method authorised by My Sports Coach.</w:t>
      </w:r>
    </w:p>
    <w:p w14:paraId="0A3CE97A" w14:textId="77777777" w:rsidR="00464E12" w:rsidRPr="00464E12" w:rsidRDefault="00464E12" w:rsidP="00464E12">
      <w:pPr>
        <w:rPr>
          <w:lang w:val="en-GB"/>
        </w:rPr>
      </w:pPr>
      <w:r w:rsidRPr="00464E12">
        <w:rPr>
          <w:lang w:val="en-GB"/>
        </w:rPr>
        <w:t>Once confirmed, both the participant and the coach are expected to honour the booking unless it is cancelled or amended in accordance with these Terms or any applicable cancellation policy.</w:t>
      </w:r>
    </w:p>
    <w:p w14:paraId="5DD5A644" w14:textId="77777777" w:rsidR="00464E12" w:rsidRPr="00464E12" w:rsidRDefault="00464E12" w:rsidP="00464E12">
      <w:pPr>
        <w:rPr>
          <w:lang w:val="en-GB"/>
        </w:rPr>
      </w:pPr>
      <w:r w:rsidRPr="00464E12">
        <w:rPr>
          <w:lang w:val="en-GB"/>
        </w:rPr>
        <w:t>Participants should carefully review all booking details before confirming a reservation.</w:t>
      </w:r>
    </w:p>
    <w:p w14:paraId="68585A57" w14:textId="77777777" w:rsidR="00464E12" w:rsidRPr="00464E12" w:rsidRDefault="00000000" w:rsidP="00464E12">
      <w:pPr>
        <w:rPr>
          <w:lang w:val="en-GB"/>
        </w:rPr>
      </w:pPr>
      <w:r>
        <w:rPr>
          <w:lang w:val="en-GB"/>
        </w:rPr>
        <w:pict w14:anchorId="4D4AA950">
          <v:rect id="_x0000_i2298" style="width:0;height:1.5pt" o:hralign="center" o:hrstd="t" o:hr="t" fillcolor="#a0a0a0" stroked="f"/>
        </w:pict>
      </w:r>
    </w:p>
    <w:p w14:paraId="208E9B11"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10.3 Information Required for Bookings</w:t>
      </w:r>
    </w:p>
    <w:p w14:paraId="19DF9E64" w14:textId="77777777" w:rsidR="00464E12" w:rsidRPr="00464E12" w:rsidRDefault="00464E12" w:rsidP="00464E12">
      <w:pPr>
        <w:rPr>
          <w:lang w:val="en-GB"/>
        </w:rPr>
      </w:pPr>
      <w:r w:rsidRPr="00464E12">
        <w:rPr>
          <w:lang w:val="en-GB"/>
        </w:rPr>
        <w:t>Participants are responsible for ensuring that all booking information is accurate.</w:t>
      </w:r>
    </w:p>
    <w:p w14:paraId="32CC132F" w14:textId="77777777" w:rsidR="00464E12" w:rsidRPr="00464E12" w:rsidRDefault="00464E12" w:rsidP="00464E12">
      <w:pPr>
        <w:rPr>
          <w:lang w:val="en-GB"/>
        </w:rPr>
      </w:pPr>
      <w:r w:rsidRPr="00464E12">
        <w:rPr>
          <w:lang w:val="en-GB"/>
        </w:rPr>
        <w:t>This may include:</w:t>
      </w:r>
    </w:p>
    <w:p w14:paraId="5A08B608" w14:textId="77777777" w:rsidR="00464E12" w:rsidRPr="00464E12" w:rsidRDefault="00464E12">
      <w:pPr>
        <w:numPr>
          <w:ilvl w:val="0"/>
          <w:numId w:val="51"/>
        </w:numPr>
        <w:rPr>
          <w:lang w:val="en-GB"/>
        </w:rPr>
      </w:pPr>
      <w:r w:rsidRPr="00464E12">
        <w:rPr>
          <w:lang w:val="en-GB"/>
        </w:rPr>
        <w:t xml:space="preserve">participant details; </w:t>
      </w:r>
    </w:p>
    <w:p w14:paraId="1B3C4772" w14:textId="77777777" w:rsidR="00464E12" w:rsidRPr="00464E12" w:rsidRDefault="00464E12">
      <w:pPr>
        <w:numPr>
          <w:ilvl w:val="0"/>
          <w:numId w:val="51"/>
        </w:numPr>
        <w:rPr>
          <w:lang w:val="en-GB"/>
        </w:rPr>
      </w:pPr>
      <w:r w:rsidRPr="00464E12">
        <w:rPr>
          <w:lang w:val="en-GB"/>
        </w:rPr>
        <w:t xml:space="preserve">contact information; </w:t>
      </w:r>
    </w:p>
    <w:p w14:paraId="728DA186" w14:textId="77777777" w:rsidR="00464E12" w:rsidRPr="00464E12" w:rsidRDefault="00464E12">
      <w:pPr>
        <w:numPr>
          <w:ilvl w:val="0"/>
          <w:numId w:val="51"/>
        </w:numPr>
        <w:rPr>
          <w:lang w:val="en-GB"/>
        </w:rPr>
      </w:pPr>
      <w:r w:rsidRPr="00464E12">
        <w:rPr>
          <w:lang w:val="en-GB"/>
        </w:rPr>
        <w:t xml:space="preserve">dates and times; </w:t>
      </w:r>
    </w:p>
    <w:p w14:paraId="3E7A8BF7" w14:textId="77777777" w:rsidR="00464E12" w:rsidRPr="00464E12" w:rsidRDefault="00464E12">
      <w:pPr>
        <w:numPr>
          <w:ilvl w:val="0"/>
          <w:numId w:val="51"/>
        </w:numPr>
        <w:rPr>
          <w:lang w:val="en-GB"/>
        </w:rPr>
      </w:pPr>
      <w:r w:rsidRPr="00464E12">
        <w:rPr>
          <w:lang w:val="en-GB"/>
        </w:rPr>
        <w:t xml:space="preserve">locations; </w:t>
      </w:r>
    </w:p>
    <w:p w14:paraId="7E5846FD" w14:textId="77777777" w:rsidR="00464E12" w:rsidRPr="00464E12" w:rsidRDefault="00464E12">
      <w:pPr>
        <w:numPr>
          <w:ilvl w:val="0"/>
          <w:numId w:val="51"/>
        </w:numPr>
        <w:rPr>
          <w:lang w:val="en-GB"/>
        </w:rPr>
      </w:pPr>
      <w:r w:rsidRPr="00464E12">
        <w:rPr>
          <w:lang w:val="en-GB"/>
        </w:rPr>
        <w:t xml:space="preserve">age groups where applicable; </w:t>
      </w:r>
    </w:p>
    <w:p w14:paraId="1BA843F6" w14:textId="77777777" w:rsidR="00464E12" w:rsidRPr="00464E12" w:rsidRDefault="00464E12">
      <w:pPr>
        <w:numPr>
          <w:ilvl w:val="0"/>
          <w:numId w:val="51"/>
        </w:numPr>
        <w:rPr>
          <w:lang w:val="en-GB"/>
        </w:rPr>
      </w:pPr>
      <w:r w:rsidRPr="00464E12">
        <w:rPr>
          <w:lang w:val="en-GB"/>
        </w:rPr>
        <w:t xml:space="preserve">medical or accessibility information where appropriate; and </w:t>
      </w:r>
    </w:p>
    <w:p w14:paraId="2143E526" w14:textId="77777777" w:rsidR="00464E12" w:rsidRPr="00464E12" w:rsidRDefault="00464E12">
      <w:pPr>
        <w:numPr>
          <w:ilvl w:val="0"/>
          <w:numId w:val="51"/>
        </w:numPr>
        <w:rPr>
          <w:lang w:val="en-GB"/>
        </w:rPr>
      </w:pPr>
      <w:r w:rsidRPr="00464E12">
        <w:rPr>
          <w:lang w:val="en-GB"/>
        </w:rPr>
        <w:lastRenderedPageBreak/>
        <w:t xml:space="preserve">any additional information reasonably requested by the coach. </w:t>
      </w:r>
    </w:p>
    <w:p w14:paraId="44BA9FCC" w14:textId="77777777" w:rsidR="00464E12" w:rsidRPr="00464E12" w:rsidRDefault="00464E12" w:rsidP="00464E12">
      <w:pPr>
        <w:rPr>
          <w:lang w:val="en-GB"/>
        </w:rPr>
      </w:pPr>
      <w:r w:rsidRPr="00464E12">
        <w:rPr>
          <w:lang w:val="en-GB"/>
        </w:rPr>
        <w:t>Providing incomplete or inaccurate information may affect the coach's ability to deliver the booked services safely and effectively.</w:t>
      </w:r>
    </w:p>
    <w:p w14:paraId="46912967" w14:textId="77777777" w:rsidR="00464E12" w:rsidRPr="00464E12" w:rsidRDefault="00000000" w:rsidP="00464E12">
      <w:pPr>
        <w:rPr>
          <w:lang w:val="en-GB"/>
        </w:rPr>
      </w:pPr>
      <w:r>
        <w:rPr>
          <w:lang w:val="en-GB"/>
        </w:rPr>
        <w:pict w14:anchorId="444E4A23">
          <v:rect id="_x0000_i2299" style="width:0;height:1.5pt" o:hralign="center" o:hrstd="t" o:hr="t" fillcolor="#a0a0a0" stroked="f"/>
        </w:pict>
      </w:r>
    </w:p>
    <w:p w14:paraId="49EE3B85"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10.4 Changes to Bookings</w:t>
      </w:r>
    </w:p>
    <w:p w14:paraId="536E34C2" w14:textId="77777777" w:rsidR="00464E12" w:rsidRPr="00464E12" w:rsidRDefault="00464E12" w:rsidP="00464E12">
      <w:pPr>
        <w:rPr>
          <w:lang w:val="en-GB"/>
        </w:rPr>
      </w:pPr>
      <w:r w:rsidRPr="00464E12">
        <w:rPr>
          <w:lang w:val="en-GB"/>
        </w:rPr>
        <w:t>Requests to amend booking dates, times, locations or other arrangements should be made as soon as reasonably practicable.</w:t>
      </w:r>
    </w:p>
    <w:p w14:paraId="45EACF57" w14:textId="77777777" w:rsidR="00464E12" w:rsidRPr="00464E12" w:rsidRDefault="00464E12" w:rsidP="00464E12">
      <w:pPr>
        <w:rPr>
          <w:lang w:val="en-GB"/>
        </w:rPr>
      </w:pPr>
      <w:r w:rsidRPr="00464E12">
        <w:rPr>
          <w:lang w:val="en-GB"/>
        </w:rPr>
        <w:t>Changes remain subject to:</w:t>
      </w:r>
    </w:p>
    <w:p w14:paraId="5C2126C7" w14:textId="77777777" w:rsidR="00464E12" w:rsidRPr="00464E12" w:rsidRDefault="00464E12">
      <w:pPr>
        <w:numPr>
          <w:ilvl w:val="0"/>
          <w:numId w:val="52"/>
        </w:numPr>
        <w:rPr>
          <w:lang w:val="en-GB"/>
        </w:rPr>
      </w:pPr>
      <w:r w:rsidRPr="00464E12">
        <w:rPr>
          <w:lang w:val="en-GB"/>
        </w:rPr>
        <w:t xml:space="preserve">coach availability; </w:t>
      </w:r>
    </w:p>
    <w:p w14:paraId="7ED988E4" w14:textId="77777777" w:rsidR="00464E12" w:rsidRPr="00464E12" w:rsidRDefault="00464E12">
      <w:pPr>
        <w:numPr>
          <w:ilvl w:val="0"/>
          <w:numId w:val="52"/>
        </w:numPr>
        <w:rPr>
          <w:lang w:val="en-GB"/>
        </w:rPr>
      </w:pPr>
      <w:r w:rsidRPr="00464E12">
        <w:rPr>
          <w:lang w:val="en-GB"/>
        </w:rPr>
        <w:t xml:space="preserve">any applicable cancellation or rescheduling policies; </w:t>
      </w:r>
    </w:p>
    <w:p w14:paraId="7A65828B" w14:textId="77777777" w:rsidR="00464E12" w:rsidRPr="00464E12" w:rsidRDefault="00464E12">
      <w:pPr>
        <w:numPr>
          <w:ilvl w:val="0"/>
          <w:numId w:val="52"/>
        </w:numPr>
        <w:rPr>
          <w:lang w:val="en-GB"/>
        </w:rPr>
      </w:pPr>
      <w:r w:rsidRPr="00464E12">
        <w:rPr>
          <w:lang w:val="en-GB"/>
        </w:rPr>
        <w:t xml:space="preserve">payment requirements; and </w:t>
      </w:r>
    </w:p>
    <w:p w14:paraId="234E081B" w14:textId="77777777" w:rsidR="00464E12" w:rsidRPr="00464E12" w:rsidRDefault="00464E12">
      <w:pPr>
        <w:numPr>
          <w:ilvl w:val="0"/>
          <w:numId w:val="52"/>
        </w:numPr>
        <w:rPr>
          <w:lang w:val="en-GB"/>
        </w:rPr>
      </w:pPr>
      <w:r w:rsidRPr="00464E12">
        <w:rPr>
          <w:lang w:val="en-GB"/>
        </w:rPr>
        <w:t xml:space="preserve">agreement between the parties. </w:t>
      </w:r>
    </w:p>
    <w:p w14:paraId="0399C629" w14:textId="77777777" w:rsidR="00464E12" w:rsidRPr="00464E12" w:rsidRDefault="00464E12" w:rsidP="00464E12">
      <w:pPr>
        <w:rPr>
          <w:lang w:val="en-GB"/>
        </w:rPr>
      </w:pPr>
      <w:r w:rsidRPr="00464E12">
        <w:rPr>
          <w:lang w:val="en-GB"/>
        </w:rPr>
        <w:t>My Sports Coach may provide platform tools to facilitate booking amendments but does not guarantee that requested changes can always be accommodated.</w:t>
      </w:r>
    </w:p>
    <w:p w14:paraId="3D53B7E9" w14:textId="77777777" w:rsidR="00464E12" w:rsidRPr="00464E12" w:rsidRDefault="00000000" w:rsidP="00464E12">
      <w:pPr>
        <w:rPr>
          <w:lang w:val="en-GB"/>
        </w:rPr>
      </w:pPr>
      <w:r>
        <w:rPr>
          <w:lang w:val="en-GB"/>
        </w:rPr>
        <w:pict w14:anchorId="0A7F0606">
          <v:rect id="_x0000_i2300" style="width:0;height:1.5pt" o:hralign="center" o:hrstd="t" o:hr="t" fillcolor="#a0a0a0" stroked="f"/>
        </w:pict>
      </w:r>
    </w:p>
    <w:p w14:paraId="4FC33525"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10.5 Cancellations</w:t>
      </w:r>
    </w:p>
    <w:p w14:paraId="0EDA9B92" w14:textId="77777777" w:rsidR="00464E12" w:rsidRPr="00464E12" w:rsidRDefault="00464E12" w:rsidP="00464E12">
      <w:pPr>
        <w:rPr>
          <w:lang w:val="en-GB"/>
        </w:rPr>
      </w:pPr>
      <w:r w:rsidRPr="00464E12">
        <w:rPr>
          <w:lang w:val="en-GB"/>
        </w:rPr>
        <w:t>Booking cancellations are governed by:</w:t>
      </w:r>
    </w:p>
    <w:p w14:paraId="738EDC52" w14:textId="77777777" w:rsidR="00464E12" w:rsidRPr="00464E12" w:rsidRDefault="00464E12">
      <w:pPr>
        <w:numPr>
          <w:ilvl w:val="0"/>
          <w:numId w:val="53"/>
        </w:numPr>
        <w:rPr>
          <w:lang w:val="en-GB"/>
        </w:rPr>
      </w:pPr>
      <w:r w:rsidRPr="00464E12">
        <w:rPr>
          <w:lang w:val="en-GB"/>
        </w:rPr>
        <w:t xml:space="preserve">these Terms; </w:t>
      </w:r>
    </w:p>
    <w:p w14:paraId="4AA71D0A" w14:textId="77777777" w:rsidR="00464E12" w:rsidRPr="00464E12" w:rsidRDefault="00464E12">
      <w:pPr>
        <w:numPr>
          <w:ilvl w:val="0"/>
          <w:numId w:val="53"/>
        </w:numPr>
        <w:rPr>
          <w:lang w:val="en-GB"/>
        </w:rPr>
      </w:pPr>
      <w:r w:rsidRPr="00464E12">
        <w:rPr>
          <w:lang w:val="en-GB"/>
        </w:rPr>
        <w:t xml:space="preserve">any applicable cancellation policy published by My Sports Coach; and </w:t>
      </w:r>
    </w:p>
    <w:p w14:paraId="0811EE2A" w14:textId="77777777" w:rsidR="00464E12" w:rsidRPr="00464E12" w:rsidRDefault="00464E12">
      <w:pPr>
        <w:numPr>
          <w:ilvl w:val="0"/>
          <w:numId w:val="53"/>
        </w:numPr>
        <w:rPr>
          <w:lang w:val="en-GB"/>
        </w:rPr>
      </w:pPr>
      <w:r w:rsidRPr="00464E12">
        <w:rPr>
          <w:lang w:val="en-GB"/>
        </w:rPr>
        <w:t xml:space="preserve">any cancellation terms clearly communicated by the coach before the booking is confirmed. </w:t>
      </w:r>
    </w:p>
    <w:p w14:paraId="32EA7975" w14:textId="77777777" w:rsidR="00464E12" w:rsidRPr="00464E12" w:rsidRDefault="00464E12" w:rsidP="00464E12">
      <w:pPr>
        <w:rPr>
          <w:lang w:val="en-GB"/>
        </w:rPr>
      </w:pPr>
      <w:r w:rsidRPr="00464E12">
        <w:rPr>
          <w:lang w:val="en-GB"/>
        </w:rPr>
        <w:t>Participants and coaches should notify one another as soon as reasonably practicable if a booking needs to be cancelled.</w:t>
      </w:r>
    </w:p>
    <w:p w14:paraId="684239D2" w14:textId="77777777" w:rsidR="00464E12" w:rsidRPr="00464E12" w:rsidRDefault="00464E12" w:rsidP="00464E12">
      <w:pPr>
        <w:rPr>
          <w:lang w:val="en-GB"/>
        </w:rPr>
      </w:pPr>
      <w:r w:rsidRPr="00464E12">
        <w:rPr>
          <w:lang w:val="en-GB"/>
        </w:rPr>
        <w:t xml:space="preserve">Additional information regarding refunds is set out in </w:t>
      </w:r>
      <w:r w:rsidRPr="00464E12">
        <w:rPr>
          <w:b/>
          <w:bCs/>
          <w:lang w:val="en-GB"/>
        </w:rPr>
        <w:t>Section 12 – Cancellations &amp; Refunds</w:t>
      </w:r>
      <w:r w:rsidRPr="00464E12">
        <w:rPr>
          <w:lang w:val="en-GB"/>
        </w:rPr>
        <w:t>.</w:t>
      </w:r>
    </w:p>
    <w:p w14:paraId="4FB10F98" w14:textId="77777777" w:rsidR="00464E12" w:rsidRPr="00464E12" w:rsidRDefault="00000000" w:rsidP="00464E12">
      <w:pPr>
        <w:rPr>
          <w:lang w:val="en-GB"/>
        </w:rPr>
      </w:pPr>
      <w:r>
        <w:rPr>
          <w:lang w:val="en-GB"/>
        </w:rPr>
        <w:pict w14:anchorId="4616B779">
          <v:rect id="_x0000_i2301" style="width:0;height:1.5pt" o:hralign="center" o:hrstd="t" o:hr="t" fillcolor="#a0a0a0" stroked="f"/>
        </w:pict>
      </w:r>
    </w:p>
    <w:p w14:paraId="56B0200C"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10.6 Attendance</w:t>
      </w:r>
    </w:p>
    <w:p w14:paraId="3DCA406E" w14:textId="77777777" w:rsidR="00464E12" w:rsidRPr="00464E12" w:rsidRDefault="00464E12" w:rsidP="00464E12">
      <w:pPr>
        <w:rPr>
          <w:lang w:val="en-GB"/>
        </w:rPr>
      </w:pPr>
      <w:r w:rsidRPr="00464E12">
        <w:rPr>
          <w:lang w:val="en-GB"/>
        </w:rPr>
        <w:t>Participants are responsible for arriving at coaching sessions on time and complying with any reasonable instructions provided by the coach before or during the session.</w:t>
      </w:r>
    </w:p>
    <w:p w14:paraId="13168E29" w14:textId="77777777" w:rsidR="00464E12" w:rsidRPr="00464E12" w:rsidRDefault="00464E12" w:rsidP="00464E12">
      <w:pPr>
        <w:rPr>
          <w:lang w:val="en-GB"/>
        </w:rPr>
      </w:pPr>
      <w:r w:rsidRPr="00464E12">
        <w:rPr>
          <w:lang w:val="en-GB"/>
        </w:rPr>
        <w:lastRenderedPageBreak/>
        <w:t>Where a participant fails to attend a confirmed booking without appropriate notice, cancellation charges or other consequences may apply in accordance with the coach's published policies and these Terms.</w:t>
      </w:r>
    </w:p>
    <w:p w14:paraId="63587855" w14:textId="77777777" w:rsidR="00464E12" w:rsidRPr="00464E12" w:rsidRDefault="00464E12" w:rsidP="00464E12">
      <w:pPr>
        <w:rPr>
          <w:lang w:val="en-GB"/>
        </w:rPr>
      </w:pPr>
      <w:r w:rsidRPr="00464E12">
        <w:rPr>
          <w:lang w:val="en-GB"/>
        </w:rPr>
        <w:t>Similarly, coaches are expected to attend confirmed bookings or provide reasonable notice where circumstances require cancellation or rescheduling.</w:t>
      </w:r>
    </w:p>
    <w:p w14:paraId="540D52FB" w14:textId="77777777" w:rsidR="00464E12" w:rsidRPr="00464E12" w:rsidRDefault="00000000" w:rsidP="00464E12">
      <w:pPr>
        <w:rPr>
          <w:lang w:val="en-GB"/>
        </w:rPr>
      </w:pPr>
      <w:r>
        <w:rPr>
          <w:lang w:val="en-GB"/>
        </w:rPr>
        <w:pict w14:anchorId="708965A3">
          <v:rect id="_x0000_i2302" style="width:0;height:1.5pt" o:hralign="center" o:hrstd="t" o:hr="t" fillcolor="#a0a0a0" stroked="f"/>
        </w:pict>
      </w:r>
    </w:p>
    <w:p w14:paraId="1E355BED"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10.7 Communication</w:t>
      </w:r>
    </w:p>
    <w:p w14:paraId="0014466E" w14:textId="77777777" w:rsidR="00464E12" w:rsidRPr="00464E12" w:rsidRDefault="00464E12" w:rsidP="00464E12">
      <w:pPr>
        <w:rPr>
          <w:lang w:val="en-GB"/>
        </w:rPr>
      </w:pPr>
      <w:r w:rsidRPr="00464E12">
        <w:rPr>
          <w:lang w:val="en-GB"/>
        </w:rPr>
        <w:t>The My Sports Coach platform may provide messaging or other communication features to assist participants and coaches in managing bookings.</w:t>
      </w:r>
    </w:p>
    <w:p w14:paraId="24DE8756" w14:textId="77777777" w:rsidR="00464E12" w:rsidRPr="00464E12" w:rsidRDefault="00464E12" w:rsidP="00464E12">
      <w:pPr>
        <w:rPr>
          <w:lang w:val="en-GB"/>
        </w:rPr>
      </w:pPr>
      <w:r w:rsidRPr="00464E12">
        <w:rPr>
          <w:lang w:val="en-GB"/>
        </w:rPr>
        <w:t>Users should use these features responsibly and professionally.</w:t>
      </w:r>
    </w:p>
    <w:p w14:paraId="07FAA984" w14:textId="77777777" w:rsidR="00464E12" w:rsidRPr="00464E12" w:rsidRDefault="00464E12" w:rsidP="00464E12">
      <w:pPr>
        <w:rPr>
          <w:lang w:val="en-GB"/>
        </w:rPr>
      </w:pPr>
      <w:r w:rsidRPr="00464E12">
        <w:rPr>
          <w:lang w:val="en-GB"/>
        </w:rPr>
        <w:t>Communications must not:</w:t>
      </w:r>
    </w:p>
    <w:p w14:paraId="3645E1B4" w14:textId="77777777" w:rsidR="00464E12" w:rsidRPr="00464E12" w:rsidRDefault="00464E12">
      <w:pPr>
        <w:numPr>
          <w:ilvl w:val="0"/>
          <w:numId w:val="54"/>
        </w:numPr>
        <w:rPr>
          <w:lang w:val="en-GB"/>
        </w:rPr>
      </w:pPr>
      <w:r w:rsidRPr="00464E12">
        <w:rPr>
          <w:lang w:val="en-GB"/>
        </w:rPr>
        <w:t xml:space="preserve">contain abusive or offensive content; </w:t>
      </w:r>
    </w:p>
    <w:p w14:paraId="31F08B6F" w14:textId="77777777" w:rsidR="00464E12" w:rsidRPr="00464E12" w:rsidRDefault="00464E12">
      <w:pPr>
        <w:numPr>
          <w:ilvl w:val="0"/>
          <w:numId w:val="54"/>
        </w:numPr>
        <w:rPr>
          <w:lang w:val="en-GB"/>
        </w:rPr>
      </w:pPr>
      <w:r w:rsidRPr="00464E12">
        <w:rPr>
          <w:lang w:val="en-GB"/>
        </w:rPr>
        <w:t xml:space="preserve">include fraudulent or misleading information; </w:t>
      </w:r>
    </w:p>
    <w:p w14:paraId="74220161" w14:textId="77777777" w:rsidR="00464E12" w:rsidRPr="00464E12" w:rsidRDefault="00464E12">
      <w:pPr>
        <w:numPr>
          <w:ilvl w:val="0"/>
          <w:numId w:val="54"/>
        </w:numPr>
        <w:rPr>
          <w:lang w:val="en-GB"/>
        </w:rPr>
      </w:pPr>
      <w:r w:rsidRPr="00464E12">
        <w:rPr>
          <w:lang w:val="en-GB"/>
        </w:rPr>
        <w:t xml:space="preserve">be used for unlawful purposes; or </w:t>
      </w:r>
    </w:p>
    <w:p w14:paraId="579BE132" w14:textId="77777777" w:rsidR="00464E12" w:rsidRPr="00464E12" w:rsidRDefault="00464E12">
      <w:pPr>
        <w:numPr>
          <w:ilvl w:val="0"/>
          <w:numId w:val="54"/>
        </w:numPr>
        <w:rPr>
          <w:lang w:val="en-GB"/>
        </w:rPr>
      </w:pPr>
      <w:r w:rsidRPr="00464E12">
        <w:rPr>
          <w:lang w:val="en-GB"/>
        </w:rPr>
        <w:t xml:space="preserve">breach these Terms or any applicable platform policies. </w:t>
      </w:r>
    </w:p>
    <w:p w14:paraId="121B17DA" w14:textId="77777777" w:rsidR="00464E12" w:rsidRPr="00464E12" w:rsidRDefault="00000000" w:rsidP="00464E12">
      <w:pPr>
        <w:rPr>
          <w:lang w:val="en-GB"/>
        </w:rPr>
      </w:pPr>
      <w:r>
        <w:rPr>
          <w:lang w:val="en-GB"/>
        </w:rPr>
        <w:pict w14:anchorId="620CFF65">
          <v:rect id="_x0000_i2303" style="width:0;height:1.5pt" o:hralign="center" o:hrstd="t" o:hr="t" fillcolor="#a0a0a0" stroked="f"/>
        </w:pict>
      </w:r>
    </w:p>
    <w:p w14:paraId="346ED41F"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10.8 Booking Records</w:t>
      </w:r>
    </w:p>
    <w:p w14:paraId="1ACC7F82" w14:textId="77777777" w:rsidR="00464E12" w:rsidRPr="00464E12" w:rsidRDefault="00464E12" w:rsidP="00464E12">
      <w:pPr>
        <w:rPr>
          <w:lang w:val="en-GB"/>
        </w:rPr>
      </w:pPr>
      <w:r w:rsidRPr="00464E12">
        <w:rPr>
          <w:lang w:val="en-GB"/>
        </w:rPr>
        <w:t>My Sports Coach may retain records relating to bookings for legitimate business, legal and operational purposes.</w:t>
      </w:r>
    </w:p>
    <w:p w14:paraId="32445453" w14:textId="77777777" w:rsidR="00464E12" w:rsidRPr="00464E12" w:rsidRDefault="00464E12" w:rsidP="00464E12">
      <w:pPr>
        <w:rPr>
          <w:lang w:val="en-GB"/>
        </w:rPr>
      </w:pPr>
      <w:r w:rsidRPr="00464E12">
        <w:rPr>
          <w:lang w:val="en-GB"/>
        </w:rPr>
        <w:t>Booking records may be used to:</w:t>
      </w:r>
    </w:p>
    <w:p w14:paraId="0263D38A" w14:textId="77777777" w:rsidR="00464E12" w:rsidRPr="00464E12" w:rsidRDefault="00464E12">
      <w:pPr>
        <w:numPr>
          <w:ilvl w:val="0"/>
          <w:numId w:val="55"/>
        </w:numPr>
        <w:rPr>
          <w:lang w:val="en-GB"/>
        </w:rPr>
      </w:pPr>
      <w:r w:rsidRPr="00464E12">
        <w:rPr>
          <w:lang w:val="en-GB"/>
        </w:rPr>
        <w:t xml:space="preserve">provide customer support; </w:t>
      </w:r>
    </w:p>
    <w:p w14:paraId="4AB71160" w14:textId="77777777" w:rsidR="00464E12" w:rsidRPr="00464E12" w:rsidRDefault="00464E12">
      <w:pPr>
        <w:numPr>
          <w:ilvl w:val="0"/>
          <w:numId w:val="55"/>
        </w:numPr>
        <w:rPr>
          <w:lang w:val="en-GB"/>
        </w:rPr>
      </w:pPr>
      <w:r w:rsidRPr="00464E12">
        <w:rPr>
          <w:lang w:val="en-GB"/>
        </w:rPr>
        <w:t xml:space="preserve">resolve disputes; </w:t>
      </w:r>
    </w:p>
    <w:p w14:paraId="6C226B36" w14:textId="77777777" w:rsidR="00464E12" w:rsidRPr="00464E12" w:rsidRDefault="00464E12">
      <w:pPr>
        <w:numPr>
          <w:ilvl w:val="0"/>
          <w:numId w:val="55"/>
        </w:numPr>
        <w:rPr>
          <w:lang w:val="en-GB"/>
        </w:rPr>
      </w:pPr>
      <w:r w:rsidRPr="00464E12">
        <w:rPr>
          <w:lang w:val="en-GB"/>
        </w:rPr>
        <w:t xml:space="preserve">administer payments; </w:t>
      </w:r>
    </w:p>
    <w:p w14:paraId="7F77F791" w14:textId="77777777" w:rsidR="00464E12" w:rsidRPr="00464E12" w:rsidRDefault="00464E12">
      <w:pPr>
        <w:numPr>
          <w:ilvl w:val="0"/>
          <w:numId w:val="55"/>
        </w:numPr>
        <w:rPr>
          <w:lang w:val="en-GB"/>
        </w:rPr>
      </w:pPr>
      <w:r w:rsidRPr="00464E12">
        <w:rPr>
          <w:lang w:val="en-GB"/>
        </w:rPr>
        <w:t xml:space="preserve">investigate complaints; </w:t>
      </w:r>
    </w:p>
    <w:p w14:paraId="386166BE" w14:textId="77777777" w:rsidR="00464E12" w:rsidRPr="00464E12" w:rsidRDefault="00464E12">
      <w:pPr>
        <w:numPr>
          <w:ilvl w:val="0"/>
          <w:numId w:val="55"/>
        </w:numPr>
        <w:rPr>
          <w:lang w:val="en-GB"/>
        </w:rPr>
      </w:pPr>
      <w:r w:rsidRPr="00464E12">
        <w:rPr>
          <w:lang w:val="en-GB"/>
        </w:rPr>
        <w:t xml:space="preserve">improve platform services; and </w:t>
      </w:r>
    </w:p>
    <w:p w14:paraId="0BAF649D" w14:textId="77777777" w:rsidR="00464E12" w:rsidRPr="00464E12" w:rsidRDefault="00464E12">
      <w:pPr>
        <w:numPr>
          <w:ilvl w:val="0"/>
          <w:numId w:val="55"/>
        </w:numPr>
        <w:rPr>
          <w:lang w:val="en-GB"/>
        </w:rPr>
      </w:pPr>
      <w:r w:rsidRPr="00464E12">
        <w:rPr>
          <w:lang w:val="en-GB"/>
        </w:rPr>
        <w:t xml:space="preserve">comply with legal obligations. </w:t>
      </w:r>
    </w:p>
    <w:p w14:paraId="62B3897D" w14:textId="77777777" w:rsidR="00464E12" w:rsidRPr="00464E12" w:rsidRDefault="00464E12" w:rsidP="00464E12">
      <w:pPr>
        <w:rPr>
          <w:lang w:val="en-GB"/>
        </w:rPr>
      </w:pPr>
      <w:r w:rsidRPr="00464E12">
        <w:rPr>
          <w:lang w:val="en-GB"/>
        </w:rPr>
        <w:t>Information relating to bookings will be processed in accordance with the My Sports Coach Privacy Policy.</w:t>
      </w:r>
    </w:p>
    <w:p w14:paraId="1CAE71EE" w14:textId="77777777" w:rsidR="00464E12" w:rsidRPr="00464E12" w:rsidRDefault="00000000" w:rsidP="00464E12">
      <w:pPr>
        <w:rPr>
          <w:lang w:val="en-GB"/>
        </w:rPr>
      </w:pPr>
      <w:r>
        <w:rPr>
          <w:lang w:val="en-GB"/>
        </w:rPr>
        <w:pict w14:anchorId="27AEB629">
          <v:rect id="_x0000_i2304" style="width:0;height:1.5pt" o:hralign="center" o:hrstd="t" o:hr="t" fillcolor="#a0a0a0" stroked="f"/>
        </w:pict>
      </w:r>
    </w:p>
    <w:p w14:paraId="6B55720D"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10.9 Independent Coaching Services</w:t>
      </w:r>
    </w:p>
    <w:p w14:paraId="48055E93" w14:textId="77777777" w:rsidR="00464E12" w:rsidRPr="00464E12" w:rsidRDefault="00464E12" w:rsidP="00464E12">
      <w:pPr>
        <w:rPr>
          <w:lang w:val="en-GB"/>
        </w:rPr>
      </w:pPr>
      <w:r w:rsidRPr="00464E12">
        <w:rPr>
          <w:lang w:val="en-GB"/>
        </w:rPr>
        <w:lastRenderedPageBreak/>
        <w:t>Participants acknowledge that coaching services are provided by independent coaches.</w:t>
      </w:r>
    </w:p>
    <w:p w14:paraId="1109FF01" w14:textId="77777777" w:rsidR="00464E12" w:rsidRPr="00464E12" w:rsidRDefault="00464E12" w:rsidP="00464E12">
      <w:pPr>
        <w:rPr>
          <w:lang w:val="en-GB"/>
        </w:rPr>
      </w:pPr>
      <w:r w:rsidRPr="00464E12">
        <w:rPr>
          <w:lang w:val="en-GB"/>
        </w:rPr>
        <w:t>While My Sports Coach provides the booking platform, responsibility for the delivery of coaching services rests with the coach unless expressly stated otherwise.</w:t>
      </w:r>
    </w:p>
    <w:p w14:paraId="4788756C" w14:textId="77777777" w:rsidR="00464E12" w:rsidRPr="00464E12" w:rsidRDefault="00464E12" w:rsidP="00464E12">
      <w:pPr>
        <w:rPr>
          <w:lang w:val="en-GB"/>
        </w:rPr>
      </w:pPr>
      <w:r w:rsidRPr="00464E12">
        <w:rPr>
          <w:lang w:val="en-GB"/>
        </w:rPr>
        <w:t>Participants are encouraged to review coach profiles, qualifications, experience, pricing and reviews before making a booking.</w:t>
      </w:r>
    </w:p>
    <w:p w14:paraId="0FA82BD9" w14:textId="77777777" w:rsidR="00464E12" w:rsidRPr="00464E12" w:rsidRDefault="00464E12" w:rsidP="00464E12">
      <w:pPr>
        <w:rPr>
          <w:b/>
          <w:bCs/>
          <w:color w:val="365F91" w:themeColor="accent1" w:themeShade="BF"/>
          <w:sz w:val="28"/>
          <w:szCs w:val="28"/>
          <w:lang w:val="en-GB"/>
        </w:rPr>
      </w:pPr>
      <w:r w:rsidRPr="00464E12">
        <w:rPr>
          <w:b/>
          <w:bCs/>
          <w:color w:val="365F91" w:themeColor="accent1" w:themeShade="BF"/>
          <w:sz w:val="28"/>
          <w:szCs w:val="28"/>
          <w:lang w:val="en-GB"/>
        </w:rPr>
        <w:t>11. Payments</w:t>
      </w:r>
    </w:p>
    <w:p w14:paraId="41A6D390" w14:textId="77777777" w:rsidR="00464E12" w:rsidRPr="00464E12" w:rsidRDefault="00464E12" w:rsidP="00464E12">
      <w:pPr>
        <w:rPr>
          <w:lang w:val="en-GB"/>
        </w:rPr>
      </w:pPr>
      <w:r w:rsidRPr="00464E12">
        <w:rPr>
          <w:lang w:val="en-GB"/>
        </w:rPr>
        <w:t>My Sports Coach provides secure payment facilities to support bookings made through the platform.</w:t>
      </w:r>
    </w:p>
    <w:p w14:paraId="380F09D7" w14:textId="77777777" w:rsidR="00464E12" w:rsidRPr="00464E12" w:rsidRDefault="00464E12" w:rsidP="00464E12">
      <w:pPr>
        <w:rPr>
          <w:lang w:val="en-GB"/>
        </w:rPr>
      </w:pPr>
      <w:r w:rsidRPr="00464E12">
        <w:rPr>
          <w:lang w:val="en-GB"/>
        </w:rPr>
        <w:t>Where payment services are available, participants agree to pay all applicable charges associated with their bookings, and coaches agree to receive payments in accordance with these Terms and any additional payment arrangements published by My Sports Coach.</w:t>
      </w:r>
    </w:p>
    <w:p w14:paraId="33F93E5E" w14:textId="77777777" w:rsidR="00464E12" w:rsidRPr="00464E12" w:rsidRDefault="00464E12" w:rsidP="00464E12">
      <w:pPr>
        <w:rPr>
          <w:lang w:val="en-GB"/>
        </w:rPr>
      </w:pPr>
      <w:r w:rsidRPr="00464E12">
        <w:rPr>
          <w:lang w:val="en-GB"/>
        </w:rPr>
        <w:t>All payments processed through the platform are subject to applicable payment provider requirements and any additional terms communicated during the booking process.</w:t>
      </w:r>
    </w:p>
    <w:p w14:paraId="7BDA7E00" w14:textId="77777777" w:rsidR="00464E12" w:rsidRPr="00464E12" w:rsidRDefault="00000000" w:rsidP="00464E12">
      <w:pPr>
        <w:rPr>
          <w:lang w:val="en-GB"/>
        </w:rPr>
      </w:pPr>
      <w:r>
        <w:rPr>
          <w:lang w:val="en-GB"/>
        </w:rPr>
        <w:pict w14:anchorId="0197460D">
          <v:rect id="_x0000_i2305" style="width:0;height:1.5pt" o:hralign="center" o:hrstd="t" o:hr="t" fillcolor="#a0a0a0" stroked="f"/>
        </w:pict>
      </w:r>
    </w:p>
    <w:p w14:paraId="0820CEBF"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11.1 Payment Methods</w:t>
      </w:r>
    </w:p>
    <w:p w14:paraId="6DA83BE4" w14:textId="77777777" w:rsidR="00464E12" w:rsidRPr="00464E12" w:rsidRDefault="00464E12" w:rsidP="00464E12">
      <w:pPr>
        <w:rPr>
          <w:lang w:val="en-GB"/>
        </w:rPr>
      </w:pPr>
      <w:r w:rsidRPr="00464E12">
        <w:rPr>
          <w:lang w:val="en-GB"/>
        </w:rPr>
        <w:t>Payments may be made using the payment methods made available through the My Sports Coach platform from time to time.</w:t>
      </w:r>
    </w:p>
    <w:p w14:paraId="6A0E971B" w14:textId="77777777" w:rsidR="00464E12" w:rsidRPr="00464E12" w:rsidRDefault="00464E12" w:rsidP="00464E12">
      <w:pPr>
        <w:rPr>
          <w:lang w:val="en-GB"/>
        </w:rPr>
      </w:pPr>
      <w:r w:rsidRPr="00464E12">
        <w:rPr>
          <w:lang w:val="en-GB"/>
        </w:rPr>
        <w:t>Available payment methods may include:</w:t>
      </w:r>
    </w:p>
    <w:p w14:paraId="4CC7DB9F" w14:textId="77777777" w:rsidR="00464E12" w:rsidRPr="00464E12" w:rsidRDefault="00464E12">
      <w:pPr>
        <w:numPr>
          <w:ilvl w:val="0"/>
          <w:numId w:val="56"/>
        </w:numPr>
        <w:rPr>
          <w:lang w:val="en-GB"/>
        </w:rPr>
      </w:pPr>
      <w:r w:rsidRPr="00464E12">
        <w:rPr>
          <w:lang w:val="en-GB"/>
        </w:rPr>
        <w:t xml:space="preserve">debit cards; </w:t>
      </w:r>
    </w:p>
    <w:p w14:paraId="2A41436C" w14:textId="77777777" w:rsidR="00464E12" w:rsidRPr="00464E12" w:rsidRDefault="00464E12">
      <w:pPr>
        <w:numPr>
          <w:ilvl w:val="0"/>
          <w:numId w:val="56"/>
        </w:numPr>
        <w:rPr>
          <w:lang w:val="en-GB"/>
        </w:rPr>
      </w:pPr>
      <w:r w:rsidRPr="00464E12">
        <w:rPr>
          <w:lang w:val="en-GB"/>
        </w:rPr>
        <w:t xml:space="preserve">credit cards; </w:t>
      </w:r>
    </w:p>
    <w:p w14:paraId="24C445DA" w14:textId="77777777" w:rsidR="00464E12" w:rsidRPr="00464E12" w:rsidRDefault="00464E12">
      <w:pPr>
        <w:numPr>
          <w:ilvl w:val="0"/>
          <w:numId w:val="56"/>
        </w:numPr>
        <w:rPr>
          <w:lang w:val="en-GB"/>
        </w:rPr>
      </w:pPr>
      <w:r w:rsidRPr="00464E12">
        <w:rPr>
          <w:lang w:val="en-GB"/>
        </w:rPr>
        <w:t xml:space="preserve">digital payment services; </w:t>
      </w:r>
    </w:p>
    <w:p w14:paraId="18B877D7" w14:textId="77777777" w:rsidR="00464E12" w:rsidRPr="00464E12" w:rsidRDefault="00464E12">
      <w:pPr>
        <w:numPr>
          <w:ilvl w:val="0"/>
          <w:numId w:val="56"/>
        </w:numPr>
        <w:rPr>
          <w:lang w:val="en-GB"/>
        </w:rPr>
      </w:pPr>
      <w:r w:rsidRPr="00464E12">
        <w:rPr>
          <w:lang w:val="en-GB"/>
        </w:rPr>
        <w:t xml:space="preserve">online payment providers; or </w:t>
      </w:r>
    </w:p>
    <w:p w14:paraId="77DA3D0E" w14:textId="77777777" w:rsidR="00464E12" w:rsidRPr="00464E12" w:rsidRDefault="00464E12">
      <w:pPr>
        <w:numPr>
          <w:ilvl w:val="0"/>
          <w:numId w:val="56"/>
        </w:numPr>
        <w:rPr>
          <w:lang w:val="en-GB"/>
        </w:rPr>
      </w:pPr>
      <w:r w:rsidRPr="00464E12">
        <w:rPr>
          <w:lang w:val="en-GB"/>
        </w:rPr>
        <w:t xml:space="preserve">other approved payment methods. </w:t>
      </w:r>
    </w:p>
    <w:p w14:paraId="0A654D02" w14:textId="77777777" w:rsidR="00464E12" w:rsidRPr="00464E12" w:rsidRDefault="00464E12" w:rsidP="00464E12">
      <w:pPr>
        <w:rPr>
          <w:lang w:val="en-GB"/>
        </w:rPr>
      </w:pPr>
      <w:r w:rsidRPr="00464E12">
        <w:rPr>
          <w:lang w:val="en-GB"/>
        </w:rPr>
        <w:t>My Sports Coach reserves the right to add, remove or amend accepted payment methods at any time.</w:t>
      </w:r>
    </w:p>
    <w:p w14:paraId="6B47F035" w14:textId="77777777" w:rsidR="00464E12" w:rsidRPr="00464E12" w:rsidRDefault="00000000" w:rsidP="00464E12">
      <w:pPr>
        <w:rPr>
          <w:lang w:val="en-GB"/>
        </w:rPr>
      </w:pPr>
      <w:r>
        <w:rPr>
          <w:lang w:val="en-GB"/>
        </w:rPr>
        <w:pict w14:anchorId="2367006B">
          <v:rect id="_x0000_i2306" style="width:0;height:1.5pt" o:hralign="center" o:hrstd="t" o:hr="t" fillcolor="#a0a0a0" stroked="f"/>
        </w:pict>
      </w:r>
    </w:p>
    <w:p w14:paraId="41D72115"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11.2 Payment Processing</w:t>
      </w:r>
    </w:p>
    <w:p w14:paraId="751CF7F8" w14:textId="77777777" w:rsidR="00464E12" w:rsidRPr="00464E12" w:rsidRDefault="00464E12" w:rsidP="00464E12">
      <w:pPr>
        <w:rPr>
          <w:lang w:val="en-GB"/>
        </w:rPr>
      </w:pPr>
      <w:r w:rsidRPr="00464E12">
        <w:rPr>
          <w:lang w:val="en-GB"/>
        </w:rPr>
        <w:t>Payments made through the platform are processed by authorised third-party payment providers.</w:t>
      </w:r>
    </w:p>
    <w:p w14:paraId="7361E106" w14:textId="77777777" w:rsidR="00464E12" w:rsidRPr="00464E12" w:rsidRDefault="00464E12" w:rsidP="00464E12">
      <w:pPr>
        <w:rPr>
          <w:lang w:val="en-GB"/>
        </w:rPr>
      </w:pPr>
      <w:r w:rsidRPr="00464E12">
        <w:rPr>
          <w:lang w:val="en-GB"/>
        </w:rPr>
        <w:t>My Sports Coach does not normally process or store complete payment card information on its own systems.</w:t>
      </w:r>
    </w:p>
    <w:p w14:paraId="0D028DCE" w14:textId="77777777" w:rsidR="00464E12" w:rsidRPr="00464E12" w:rsidRDefault="00464E12" w:rsidP="00464E12">
      <w:pPr>
        <w:rPr>
          <w:lang w:val="en-GB"/>
        </w:rPr>
      </w:pPr>
      <w:r w:rsidRPr="00464E12">
        <w:rPr>
          <w:lang w:val="en-GB"/>
        </w:rPr>
        <w:lastRenderedPageBreak/>
        <w:t>Payment providers are responsible for securely processing payment transactions in accordance with their own terms, privacy policies and applicable industry security standards.</w:t>
      </w:r>
    </w:p>
    <w:p w14:paraId="3606DD98" w14:textId="77777777" w:rsidR="00464E12" w:rsidRPr="00464E12" w:rsidRDefault="00000000" w:rsidP="00464E12">
      <w:pPr>
        <w:rPr>
          <w:lang w:val="en-GB"/>
        </w:rPr>
      </w:pPr>
      <w:r>
        <w:rPr>
          <w:lang w:val="en-GB"/>
        </w:rPr>
        <w:pict w14:anchorId="4187DC58">
          <v:rect id="_x0000_i2307" style="width:0;height:1.5pt" o:hralign="center" o:hrstd="t" o:hr="t" fillcolor="#a0a0a0" stroked="f"/>
        </w:pict>
      </w:r>
    </w:p>
    <w:p w14:paraId="406FEE2E"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11.3 Payment Authorisation</w:t>
      </w:r>
    </w:p>
    <w:p w14:paraId="21112C03" w14:textId="77777777" w:rsidR="00464E12" w:rsidRPr="00464E12" w:rsidRDefault="00464E12" w:rsidP="00464E12">
      <w:pPr>
        <w:rPr>
          <w:lang w:val="en-GB"/>
        </w:rPr>
      </w:pPr>
      <w:r w:rsidRPr="00464E12">
        <w:rPr>
          <w:lang w:val="en-GB"/>
        </w:rPr>
        <w:t>By submitting payment details, you confirm that:</w:t>
      </w:r>
    </w:p>
    <w:p w14:paraId="2AD225A4" w14:textId="77777777" w:rsidR="00464E12" w:rsidRPr="00464E12" w:rsidRDefault="00464E12">
      <w:pPr>
        <w:numPr>
          <w:ilvl w:val="0"/>
          <w:numId w:val="57"/>
        </w:numPr>
        <w:rPr>
          <w:lang w:val="en-GB"/>
        </w:rPr>
      </w:pPr>
      <w:r w:rsidRPr="00464E12">
        <w:rPr>
          <w:lang w:val="en-GB"/>
        </w:rPr>
        <w:t xml:space="preserve">you are authorised to use the selected payment method; </w:t>
      </w:r>
    </w:p>
    <w:p w14:paraId="5AFAC10B" w14:textId="77777777" w:rsidR="00464E12" w:rsidRPr="00464E12" w:rsidRDefault="00464E12">
      <w:pPr>
        <w:numPr>
          <w:ilvl w:val="0"/>
          <w:numId w:val="57"/>
        </w:numPr>
        <w:rPr>
          <w:lang w:val="en-GB"/>
        </w:rPr>
      </w:pPr>
      <w:r w:rsidRPr="00464E12">
        <w:rPr>
          <w:lang w:val="en-GB"/>
        </w:rPr>
        <w:t xml:space="preserve">sufficient funds or credit are available; </w:t>
      </w:r>
    </w:p>
    <w:p w14:paraId="60CCB33D" w14:textId="77777777" w:rsidR="00464E12" w:rsidRPr="00464E12" w:rsidRDefault="00464E12">
      <w:pPr>
        <w:numPr>
          <w:ilvl w:val="0"/>
          <w:numId w:val="57"/>
        </w:numPr>
        <w:rPr>
          <w:lang w:val="en-GB"/>
        </w:rPr>
      </w:pPr>
      <w:r w:rsidRPr="00464E12">
        <w:rPr>
          <w:lang w:val="en-GB"/>
        </w:rPr>
        <w:t xml:space="preserve">the payment information provided is accurate; and </w:t>
      </w:r>
    </w:p>
    <w:p w14:paraId="280508BF" w14:textId="77777777" w:rsidR="00464E12" w:rsidRPr="00464E12" w:rsidRDefault="00464E12">
      <w:pPr>
        <w:numPr>
          <w:ilvl w:val="0"/>
          <w:numId w:val="57"/>
        </w:numPr>
        <w:rPr>
          <w:lang w:val="en-GB"/>
        </w:rPr>
      </w:pPr>
      <w:r w:rsidRPr="00464E12">
        <w:rPr>
          <w:lang w:val="en-GB"/>
        </w:rPr>
        <w:t xml:space="preserve">you authorise the payment provider to process the transaction. </w:t>
      </w:r>
    </w:p>
    <w:p w14:paraId="642D5C34" w14:textId="77777777" w:rsidR="00464E12" w:rsidRPr="00464E12" w:rsidRDefault="00464E12" w:rsidP="00464E12">
      <w:pPr>
        <w:rPr>
          <w:lang w:val="en-GB"/>
        </w:rPr>
      </w:pPr>
      <w:r w:rsidRPr="00464E12">
        <w:rPr>
          <w:lang w:val="en-GB"/>
        </w:rPr>
        <w:t>Where payment authorisation fails, bookings may not be confirmed until successful payment has been received.</w:t>
      </w:r>
    </w:p>
    <w:p w14:paraId="3B372868" w14:textId="77777777" w:rsidR="00464E12" w:rsidRPr="00464E12" w:rsidRDefault="00000000" w:rsidP="00464E12">
      <w:pPr>
        <w:rPr>
          <w:lang w:val="en-GB"/>
        </w:rPr>
      </w:pPr>
      <w:r>
        <w:rPr>
          <w:lang w:val="en-GB"/>
        </w:rPr>
        <w:pict w14:anchorId="141CE849">
          <v:rect id="_x0000_i2308" style="width:0;height:1.5pt" o:hralign="center" o:hrstd="t" o:hr="t" fillcolor="#a0a0a0" stroked="f"/>
        </w:pict>
      </w:r>
    </w:p>
    <w:p w14:paraId="4E15FEBD"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11.4 Pricing</w:t>
      </w:r>
    </w:p>
    <w:p w14:paraId="3CDA7426" w14:textId="77777777" w:rsidR="00464E12" w:rsidRPr="00464E12" w:rsidRDefault="00464E12" w:rsidP="00464E12">
      <w:pPr>
        <w:rPr>
          <w:lang w:val="en-GB"/>
        </w:rPr>
      </w:pPr>
      <w:r w:rsidRPr="00464E12">
        <w:rPr>
          <w:lang w:val="en-GB"/>
        </w:rPr>
        <w:t>Coaches are responsible for ensuring that the pricing displayed on their profiles is accurate.</w:t>
      </w:r>
    </w:p>
    <w:p w14:paraId="23A6A754" w14:textId="77777777" w:rsidR="00464E12" w:rsidRPr="00464E12" w:rsidRDefault="00464E12" w:rsidP="00464E12">
      <w:pPr>
        <w:rPr>
          <w:lang w:val="en-GB"/>
        </w:rPr>
      </w:pPr>
      <w:r w:rsidRPr="00464E12">
        <w:rPr>
          <w:lang w:val="en-GB"/>
        </w:rPr>
        <w:t>Unless otherwise stated, prices displayed through the platform include only the coaching services described within the booking.</w:t>
      </w:r>
    </w:p>
    <w:p w14:paraId="4B6E0CF8" w14:textId="77777777" w:rsidR="00464E12" w:rsidRPr="00464E12" w:rsidRDefault="00464E12" w:rsidP="00464E12">
      <w:pPr>
        <w:rPr>
          <w:lang w:val="en-GB"/>
        </w:rPr>
      </w:pPr>
      <w:r w:rsidRPr="00464E12">
        <w:rPr>
          <w:lang w:val="en-GB"/>
        </w:rPr>
        <w:t>Additional charges may apply where clearly communicated before a booking is confirmed, such as venue hire, equipment costs or other agreed services.</w:t>
      </w:r>
    </w:p>
    <w:p w14:paraId="57F45C8F" w14:textId="77777777" w:rsidR="00464E12" w:rsidRPr="00464E12" w:rsidRDefault="00000000" w:rsidP="00464E12">
      <w:pPr>
        <w:rPr>
          <w:lang w:val="en-GB"/>
        </w:rPr>
      </w:pPr>
      <w:r>
        <w:rPr>
          <w:lang w:val="en-GB"/>
        </w:rPr>
        <w:pict w14:anchorId="3407FF41">
          <v:rect id="_x0000_i2309" style="width:0;height:1.5pt" o:hralign="center" o:hrstd="t" o:hr="t" fillcolor="#a0a0a0" stroked="f"/>
        </w:pict>
      </w:r>
    </w:p>
    <w:p w14:paraId="548FCB51"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11.5 Coach Payments</w:t>
      </w:r>
    </w:p>
    <w:p w14:paraId="2B77B573" w14:textId="639F2621" w:rsidR="00464E12" w:rsidRPr="00464E12" w:rsidRDefault="00BC0A9A" w:rsidP="00464E12">
      <w:pPr>
        <w:rPr>
          <w:lang w:val="en-GB"/>
        </w:rPr>
      </w:pPr>
      <w:r w:rsidRPr="00BC0A9A">
        <w:t>Where applicable, platform commission will be deducted before coach payouts are processed</w:t>
      </w:r>
      <w:r>
        <w:t xml:space="preserve"> </w:t>
      </w:r>
      <w:r w:rsidR="00464E12" w:rsidRPr="00464E12">
        <w:rPr>
          <w:lang w:val="en-GB"/>
        </w:rPr>
        <w:t>in accordance with the payment schedule, verification requirements and operational procedures published by My Sports Coach.</w:t>
      </w:r>
    </w:p>
    <w:p w14:paraId="2A78BA25" w14:textId="77777777" w:rsidR="00464E12" w:rsidRPr="00464E12" w:rsidRDefault="00464E12" w:rsidP="00464E12">
      <w:pPr>
        <w:rPr>
          <w:lang w:val="en-GB"/>
        </w:rPr>
      </w:pPr>
      <w:r w:rsidRPr="00464E12">
        <w:rPr>
          <w:lang w:val="en-GB"/>
        </w:rPr>
        <w:t>Coaches are responsible for ensuring that:</w:t>
      </w:r>
    </w:p>
    <w:p w14:paraId="7489EE36" w14:textId="77777777" w:rsidR="00464E12" w:rsidRPr="00464E12" w:rsidRDefault="00464E12">
      <w:pPr>
        <w:numPr>
          <w:ilvl w:val="0"/>
          <w:numId w:val="58"/>
        </w:numPr>
        <w:rPr>
          <w:lang w:val="en-GB"/>
        </w:rPr>
      </w:pPr>
      <w:r w:rsidRPr="00464E12">
        <w:rPr>
          <w:lang w:val="en-GB"/>
        </w:rPr>
        <w:t xml:space="preserve">payout information is accurate; </w:t>
      </w:r>
    </w:p>
    <w:p w14:paraId="6A848679" w14:textId="77777777" w:rsidR="00464E12" w:rsidRPr="00464E12" w:rsidRDefault="00464E12">
      <w:pPr>
        <w:numPr>
          <w:ilvl w:val="0"/>
          <w:numId w:val="58"/>
        </w:numPr>
        <w:rPr>
          <w:lang w:val="en-GB"/>
        </w:rPr>
      </w:pPr>
      <w:r w:rsidRPr="00464E12">
        <w:rPr>
          <w:lang w:val="en-GB"/>
        </w:rPr>
        <w:t xml:space="preserve">bank account details remain up to date; </w:t>
      </w:r>
    </w:p>
    <w:p w14:paraId="7927CFB5" w14:textId="77777777" w:rsidR="00464E12" w:rsidRPr="00464E12" w:rsidRDefault="00464E12">
      <w:pPr>
        <w:numPr>
          <w:ilvl w:val="0"/>
          <w:numId w:val="58"/>
        </w:numPr>
        <w:rPr>
          <w:lang w:val="en-GB"/>
        </w:rPr>
      </w:pPr>
      <w:r w:rsidRPr="00464E12">
        <w:rPr>
          <w:lang w:val="en-GB"/>
        </w:rPr>
        <w:t xml:space="preserve">tax information is correct where required; and </w:t>
      </w:r>
    </w:p>
    <w:p w14:paraId="07584759" w14:textId="77777777" w:rsidR="00464E12" w:rsidRPr="00464E12" w:rsidRDefault="00464E12">
      <w:pPr>
        <w:numPr>
          <w:ilvl w:val="0"/>
          <w:numId w:val="58"/>
        </w:numPr>
        <w:rPr>
          <w:lang w:val="en-GB"/>
        </w:rPr>
      </w:pPr>
      <w:r w:rsidRPr="00464E12">
        <w:rPr>
          <w:lang w:val="en-GB"/>
        </w:rPr>
        <w:t xml:space="preserve">they comply with all applicable taxation and accounting obligations. </w:t>
      </w:r>
    </w:p>
    <w:p w14:paraId="60B5C6B8" w14:textId="77777777" w:rsidR="00464E12" w:rsidRPr="00464E12" w:rsidRDefault="00464E12" w:rsidP="00464E12">
      <w:pPr>
        <w:rPr>
          <w:lang w:val="en-GB"/>
        </w:rPr>
      </w:pPr>
      <w:r w:rsidRPr="00464E12">
        <w:rPr>
          <w:lang w:val="en-GB"/>
        </w:rPr>
        <w:lastRenderedPageBreak/>
        <w:t>My Sports Coach may delay or withhold payouts where reasonably necessary to investigate fraud, resolve disputes, comply with legal obligations or protect the integrity of the platform.</w:t>
      </w:r>
    </w:p>
    <w:p w14:paraId="3895732F" w14:textId="77777777" w:rsidR="00464E12" w:rsidRPr="00464E12" w:rsidRDefault="00000000" w:rsidP="00464E12">
      <w:pPr>
        <w:rPr>
          <w:lang w:val="en-GB"/>
        </w:rPr>
      </w:pPr>
      <w:r>
        <w:rPr>
          <w:lang w:val="en-GB"/>
        </w:rPr>
        <w:pict w14:anchorId="31D82613">
          <v:rect id="_x0000_i2310" style="width:0;height:1.5pt" o:hralign="center" o:hrstd="t" o:hr="t" fillcolor="#a0a0a0" stroked="f"/>
        </w:pict>
      </w:r>
    </w:p>
    <w:p w14:paraId="5870B2F5"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11.6 Failed Payments</w:t>
      </w:r>
    </w:p>
    <w:p w14:paraId="768E3585" w14:textId="77777777" w:rsidR="00464E12" w:rsidRPr="00464E12" w:rsidRDefault="00464E12" w:rsidP="00464E12">
      <w:pPr>
        <w:rPr>
          <w:lang w:val="en-GB"/>
        </w:rPr>
      </w:pPr>
      <w:r w:rsidRPr="00464E12">
        <w:rPr>
          <w:lang w:val="en-GB"/>
        </w:rPr>
        <w:t>Where a payment cannot be successfully processed, My Sports Coach may:</w:t>
      </w:r>
    </w:p>
    <w:p w14:paraId="48A82B53" w14:textId="77777777" w:rsidR="00464E12" w:rsidRPr="00464E12" w:rsidRDefault="00464E12">
      <w:pPr>
        <w:numPr>
          <w:ilvl w:val="0"/>
          <w:numId w:val="59"/>
        </w:numPr>
        <w:rPr>
          <w:lang w:val="en-GB"/>
        </w:rPr>
      </w:pPr>
      <w:r w:rsidRPr="00464E12">
        <w:rPr>
          <w:lang w:val="en-GB"/>
        </w:rPr>
        <w:t xml:space="preserve">decline the booking; </w:t>
      </w:r>
    </w:p>
    <w:p w14:paraId="7692DA4D" w14:textId="77777777" w:rsidR="00464E12" w:rsidRPr="00464E12" w:rsidRDefault="00464E12">
      <w:pPr>
        <w:numPr>
          <w:ilvl w:val="0"/>
          <w:numId w:val="59"/>
        </w:numPr>
        <w:rPr>
          <w:lang w:val="en-GB"/>
        </w:rPr>
      </w:pPr>
      <w:r w:rsidRPr="00464E12">
        <w:rPr>
          <w:lang w:val="en-GB"/>
        </w:rPr>
        <w:t xml:space="preserve">suspend confirmation of the booking; </w:t>
      </w:r>
    </w:p>
    <w:p w14:paraId="7ACDC34A" w14:textId="77777777" w:rsidR="00464E12" w:rsidRPr="00464E12" w:rsidRDefault="00464E12">
      <w:pPr>
        <w:numPr>
          <w:ilvl w:val="0"/>
          <w:numId w:val="59"/>
        </w:numPr>
        <w:rPr>
          <w:lang w:val="en-GB"/>
        </w:rPr>
      </w:pPr>
      <w:r w:rsidRPr="00464E12">
        <w:rPr>
          <w:lang w:val="en-GB"/>
        </w:rPr>
        <w:t xml:space="preserve">request an alternative payment method; </w:t>
      </w:r>
    </w:p>
    <w:p w14:paraId="42C9EFE2" w14:textId="77777777" w:rsidR="00464E12" w:rsidRPr="00464E12" w:rsidRDefault="00464E12">
      <w:pPr>
        <w:numPr>
          <w:ilvl w:val="0"/>
          <w:numId w:val="59"/>
        </w:numPr>
        <w:rPr>
          <w:lang w:val="en-GB"/>
        </w:rPr>
      </w:pPr>
      <w:r w:rsidRPr="00464E12">
        <w:rPr>
          <w:lang w:val="en-GB"/>
        </w:rPr>
        <w:t xml:space="preserve">cancel the transaction; or </w:t>
      </w:r>
    </w:p>
    <w:p w14:paraId="580490A2" w14:textId="77777777" w:rsidR="00464E12" w:rsidRPr="00464E12" w:rsidRDefault="00464E12">
      <w:pPr>
        <w:numPr>
          <w:ilvl w:val="0"/>
          <w:numId w:val="59"/>
        </w:numPr>
        <w:rPr>
          <w:lang w:val="en-GB"/>
        </w:rPr>
      </w:pPr>
      <w:r w:rsidRPr="00464E12">
        <w:rPr>
          <w:lang w:val="en-GB"/>
        </w:rPr>
        <w:t xml:space="preserve">take any other reasonable action necessary to complete or protect the transaction. </w:t>
      </w:r>
    </w:p>
    <w:p w14:paraId="422D8765" w14:textId="77777777" w:rsidR="00464E12" w:rsidRPr="00464E12" w:rsidRDefault="00464E12" w:rsidP="00464E12">
      <w:pPr>
        <w:rPr>
          <w:lang w:val="en-GB"/>
        </w:rPr>
      </w:pPr>
      <w:r w:rsidRPr="00464E12">
        <w:rPr>
          <w:lang w:val="en-GB"/>
        </w:rPr>
        <w:t>Users remain responsible for any outstanding amounts owed.</w:t>
      </w:r>
    </w:p>
    <w:p w14:paraId="67B000C9" w14:textId="77777777" w:rsidR="00464E12" w:rsidRPr="00464E12" w:rsidRDefault="00000000" w:rsidP="00464E12">
      <w:pPr>
        <w:rPr>
          <w:lang w:val="en-GB"/>
        </w:rPr>
      </w:pPr>
      <w:r>
        <w:rPr>
          <w:lang w:val="en-GB"/>
        </w:rPr>
        <w:pict w14:anchorId="4C3968FD">
          <v:rect id="_x0000_i2311" style="width:0;height:1.5pt" o:hralign="center" o:hrstd="t" o:hr="t" fillcolor="#a0a0a0" stroked="f"/>
        </w:pict>
      </w:r>
    </w:p>
    <w:p w14:paraId="5EFD7807" w14:textId="77777777" w:rsidR="00464E12" w:rsidRDefault="00464E12" w:rsidP="00464E12">
      <w:pPr>
        <w:rPr>
          <w:b/>
          <w:bCs/>
          <w:lang w:val="en-GB"/>
        </w:rPr>
      </w:pPr>
    </w:p>
    <w:p w14:paraId="661B09B7" w14:textId="7FB1B1C3" w:rsidR="00464E12" w:rsidRPr="00464E12" w:rsidRDefault="00464E12" w:rsidP="00464E12">
      <w:pPr>
        <w:rPr>
          <w:b/>
          <w:bCs/>
          <w:color w:val="365F91" w:themeColor="accent1" w:themeShade="BF"/>
          <w:lang w:val="en-GB"/>
        </w:rPr>
      </w:pPr>
      <w:r w:rsidRPr="00464E12">
        <w:rPr>
          <w:b/>
          <w:bCs/>
          <w:color w:val="365F91" w:themeColor="accent1" w:themeShade="BF"/>
          <w:lang w:val="en-GB"/>
        </w:rPr>
        <w:t>11.7 Payment Records</w:t>
      </w:r>
    </w:p>
    <w:p w14:paraId="3650A47F" w14:textId="77777777" w:rsidR="00464E12" w:rsidRPr="00464E12" w:rsidRDefault="00464E12" w:rsidP="00464E12">
      <w:pPr>
        <w:rPr>
          <w:lang w:val="en-GB"/>
        </w:rPr>
      </w:pPr>
      <w:r w:rsidRPr="00464E12">
        <w:rPr>
          <w:lang w:val="en-GB"/>
        </w:rPr>
        <w:t>My Sports Coach may retain records relating to payments and financial transactions for purposes including:</w:t>
      </w:r>
    </w:p>
    <w:p w14:paraId="4EC36F02" w14:textId="77777777" w:rsidR="00464E12" w:rsidRPr="00464E12" w:rsidRDefault="00464E12">
      <w:pPr>
        <w:numPr>
          <w:ilvl w:val="0"/>
          <w:numId w:val="60"/>
        </w:numPr>
        <w:rPr>
          <w:lang w:val="en-GB"/>
        </w:rPr>
      </w:pPr>
      <w:r w:rsidRPr="00464E12">
        <w:rPr>
          <w:lang w:val="en-GB"/>
        </w:rPr>
        <w:t xml:space="preserve">financial administration; </w:t>
      </w:r>
    </w:p>
    <w:p w14:paraId="3A867585" w14:textId="77777777" w:rsidR="00464E12" w:rsidRPr="00464E12" w:rsidRDefault="00464E12">
      <w:pPr>
        <w:numPr>
          <w:ilvl w:val="0"/>
          <w:numId w:val="60"/>
        </w:numPr>
        <w:rPr>
          <w:lang w:val="en-GB"/>
        </w:rPr>
      </w:pPr>
      <w:r w:rsidRPr="00464E12">
        <w:rPr>
          <w:lang w:val="en-GB"/>
        </w:rPr>
        <w:t xml:space="preserve">customer support; </w:t>
      </w:r>
    </w:p>
    <w:p w14:paraId="53574855" w14:textId="77777777" w:rsidR="00464E12" w:rsidRPr="00464E12" w:rsidRDefault="00464E12">
      <w:pPr>
        <w:numPr>
          <w:ilvl w:val="0"/>
          <w:numId w:val="60"/>
        </w:numPr>
        <w:rPr>
          <w:lang w:val="en-GB"/>
        </w:rPr>
      </w:pPr>
      <w:r w:rsidRPr="00464E12">
        <w:rPr>
          <w:lang w:val="en-GB"/>
        </w:rPr>
        <w:t xml:space="preserve">accounting; </w:t>
      </w:r>
    </w:p>
    <w:p w14:paraId="567EB6A0" w14:textId="77777777" w:rsidR="00464E12" w:rsidRPr="00464E12" w:rsidRDefault="00464E12">
      <w:pPr>
        <w:numPr>
          <w:ilvl w:val="0"/>
          <w:numId w:val="60"/>
        </w:numPr>
        <w:rPr>
          <w:lang w:val="en-GB"/>
        </w:rPr>
      </w:pPr>
      <w:r w:rsidRPr="00464E12">
        <w:rPr>
          <w:lang w:val="en-GB"/>
        </w:rPr>
        <w:t xml:space="preserve">fraud prevention; </w:t>
      </w:r>
    </w:p>
    <w:p w14:paraId="5630F87B" w14:textId="77777777" w:rsidR="00464E12" w:rsidRPr="00464E12" w:rsidRDefault="00464E12">
      <w:pPr>
        <w:numPr>
          <w:ilvl w:val="0"/>
          <w:numId w:val="60"/>
        </w:numPr>
        <w:rPr>
          <w:lang w:val="en-GB"/>
        </w:rPr>
      </w:pPr>
      <w:r w:rsidRPr="00464E12">
        <w:rPr>
          <w:lang w:val="en-GB"/>
        </w:rPr>
        <w:t xml:space="preserve">dispute resolution; </w:t>
      </w:r>
    </w:p>
    <w:p w14:paraId="2FB97727" w14:textId="77777777" w:rsidR="00464E12" w:rsidRPr="00464E12" w:rsidRDefault="00464E12">
      <w:pPr>
        <w:numPr>
          <w:ilvl w:val="0"/>
          <w:numId w:val="60"/>
        </w:numPr>
        <w:rPr>
          <w:lang w:val="en-GB"/>
        </w:rPr>
      </w:pPr>
      <w:r w:rsidRPr="00464E12">
        <w:rPr>
          <w:lang w:val="en-GB"/>
        </w:rPr>
        <w:t xml:space="preserve">legal compliance; and </w:t>
      </w:r>
    </w:p>
    <w:p w14:paraId="791CDF4B" w14:textId="77777777" w:rsidR="00464E12" w:rsidRPr="00464E12" w:rsidRDefault="00464E12">
      <w:pPr>
        <w:numPr>
          <w:ilvl w:val="0"/>
          <w:numId w:val="60"/>
        </w:numPr>
        <w:rPr>
          <w:lang w:val="en-GB"/>
        </w:rPr>
      </w:pPr>
      <w:r w:rsidRPr="00464E12">
        <w:rPr>
          <w:lang w:val="en-GB"/>
        </w:rPr>
        <w:t xml:space="preserve">auditing. </w:t>
      </w:r>
    </w:p>
    <w:p w14:paraId="63AF2F10" w14:textId="77777777" w:rsidR="00464E12" w:rsidRPr="00464E12" w:rsidRDefault="00464E12" w:rsidP="00464E12">
      <w:pPr>
        <w:rPr>
          <w:lang w:val="en-GB"/>
        </w:rPr>
      </w:pPr>
      <w:r w:rsidRPr="00464E12">
        <w:rPr>
          <w:lang w:val="en-GB"/>
        </w:rPr>
        <w:t>Payment records are processed in accordance with our Privacy Policy and applicable financial record-keeping requirements.</w:t>
      </w:r>
    </w:p>
    <w:p w14:paraId="52AD6B87" w14:textId="77777777" w:rsidR="00464E12" w:rsidRPr="00464E12" w:rsidRDefault="00000000" w:rsidP="00464E12">
      <w:pPr>
        <w:rPr>
          <w:lang w:val="en-GB"/>
        </w:rPr>
      </w:pPr>
      <w:r>
        <w:rPr>
          <w:lang w:val="en-GB"/>
        </w:rPr>
        <w:pict w14:anchorId="517D93B1">
          <v:rect id="_x0000_i2312" style="width:0;height:1.5pt" o:hralign="center" o:hrstd="t" o:hr="t" fillcolor="#a0a0a0" stroked="f"/>
        </w:pict>
      </w:r>
    </w:p>
    <w:p w14:paraId="6202F767"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11.8 Taxes</w:t>
      </w:r>
    </w:p>
    <w:p w14:paraId="26DA10B2" w14:textId="77777777" w:rsidR="00464E12" w:rsidRPr="00464E12" w:rsidRDefault="00464E12" w:rsidP="00464E12">
      <w:pPr>
        <w:rPr>
          <w:lang w:val="en-GB"/>
        </w:rPr>
      </w:pPr>
      <w:r w:rsidRPr="00464E12">
        <w:rPr>
          <w:lang w:val="en-GB"/>
        </w:rPr>
        <w:t>Participants are responsible for paying the agreed price for bookings.</w:t>
      </w:r>
    </w:p>
    <w:p w14:paraId="16BF542F" w14:textId="77777777" w:rsidR="00464E12" w:rsidRPr="00464E12" w:rsidRDefault="00464E12" w:rsidP="00464E12">
      <w:pPr>
        <w:rPr>
          <w:lang w:val="en-GB"/>
        </w:rPr>
      </w:pPr>
      <w:r w:rsidRPr="00464E12">
        <w:rPr>
          <w:lang w:val="en-GB"/>
        </w:rPr>
        <w:lastRenderedPageBreak/>
        <w:t>Coaches remain solely responsible for:</w:t>
      </w:r>
    </w:p>
    <w:p w14:paraId="450D488B" w14:textId="77777777" w:rsidR="00464E12" w:rsidRPr="00464E12" w:rsidRDefault="00464E12">
      <w:pPr>
        <w:numPr>
          <w:ilvl w:val="0"/>
          <w:numId w:val="61"/>
        </w:numPr>
        <w:rPr>
          <w:lang w:val="en-GB"/>
        </w:rPr>
      </w:pPr>
      <w:r w:rsidRPr="00464E12">
        <w:rPr>
          <w:lang w:val="en-GB"/>
        </w:rPr>
        <w:t xml:space="preserve">declaring taxable income; </w:t>
      </w:r>
    </w:p>
    <w:p w14:paraId="29A4E28D" w14:textId="77777777" w:rsidR="00464E12" w:rsidRPr="00464E12" w:rsidRDefault="00464E12">
      <w:pPr>
        <w:numPr>
          <w:ilvl w:val="0"/>
          <w:numId w:val="61"/>
        </w:numPr>
        <w:rPr>
          <w:lang w:val="en-GB"/>
        </w:rPr>
      </w:pPr>
      <w:r w:rsidRPr="00464E12">
        <w:rPr>
          <w:lang w:val="en-GB"/>
        </w:rPr>
        <w:t xml:space="preserve">accounting for VAT where applicable; </w:t>
      </w:r>
    </w:p>
    <w:p w14:paraId="3593FDD6" w14:textId="77777777" w:rsidR="00464E12" w:rsidRPr="00464E12" w:rsidRDefault="00464E12">
      <w:pPr>
        <w:numPr>
          <w:ilvl w:val="0"/>
          <w:numId w:val="61"/>
        </w:numPr>
        <w:rPr>
          <w:lang w:val="en-GB"/>
        </w:rPr>
      </w:pPr>
      <w:r w:rsidRPr="00464E12">
        <w:rPr>
          <w:lang w:val="en-GB"/>
        </w:rPr>
        <w:t xml:space="preserve">complying with HM Revenue &amp; Customs (HMRC) requirements; and </w:t>
      </w:r>
    </w:p>
    <w:p w14:paraId="097DC094" w14:textId="77777777" w:rsidR="00464E12" w:rsidRPr="00464E12" w:rsidRDefault="00464E12">
      <w:pPr>
        <w:numPr>
          <w:ilvl w:val="0"/>
          <w:numId w:val="61"/>
        </w:numPr>
        <w:rPr>
          <w:lang w:val="en-GB"/>
        </w:rPr>
      </w:pPr>
      <w:r w:rsidRPr="00464E12">
        <w:rPr>
          <w:lang w:val="en-GB"/>
        </w:rPr>
        <w:t xml:space="preserve">meeting any other taxation obligations arising from their coaching activities. </w:t>
      </w:r>
    </w:p>
    <w:p w14:paraId="3851AC55" w14:textId="77777777" w:rsidR="00464E12" w:rsidRPr="00464E12" w:rsidRDefault="00464E12" w:rsidP="00464E12">
      <w:pPr>
        <w:rPr>
          <w:lang w:val="en-GB"/>
        </w:rPr>
      </w:pPr>
      <w:r w:rsidRPr="00464E12">
        <w:rPr>
          <w:lang w:val="en-GB"/>
        </w:rPr>
        <w:t>Nothing within these Terms transfers responsibility for taxation from the coach to My Sports Coach.</w:t>
      </w:r>
    </w:p>
    <w:p w14:paraId="304D060E" w14:textId="77777777" w:rsidR="00464E12" w:rsidRPr="00464E12" w:rsidRDefault="00000000" w:rsidP="00464E12">
      <w:pPr>
        <w:rPr>
          <w:lang w:val="en-GB"/>
        </w:rPr>
      </w:pPr>
      <w:r>
        <w:rPr>
          <w:lang w:val="en-GB"/>
        </w:rPr>
        <w:pict w14:anchorId="5997C8B6">
          <v:rect id="_x0000_i2313" style="width:0;height:1.5pt" o:hralign="center" o:hrstd="t" o:hr="t" fillcolor="#a0a0a0" stroked="f"/>
        </w:pict>
      </w:r>
    </w:p>
    <w:p w14:paraId="15EE2460"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11.9 Payment Disputes</w:t>
      </w:r>
    </w:p>
    <w:p w14:paraId="6BF62FD1" w14:textId="77777777" w:rsidR="00464E12" w:rsidRPr="00464E12" w:rsidRDefault="00464E12" w:rsidP="00464E12">
      <w:pPr>
        <w:rPr>
          <w:lang w:val="en-GB"/>
        </w:rPr>
      </w:pPr>
      <w:r w:rsidRPr="00464E12">
        <w:rPr>
          <w:lang w:val="en-GB"/>
        </w:rPr>
        <w:t>If a participant believes that a payment has been processed incorrectly, or a coach believes that a payout is inaccurate, they should notify My Sports Coach as soon as reasonably practicable.</w:t>
      </w:r>
    </w:p>
    <w:p w14:paraId="5E9566ED" w14:textId="77777777" w:rsidR="00464E12" w:rsidRPr="00464E12" w:rsidRDefault="00464E12" w:rsidP="00464E12">
      <w:pPr>
        <w:rPr>
          <w:lang w:val="en-GB"/>
        </w:rPr>
      </w:pPr>
      <w:r w:rsidRPr="00464E12">
        <w:rPr>
          <w:lang w:val="en-GB"/>
        </w:rPr>
        <w:t>We will investigate payment-related enquiries fairly and work with the relevant payment provider where appropriate to help resolve the matter.</w:t>
      </w:r>
    </w:p>
    <w:p w14:paraId="249A71A2" w14:textId="77777777" w:rsidR="00464E12" w:rsidRPr="00464E12" w:rsidRDefault="00000000" w:rsidP="00464E12">
      <w:pPr>
        <w:rPr>
          <w:lang w:val="en-GB"/>
        </w:rPr>
      </w:pPr>
      <w:r>
        <w:rPr>
          <w:lang w:val="en-GB"/>
        </w:rPr>
        <w:pict w14:anchorId="2EFBDF09">
          <v:rect id="_x0000_i2314" style="width:0;height:1.5pt" o:hralign="center" o:hrstd="t" o:hr="t" fillcolor="#a0a0a0" stroked="f"/>
        </w:pict>
      </w:r>
    </w:p>
    <w:p w14:paraId="54061E08" w14:textId="77777777" w:rsidR="00464E12" w:rsidRPr="00464E12" w:rsidRDefault="00464E12" w:rsidP="00464E12">
      <w:pPr>
        <w:rPr>
          <w:b/>
          <w:bCs/>
          <w:color w:val="365F91" w:themeColor="accent1" w:themeShade="BF"/>
          <w:lang w:val="en-GB"/>
        </w:rPr>
      </w:pPr>
      <w:r w:rsidRPr="00464E12">
        <w:rPr>
          <w:b/>
          <w:bCs/>
          <w:color w:val="365F91" w:themeColor="accent1" w:themeShade="BF"/>
          <w:lang w:val="en-GB"/>
        </w:rPr>
        <w:t>11.10 Future Payment Services</w:t>
      </w:r>
    </w:p>
    <w:p w14:paraId="09BAEC01" w14:textId="77777777" w:rsidR="00464E12" w:rsidRPr="00464E12" w:rsidRDefault="00464E12" w:rsidP="00464E12">
      <w:pPr>
        <w:rPr>
          <w:lang w:val="en-GB"/>
        </w:rPr>
      </w:pPr>
      <w:r w:rsidRPr="00464E12">
        <w:rPr>
          <w:lang w:val="en-GB"/>
        </w:rPr>
        <w:t>As the My Sports Coach platform develops, additional payment services, subscriptions, memberships, promotional offers or financial features may be introduced.</w:t>
      </w:r>
    </w:p>
    <w:p w14:paraId="62FCA6B2" w14:textId="77777777" w:rsidR="00464E12" w:rsidRPr="00464E12" w:rsidRDefault="00464E12" w:rsidP="00464E12">
      <w:pPr>
        <w:rPr>
          <w:lang w:val="en-GB"/>
        </w:rPr>
      </w:pPr>
      <w:r w:rsidRPr="00464E12">
        <w:rPr>
          <w:lang w:val="en-GB"/>
        </w:rPr>
        <w:t>Where new payment services are introduced, additional terms may apply and will be made available before those services are used.</w:t>
      </w:r>
    </w:p>
    <w:p w14:paraId="64167D30" w14:textId="77777777" w:rsidR="000B5525" w:rsidRPr="000B5525" w:rsidRDefault="000B5525" w:rsidP="000B5525">
      <w:pPr>
        <w:rPr>
          <w:b/>
          <w:bCs/>
          <w:color w:val="365F91" w:themeColor="accent1" w:themeShade="BF"/>
          <w:sz w:val="28"/>
          <w:szCs w:val="28"/>
          <w:lang w:val="en-GB"/>
        </w:rPr>
      </w:pPr>
      <w:r w:rsidRPr="000B5525">
        <w:rPr>
          <w:b/>
          <w:bCs/>
          <w:color w:val="365F91" w:themeColor="accent1" w:themeShade="BF"/>
          <w:sz w:val="28"/>
          <w:szCs w:val="28"/>
          <w:lang w:val="en-GB"/>
        </w:rPr>
        <w:t>12. Platform Fees &amp; Charges</w:t>
      </w:r>
    </w:p>
    <w:p w14:paraId="4DCD7480" w14:textId="77777777" w:rsidR="000B5525" w:rsidRPr="000B5525" w:rsidRDefault="000B5525" w:rsidP="000B5525">
      <w:pPr>
        <w:rPr>
          <w:lang w:val="en-GB"/>
        </w:rPr>
      </w:pPr>
      <w:r w:rsidRPr="000B5525">
        <w:rPr>
          <w:lang w:val="en-GB"/>
        </w:rPr>
        <w:t>My Sports Coach may charge fees for certain services provided through the platform. These fees help support the operation, maintenance and continued development of the platform.</w:t>
      </w:r>
    </w:p>
    <w:p w14:paraId="5DFB3913" w14:textId="77777777" w:rsidR="000B5525" w:rsidRPr="000B5525" w:rsidRDefault="000B5525" w:rsidP="000B5525">
      <w:pPr>
        <w:rPr>
          <w:lang w:val="en-GB"/>
        </w:rPr>
      </w:pPr>
      <w:r w:rsidRPr="000B5525">
        <w:rPr>
          <w:lang w:val="en-GB"/>
        </w:rPr>
        <w:t>Any fees payable will be communicated clearly before they become due. Users will not be charged for optional services unless they have chosen to use those services or have otherwise agreed to the applicable charges.</w:t>
      </w:r>
    </w:p>
    <w:p w14:paraId="09C9814C" w14:textId="77777777" w:rsidR="000B5525" w:rsidRPr="000B5525" w:rsidRDefault="000B5525" w:rsidP="000B5525">
      <w:pPr>
        <w:rPr>
          <w:lang w:val="en-GB"/>
        </w:rPr>
      </w:pPr>
      <w:r w:rsidRPr="000B5525">
        <w:rPr>
          <w:lang w:val="en-GB"/>
        </w:rPr>
        <w:t>Unless expressly stated otherwise, all fees payable under these Terms are subject to the pricing published by My Sports Coach at the time the relevant service is purchased or used.</w:t>
      </w:r>
    </w:p>
    <w:p w14:paraId="1271E999" w14:textId="77777777" w:rsidR="000B5525" w:rsidRPr="000B5525" w:rsidRDefault="00000000" w:rsidP="000B5525">
      <w:pPr>
        <w:rPr>
          <w:lang w:val="en-GB"/>
        </w:rPr>
      </w:pPr>
      <w:r>
        <w:rPr>
          <w:lang w:val="en-GB"/>
        </w:rPr>
        <w:pict w14:anchorId="23353F55">
          <v:rect id="_x0000_i2315" style="width:0;height:1.5pt" o:hralign="center" o:hrstd="t" o:hr="t" fillcolor="#a0a0a0" stroked="f"/>
        </w:pict>
      </w:r>
    </w:p>
    <w:p w14:paraId="371B53C5" w14:textId="77777777" w:rsidR="000B5525" w:rsidRPr="000B5525" w:rsidRDefault="000B5525" w:rsidP="000B5525">
      <w:pPr>
        <w:rPr>
          <w:b/>
          <w:bCs/>
          <w:color w:val="365F91" w:themeColor="accent1" w:themeShade="BF"/>
          <w:lang w:val="en-GB"/>
        </w:rPr>
      </w:pPr>
      <w:r w:rsidRPr="000B5525">
        <w:rPr>
          <w:b/>
          <w:bCs/>
          <w:color w:val="365F91" w:themeColor="accent1" w:themeShade="BF"/>
          <w:lang w:val="en-GB"/>
        </w:rPr>
        <w:t>12.1 Participant Fees</w:t>
      </w:r>
    </w:p>
    <w:p w14:paraId="2E698775" w14:textId="77777777" w:rsidR="000B5525" w:rsidRPr="000B5525" w:rsidRDefault="000B5525" w:rsidP="000B5525">
      <w:pPr>
        <w:rPr>
          <w:lang w:val="en-GB"/>
        </w:rPr>
      </w:pPr>
      <w:r w:rsidRPr="000B5525">
        <w:rPr>
          <w:lang w:val="en-GB"/>
        </w:rPr>
        <w:t>Participants may be required to pay fees associated with bookings made through the My Sports Coach platform.</w:t>
      </w:r>
    </w:p>
    <w:p w14:paraId="217E53A5" w14:textId="77777777" w:rsidR="000B5525" w:rsidRPr="000B5525" w:rsidRDefault="000B5525" w:rsidP="000B5525">
      <w:pPr>
        <w:rPr>
          <w:lang w:val="en-GB"/>
        </w:rPr>
      </w:pPr>
      <w:r w:rsidRPr="000B5525">
        <w:rPr>
          <w:lang w:val="en-GB"/>
        </w:rPr>
        <w:lastRenderedPageBreak/>
        <w:t>These may include:</w:t>
      </w:r>
    </w:p>
    <w:p w14:paraId="065BA701" w14:textId="77777777" w:rsidR="000B5525" w:rsidRPr="000B5525" w:rsidRDefault="000B5525">
      <w:pPr>
        <w:numPr>
          <w:ilvl w:val="0"/>
          <w:numId w:val="62"/>
        </w:numPr>
        <w:rPr>
          <w:lang w:val="en-GB"/>
        </w:rPr>
      </w:pPr>
      <w:r w:rsidRPr="000B5525">
        <w:rPr>
          <w:lang w:val="en-GB"/>
        </w:rPr>
        <w:t xml:space="preserve">coaching session fees; </w:t>
      </w:r>
    </w:p>
    <w:p w14:paraId="05227E79" w14:textId="77777777" w:rsidR="000B5525" w:rsidRPr="000B5525" w:rsidRDefault="000B5525">
      <w:pPr>
        <w:numPr>
          <w:ilvl w:val="0"/>
          <w:numId w:val="62"/>
        </w:numPr>
        <w:rPr>
          <w:lang w:val="en-GB"/>
        </w:rPr>
      </w:pPr>
      <w:r w:rsidRPr="000B5525">
        <w:rPr>
          <w:lang w:val="en-GB"/>
        </w:rPr>
        <w:t xml:space="preserve">programme or course fees; </w:t>
      </w:r>
    </w:p>
    <w:p w14:paraId="175AA8C6" w14:textId="77777777" w:rsidR="000B5525" w:rsidRPr="000B5525" w:rsidRDefault="000B5525">
      <w:pPr>
        <w:numPr>
          <w:ilvl w:val="0"/>
          <w:numId w:val="62"/>
        </w:numPr>
        <w:rPr>
          <w:lang w:val="en-GB"/>
        </w:rPr>
      </w:pPr>
      <w:r w:rsidRPr="000B5525">
        <w:rPr>
          <w:lang w:val="en-GB"/>
        </w:rPr>
        <w:t xml:space="preserve">event registration fees; </w:t>
      </w:r>
    </w:p>
    <w:p w14:paraId="0C096BFB" w14:textId="77777777" w:rsidR="000B5525" w:rsidRPr="000B5525" w:rsidRDefault="000B5525">
      <w:pPr>
        <w:numPr>
          <w:ilvl w:val="0"/>
          <w:numId w:val="62"/>
        </w:numPr>
        <w:rPr>
          <w:lang w:val="en-GB"/>
        </w:rPr>
      </w:pPr>
      <w:r w:rsidRPr="000B5525">
        <w:rPr>
          <w:lang w:val="en-GB"/>
        </w:rPr>
        <w:t xml:space="preserve">booking charges where applicable; and </w:t>
      </w:r>
    </w:p>
    <w:p w14:paraId="60802A90" w14:textId="77777777" w:rsidR="000B5525" w:rsidRPr="000B5525" w:rsidRDefault="000B5525">
      <w:pPr>
        <w:numPr>
          <w:ilvl w:val="0"/>
          <w:numId w:val="62"/>
        </w:numPr>
        <w:rPr>
          <w:lang w:val="en-GB"/>
        </w:rPr>
      </w:pPr>
      <w:r w:rsidRPr="000B5525">
        <w:rPr>
          <w:lang w:val="en-GB"/>
        </w:rPr>
        <w:t xml:space="preserve">any other charges clearly displayed before a booking is confirmed. </w:t>
      </w:r>
    </w:p>
    <w:p w14:paraId="2FEDC0DD" w14:textId="77777777" w:rsidR="000B5525" w:rsidRPr="000B5525" w:rsidRDefault="000B5525" w:rsidP="000B5525">
      <w:pPr>
        <w:rPr>
          <w:lang w:val="en-GB"/>
        </w:rPr>
      </w:pPr>
      <w:r w:rsidRPr="000B5525">
        <w:rPr>
          <w:lang w:val="en-GB"/>
        </w:rPr>
        <w:t>Participants will always have the opportunity to review the total amount payable before completing a transaction.</w:t>
      </w:r>
    </w:p>
    <w:p w14:paraId="4F0C9D00" w14:textId="77777777" w:rsidR="000B5525" w:rsidRPr="000B5525" w:rsidRDefault="00000000" w:rsidP="000B5525">
      <w:pPr>
        <w:rPr>
          <w:lang w:val="en-GB"/>
        </w:rPr>
      </w:pPr>
      <w:r>
        <w:rPr>
          <w:lang w:val="en-GB"/>
        </w:rPr>
        <w:pict w14:anchorId="4CCB6D5B">
          <v:rect id="_x0000_i2316" style="width:0;height:1.5pt" o:hralign="center" o:hrstd="t" o:hr="t" fillcolor="#a0a0a0" stroked="f"/>
        </w:pict>
      </w:r>
    </w:p>
    <w:p w14:paraId="476AFB7B" w14:textId="77777777" w:rsidR="00246DFB" w:rsidRPr="00246DFB" w:rsidRDefault="00246DFB" w:rsidP="00246DFB">
      <w:pPr>
        <w:pStyle w:val="Heading2"/>
        <w:rPr>
          <w:rFonts w:asciiTheme="minorHAnsi" w:hAnsiTheme="minorHAnsi"/>
          <w:sz w:val="28"/>
          <w:szCs w:val="28"/>
        </w:rPr>
      </w:pPr>
      <w:r w:rsidRPr="00246DFB">
        <w:rPr>
          <w:rFonts w:asciiTheme="minorHAnsi" w:hAnsiTheme="minorHAnsi"/>
          <w:sz w:val="28"/>
          <w:szCs w:val="28"/>
        </w:rPr>
        <w:t>12.2 Coach Commission</w:t>
      </w:r>
    </w:p>
    <w:p w14:paraId="6E3E68D6" w14:textId="77777777" w:rsidR="00246DFB" w:rsidRPr="00246DFB" w:rsidRDefault="00246DFB" w:rsidP="00246DFB">
      <w:pPr>
        <w:pStyle w:val="NormalWeb"/>
        <w:rPr>
          <w:rFonts w:asciiTheme="minorHAnsi" w:hAnsiTheme="minorHAnsi"/>
          <w:sz w:val="22"/>
          <w:szCs w:val="22"/>
        </w:rPr>
      </w:pPr>
      <w:r w:rsidRPr="00246DFB">
        <w:rPr>
          <w:rFonts w:asciiTheme="minorHAnsi" w:hAnsiTheme="minorHAnsi"/>
          <w:sz w:val="22"/>
          <w:szCs w:val="22"/>
        </w:rPr>
        <w:t>Joining My Sports Coach is free.</w:t>
      </w:r>
    </w:p>
    <w:p w14:paraId="6B48D1B3" w14:textId="77777777" w:rsidR="00246DFB" w:rsidRPr="00246DFB" w:rsidRDefault="00246DFB" w:rsidP="00246DFB">
      <w:pPr>
        <w:pStyle w:val="NormalWeb"/>
        <w:rPr>
          <w:rFonts w:asciiTheme="minorHAnsi" w:hAnsiTheme="minorHAnsi"/>
          <w:sz w:val="22"/>
          <w:szCs w:val="22"/>
        </w:rPr>
      </w:pPr>
      <w:r w:rsidRPr="00246DFB">
        <w:rPr>
          <w:rFonts w:asciiTheme="minorHAnsi" w:hAnsiTheme="minorHAnsi"/>
          <w:sz w:val="22"/>
          <w:szCs w:val="22"/>
        </w:rPr>
        <w:t>There are no registration fees, monthly subscription fees or standard listing fees for coaches using the platform.</w:t>
      </w:r>
    </w:p>
    <w:p w14:paraId="63A1B8E3" w14:textId="77777777" w:rsidR="00246DFB" w:rsidRPr="00246DFB" w:rsidRDefault="00246DFB" w:rsidP="00246DFB">
      <w:pPr>
        <w:pStyle w:val="NormalWeb"/>
        <w:rPr>
          <w:rFonts w:asciiTheme="minorHAnsi" w:hAnsiTheme="minorHAnsi"/>
          <w:sz w:val="22"/>
          <w:szCs w:val="22"/>
        </w:rPr>
      </w:pPr>
      <w:r w:rsidRPr="00246DFB">
        <w:rPr>
          <w:rFonts w:asciiTheme="minorHAnsi" w:hAnsiTheme="minorHAnsi"/>
          <w:sz w:val="22"/>
          <w:szCs w:val="22"/>
        </w:rPr>
        <w:t xml:space="preserve">In consideration for providing access to the My Sports Coach marketplace, secure online payment processing, booking management tools and ongoing platform services, My Sports Coach charges a </w:t>
      </w:r>
      <w:r w:rsidRPr="00246DFB">
        <w:rPr>
          <w:rStyle w:val="Strong"/>
          <w:rFonts w:asciiTheme="minorHAnsi" w:hAnsiTheme="minorHAnsi"/>
          <w:sz w:val="22"/>
          <w:szCs w:val="22"/>
        </w:rPr>
        <w:t>15% commission</w:t>
      </w:r>
      <w:r w:rsidRPr="00246DFB">
        <w:rPr>
          <w:rFonts w:asciiTheme="minorHAnsi" w:hAnsiTheme="minorHAnsi"/>
          <w:sz w:val="22"/>
          <w:szCs w:val="22"/>
        </w:rPr>
        <w:t xml:space="preserve"> on the total value of each successful booking completed through the platform.</w:t>
      </w:r>
    </w:p>
    <w:p w14:paraId="4E3EB5DB" w14:textId="77777777" w:rsidR="00246DFB" w:rsidRPr="00246DFB" w:rsidRDefault="00246DFB" w:rsidP="00246DFB">
      <w:pPr>
        <w:pStyle w:val="NormalWeb"/>
        <w:rPr>
          <w:rFonts w:asciiTheme="minorHAnsi" w:hAnsiTheme="minorHAnsi"/>
          <w:sz w:val="22"/>
          <w:szCs w:val="22"/>
        </w:rPr>
      </w:pPr>
      <w:r w:rsidRPr="00246DFB">
        <w:rPr>
          <w:rFonts w:asciiTheme="minorHAnsi" w:hAnsiTheme="minorHAnsi"/>
          <w:sz w:val="22"/>
          <w:szCs w:val="22"/>
        </w:rPr>
        <w:t>Unless otherwise stated:</w:t>
      </w:r>
    </w:p>
    <w:p w14:paraId="56D360C8" w14:textId="77777777" w:rsidR="00246DFB" w:rsidRPr="00246DFB" w:rsidRDefault="00246DFB" w:rsidP="00246DFB">
      <w:pPr>
        <w:numPr>
          <w:ilvl w:val="0"/>
          <w:numId w:val="119"/>
        </w:numPr>
        <w:spacing w:before="100" w:beforeAutospacing="1" w:after="100" w:afterAutospacing="1" w:line="240" w:lineRule="auto"/>
      </w:pPr>
      <w:r w:rsidRPr="00246DFB">
        <w:t xml:space="preserve">Commission will be deducted before payment is transferred to the coach. </w:t>
      </w:r>
    </w:p>
    <w:p w14:paraId="0634CAC7" w14:textId="77777777" w:rsidR="00246DFB" w:rsidRPr="00246DFB" w:rsidRDefault="00246DFB" w:rsidP="00246DFB">
      <w:pPr>
        <w:numPr>
          <w:ilvl w:val="0"/>
          <w:numId w:val="119"/>
        </w:numPr>
        <w:spacing w:before="100" w:beforeAutospacing="1" w:after="100" w:afterAutospacing="1" w:line="240" w:lineRule="auto"/>
      </w:pPr>
      <w:r w:rsidRPr="00246DFB">
        <w:t xml:space="preserve">Commission only applies to bookings completed through the My Sports Coach platform. </w:t>
      </w:r>
    </w:p>
    <w:p w14:paraId="3253D9E8" w14:textId="77777777" w:rsidR="00246DFB" w:rsidRPr="00246DFB" w:rsidRDefault="00246DFB" w:rsidP="00246DFB">
      <w:pPr>
        <w:numPr>
          <w:ilvl w:val="0"/>
          <w:numId w:val="119"/>
        </w:numPr>
        <w:spacing w:before="100" w:beforeAutospacing="1" w:after="100" w:afterAutospacing="1" w:line="240" w:lineRule="auto"/>
      </w:pPr>
      <w:r w:rsidRPr="00246DFB">
        <w:t xml:space="preserve">Coaches remain responsible for any taxation obligations relating to their earnings. </w:t>
      </w:r>
    </w:p>
    <w:p w14:paraId="55DB7A2A" w14:textId="77777777" w:rsidR="00246DFB" w:rsidRDefault="00246DFB" w:rsidP="00246DFB">
      <w:pPr>
        <w:pStyle w:val="NormalWeb"/>
      </w:pPr>
      <w:r w:rsidRPr="00246DFB">
        <w:rPr>
          <w:rFonts w:asciiTheme="minorHAnsi" w:hAnsiTheme="minorHAnsi"/>
          <w:sz w:val="22"/>
          <w:szCs w:val="22"/>
        </w:rPr>
        <w:t>From time to time, My Sports Coach may introduce optional premium services, advertising opportunities or enhanced business tools. Any additional charges will always be communicated before a coach chooses to use those services.</w:t>
      </w:r>
    </w:p>
    <w:p w14:paraId="4D158AEC" w14:textId="77777777" w:rsidR="000B5525" w:rsidRPr="000B5525" w:rsidRDefault="00000000" w:rsidP="000B5525">
      <w:pPr>
        <w:rPr>
          <w:lang w:val="en-GB"/>
        </w:rPr>
      </w:pPr>
      <w:r>
        <w:rPr>
          <w:lang w:val="en-GB"/>
        </w:rPr>
        <w:pict w14:anchorId="332F0EDB">
          <v:rect id="_x0000_i1118" style="width:0;height:1.5pt" o:hralign="center" o:hrstd="t" o:hr="t" fillcolor="#a0a0a0" stroked="f"/>
        </w:pict>
      </w:r>
    </w:p>
    <w:p w14:paraId="4E7F4C16" w14:textId="0514DDB4" w:rsidR="000B5525" w:rsidRPr="000B5525" w:rsidRDefault="000B5525" w:rsidP="000B5525">
      <w:pPr>
        <w:rPr>
          <w:b/>
          <w:bCs/>
          <w:color w:val="365F91" w:themeColor="accent1" w:themeShade="BF"/>
          <w:lang w:val="en-GB"/>
        </w:rPr>
      </w:pPr>
      <w:r w:rsidRPr="000B5525">
        <w:rPr>
          <w:b/>
          <w:bCs/>
          <w:color w:val="365F91" w:themeColor="accent1" w:themeShade="BF"/>
          <w:lang w:val="en-GB"/>
        </w:rPr>
        <w:t>12.3</w:t>
      </w:r>
      <w:r w:rsidR="00246DFB">
        <w:rPr>
          <w:b/>
          <w:bCs/>
          <w:color w:val="365F91" w:themeColor="accent1" w:themeShade="BF"/>
          <w:lang w:val="en-GB"/>
        </w:rPr>
        <w:t xml:space="preserve"> </w:t>
      </w:r>
      <w:proofErr w:type="gramStart"/>
      <w:r w:rsidR="00246DFB">
        <w:rPr>
          <w:b/>
          <w:bCs/>
          <w:color w:val="365F91" w:themeColor="accent1" w:themeShade="BF"/>
          <w:lang w:val="en-GB"/>
        </w:rPr>
        <w:t xml:space="preserve">Optional </w:t>
      </w:r>
      <w:r w:rsidRPr="000B5525">
        <w:rPr>
          <w:b/>
          <w:bCs/>
          <w:color w:val="365F91" w:themeColor="accent1" w:themeShade="BF"/>
          <w:lang w:val="en-GB"/>
        </w:rPr>
        <w:t xml:space="preserve"> Premium</w:t>
      </w:r>
      <w:proofErr w:type="gramEnd"/>
      <w:r w:rsidRPr="000B5525">
        <w:rPr>
          <w:b/>
          <w:bCs/>
          <w:color w:val="365F91" w:themeColor="accent1" w:themeShade="BF"/>
          <w:lang w:val="en-GB"/>
        </w:rPr>
        <w:t xml:space="preserve"> Services</w:t>
      </w:r>
    </w:p>
    <w:p w14:paraId="0496C55B" w14:textId="77777777" w:rsidR="000B5525" w:rsidRPr="000B5525" w:rsidRDefault="000B5525" w:rsidP="000B5525">
      <w:pPr>
        <w:rPr>
          <w:lang w:val="en-GB"/>
        </w:rPr>
      </w:pPr>
      <w:r w:rsidRPr="000B5525">
        <w:rPr>
          <w:lang w:val="en-GB"/>
        </w:rPr>
        <w:t>From time to time, My Sports Coach may introduce optional premium services designed to enhance the experience of coaches, participants or organisations.</w:t>
      </w:r>
    </w:p>
    <w:p w14:paraId="271DF3F9" w14:textId="77777777" w:rsidR="000B5525" w:rsidRPr="000B5525" w:rsidRDefault="000B5525" w:rsidP="000B5525">
      <w:pPr>
        <w:rPr>
          <w:lang w:val="en-GB"/>
        </w:rPr>
      </w:pPr>
      <w:r w:rsidRPr="000B5525">
        <w:rPr>
          <w:lang w:val="en-GB"/>
        </w:rPr>
        <w:t>Examples may include:</w:t>
      </w:r>
    </w:p>
    <w:p w14:paraId="43256EF9" w14:textId="77777777" w:rsidR="000B5525" w:rsidRPr="000B5525" w:rsidRDefault="000B5525">
      <w:pPr>
        <w:numPr>
          <w:ilvl w:val="0"/>
          <w:numId w:val="64"/>
        </w:numPr>
        <w:rPr>
          <w:lang w:val="en-GB"/>
        </w:rPr>
      </w:pPr>
      <w:r w:rsidRPr="000B5525">
        <w:rPr>
          <w:lang w:val="en-GB"/>
        </w:rPr>
        <w:t xml:space="preserve">priority listings; </w:t>
      </w:r>
    </w:p>
    <w:p w14:paraId="0E1F264B" w14:textId="77777777" w:rsidR="000B5525" w:rsidRPr="000B5525" w:rsidRDefault="000B5525">
      <w:pPr>
        <w:numPr>
          <w:ilvl w:val="0"/>
          <w:numId w:val="64"/>
        </w:numPr>
        <w:rPr>
          <w:lang w:val="en-GB"/>
        </w:rPr>
      </w:pPr>
      <w:r w:rsidRPr="000B5525">
        <w:rPr>
          <w:lang w:val="en-GB"/>
        </w:rPr>
        <w:t xml:space="preserve">enhanced profile features; </w:t>
      </w:r>
    </w:p>
    <w:p w14:paraId="5C0CCAEF" w14:textId="77777777" w:rsidR="000B5525" w:rsidRPr="000B5525" w:rsidRDefault="000B5525">
      <w:pPr>
        <w:numPr>
          <w:ilvl w:val="0"/>
          <w:numId w:val="64"/>
        </w:numPr>
        <w:rPr>
          <w:lang w:val="en-GB"/>
        </w:rPr>
      </w:pPr>
      <w:r w:rsidRPr="000B5525">
        <w:rPr>
          <w:lang w:val="en-GB"/>
        </w:rPr>
        <w:lastRenderedPageBreak/>
        <w:t xml:space="preserve">marketing packages; </w:t>
      </w:r>
    </w:p>
    <w:p w14:paraId="71D21BCC" w14:textId="77777777" w:rsidR="000B5525" w:rsidRPr="000B5525" w:rsidRDefault="000B5525">
      <w:pPr>
        <w:numPr>
          <w:ilvl w:val="0"/>
          <w:numId w:val="64"/>
        </w:numPr>
        <w:rPr>
          <w:lang w:val="en-GB"/>
        </w:rPr>
      </w:pPr>
      <w:r w:rsidRPr="000B5525">
        <w:rPr>
          <w:lang w:val="en-GB"/>
        </w:rPr>
        <w:t xml:space="preserve">advanced booking tools; </w:t>
      </w:r>
    </w:p>
    <w:p w14:paraId="24814D4F" w14:textId="77777777" w:rsidR="000B5525" w:rsidRPr="000B5525" w:rsidRDefault="000B5525">
      <w:pPr>
        <w:numPr>
          <w:ilvl w:val="0"/>
          <w:numId w:val="64"/>
        </w:numPr>
        <w:rPr>
          <w:lang w:val="en-GB"/>
        </w:rPr>
      </w:pPr>
      <w:r w:rsidRPr="000B5525">
        <w:rPr>
          <w:lang w:val="en-GB"/>
        </w:rPr>
        <w:t xml:space="preserve">business analytics; </w:t>
      </w:r>
    </w:p>
    <w:p w14:paraId="0F7F8E45" w14:textId="77777777" w:rsidR="000B5525" w:rsidRPr="000B5525" w:rsidRDefault="000B5525">
      <w:pPr>
        <w:numPr>
          <w:ilvl w:val="0"/>
          <w:numId w:val="64"/>
        </w:numPr>
        <w:rPr>
          <w:lang w:val="en-GB"/>
        </w:rPr>
      </w:pPr>
      <w:r w:rsidRPr="000B5525">
        <w:rPr>
          <w:lang w:val="en-GB"/>
        </w:rPr>
        <w:t xml:space="preserve">club or organisation accounts; and </w:t>
      </w:r>
    </w:p>
    <w:p w14:paraId="2B8193E1" w14:textId="77777777" w:rsidR="000B5525" w:rsidRPr="000B5525" w:rsidRDefault="000B5525">
      <w:pPr>
        <w:numPr>
          <w:ilvl w:val="0"/>
          <w:numId w:val="64"/>
        </w:numPr>
        <w:rPr>
          <w:lang w:val="en-GB"/>
        </w:rPr>
      </w:pPr>
      <w:r w:rsidRPr="000B5525">
        <w:rPr>
          <w:lang w:val="en-GB"/>
        </w:rPr>
        <w:t xml:space="preserve">additional digital services. </w:t>
      </w:r>
    </w:p>
    <w:p w14:paraId="2512FC07" w14:textId="77777777" w:rsidR="000B5525" w:rsidRPr="000B5525" w:rsidRDefault="000B5525" w:rsidP="000B5525">
      <w:pPr>
        <w:rPr>
          <w:lang w:val="en-GB"/>
        </w:rPr>
      </w:pPr>
      <w:r w:rsidRPr="000B5525">
        <w:rPr>
          <w:lang w:val="en-GB"/>
        </w:rPr>
        <w:t>Participation in premium services will always be optional unless otherwise agreed.</w:t>
      </w:r>
    </w:p>
    <w:p w14:paraId="645B517D" w14:textId="77777777" w:rsidR="000B5525" w:rsidRPr="000B5525" w:rsidRDefault="00000000" w:rsidP="000B5525">
      <w:pPr>
        <w:rPr>
          <w:lang w:val="en-GB"/>
        </w:rPr>
      </w:pPr>
      <w:r>
        <w:rPr>
          <w:lang w:val="en-GB"/>
        </w:rPr>
        <w:pict w14:anchorId="2F59B662">
          <v:rect id="_x0000_i1119" style="width:0;height:1.5pt" o:hralign="center" o:hrstd="t" o:hr="t" fillcolor="#a0a0a0" stroked="f"/>
        </w:pict>
      </w:r>
    </w:p>
    <w:p w14:paraId="1E52040D" w14:textId="77777777" w:rsidR="000B5525" w:rsidRPr="000B5525" w:rsidRDefault="000B5525" w:rsidP="000B5525">
      <w:pPr>
        <w:rPr>
          <w:b/>
          <w:bCs/>
          <w:color w:val="365F91" w:themeColor="accent1" w:themeShade="BF"/>
          <w:lang w:val="en-GB"/>
        </w:rPr>
      </w:pPr>
      <w:r w:rsidRPr="000B5525">
        <w:rPr>
          <w:b/>
          <w:bCs/>
          <w:color w:val="365F91" w:themeColor="accent1" w:themeShade="BF"/>
          <w:lang w:val="en-GB"/>
        </w:rPr>
        <w:t>12.4 Promotional Offers</w:t>
      </w:r>
    </w:p>
    <w:p w14:paraId="4B721FD1" w14:textId="77777777" w:rsidR="000B5525" w:rsidRPr="000B5525" w:rsidRDefault="000B5525" w:rsidP="000B5525">
      <w:pPr>
        <w:rPr>
          <w:lang w:val="en-GB"/>
        </w:rPr>
      </w:pPr>
      <w:r w:rsidRPr="000B5525">
        <w:rPr>
          <w:lang w:val="en-GB"/>
        </w:rPr>
        <w:t>My Sports Coach may offer promotional discounts, introductory offers, promotional codes or other incentives from time to time.</w:t>
      </w:r>
    </w:p>
    <w:p w14:paraId="743B7E7F" w14:textId="77777777" w:rsidR="000B5525" w:rsidRPr="000B5525" w:rsidRDefault="000B5525" w:rsidP="000B5525">
      <w:pPr>
        <w:rPr>
          <w:lang w:val="en-GB"/>
        </w:rPr>
      </w:pPr>
      <w:r w:rsidRPr="000B5525">
        <w:rPr>
          <w:lang w:val="en-GB"/>
        </w:rPr>
        <w:t>Unless otherwise stated:</w:t>
      </w:r>
    </w:p>
    <w:p w14:paraId="2970CBB8" w14:textId="77777777" w:rsidR="000B5525" w:rsidRPr="000B5525" w:rsidRDefault="000B5525">
      <w:pPr>
        <w:numPr>
          <w:ilvl w:val="0"/>
          <w:numId w:val="65"/>
        </w:numPr>
        <w:rPr>
          <w:lang w:val="en-GB"/>
        </w:rPr>
      </w:pPr>
      <w:r w:rsidRPr="000B5525">
        <w:rPr>
          <w:lang w:val="en-GB"/>
        </w:rPr>
        <w:t xml:space="preserve">promotional offers have no cash value; </w:t>
      </w:r>
    </w:p>
    <w:p w14:paraId="674415CD" w14:textId="77777777" w:rsidR="000B5525" w:rsidRPr="000B5525" w:rsidRDefault="000B5525">
      <w:pPr>
        <w:numPr>
          <w:ilvl w:val="0"/>
          <w:numId w:val="65"/>
        </w:numPr>
        <w:rPr>
          <w:lang w:val="en-GB"/>
        </w:rPr>
      </w:pPr>
      <w:r w:rsidRPr="000B5525">
        <w:rPr>
          <w:lang w:val="en-GB"/>
        </w:rPr>
        <w:t xml:space="preserve">offers may be subject to eligibility requirements; </w:t>
      </w:r>
    </w:p>
    <w:p w14:paraId="3A055003" w14:textId="77777777" w:rsidR="000B5525" w:rsidRPr="000B5525" w:rsidRDefault="000B5525">
      <w:pPr>
        <w:numPr>
          <w:ilvl w:val="0"/>
          <w:numId w:val="65"/>
        </w:numPr>
        <w:rPr>
          <w:lang w:val="en-GB"/>
        </w:rPr>
      </w:pPr>
      <w:r w:rsidRPr="000B5525">
        <w:rPr>
          <w:lang w:val="en-GB"/>
        </w:rPr>
        <w:t xml:space="preserve">offers may expire; </w:t>
      </w:r>
    </w:p>
    <w:p w14:paraId="78DB4433" w14:textId="77777777" w:rsidR="000B5525" w:rsidRPr="000B5525" w:rsidRDefault="000B5525">
      <w:pPr>
        <w:numPr>
          <w:ilvl w:val="0"/>
          <w:numId w:val="65"/>
        </w:numPr>
        <w:rPr>
          <w:lang w:val="en-GB"/>
        </w:rPr>
      </w:pPr>
      <w:r w:rsidRPr="000B5525">
        <w:rPr>
          <w:lang w:val="en-GB"/>
        </w:rPr>
        <w:t xml:space="preserve">offers cannot normally be combined; and </w:t>
      </w:r>
    </w:p>
    <w:p w14:paraId="0ED452D0" w14:textId="77777777" w:rsidR="000B5525" w:rsidRPr="000B5525" w:rsidRDefault="000B5525">
      <w:pPr>
        <w:numPr>
          <w:ilvl w:val="0"/>
          <w:numId w:val="65"/>
        </w:numPr>
        <w:rPr>
          <w:lang w:val="en-GB"/>
        </w:rPr>
      </w:pPr>
      <w:r w:rsidRPr="000B5525">
        <w:rPr>
          <w:lang w:val="en-GB"/>
        </w:rPr>
        <w:t xml:space="preserve">My Sports Coach reserves the right to withdraw or amend promotions </w:t>
      </w:r>
      <w:proofErr w:type="gramStart"/>
      <w:r w:rsidRPr="000B5525">
        <w:rPr>
          <w:lang w:val="en-GB"/>
        </w:rPr>
        <w:t>where</w:t>
      </w:r>
      <w:proofErr w:type="gramEnd"/>
      <w:r w:rsidRPr="000B5525">
        <w:rPr>
          <w:lang w:val="en-GB"/>
        </w:rPr>
        <w:t xml:space="preserve"> reasonably necessary. </w:t>
      </w:r>
    </w:p>
    <w:p w14:paraId="0279B9D4" w14:textId="77777777" w:rsidR="000B5525" w:rsidRPr="000B5525" w:rsidRDefault="00000000" w:rsidP="000B5525">
      <w:pPr>
        <w:rPr>
          <w:lang w:val="en-GB"/>
        </w:rPr>
      </w:pPr>
      <w:r>
        <w:rPr>
          <w:lang w:val="en-GB"/>
        </w:rPr>
        <w:pict w14:anchorId="1FB6AABD">
          <v:rect id="_x0000_i1120" style="width:0;height:1.5pt" o:hralign="center" o:hrstd="t" o:hr="t" fillcolor="#a0a0a0" stroked="f"/>
        </w:pict>
      </w:r>
    </w:p>
    <w:p w14:paraId="12DA9957" w14:textId="77777777" w:rsidR="000B5525" w:rsidRPr="000B5525" w:rsidRDefault="000B5525" w:rsidP="000B5525">
      <w:pPr>
        <w:rPr>
          <w:b/>
          <w:bCs/>
          <w:color w:val="365F91" w:themeColor="accent1" w:themeShade="BF"/>
          <w:lang w:val="en-GB"/>
        </w:rPr>
      </w:pPr>
      <w:r w:rsidRPr="000B5525">
        <w:rPr>
          <w:b/>
          <w:bCs/>
          <w:color w:val="365F91" w:themeColor="accent1" w:themeShade="BF"/>
          <w:lang w:val="en-GB"/>
        </w:rPr>
        <w:t>12.5 Taxes</w:t>
      </w:r>
    </w:p>
    <w:p w14:paraId="67394F3C" w14:textId="77777777" w:rsidR="000B5525" w:rsidRPr="000B5525" w:rsidRDefault="000B5525" w:rsidP="000B5525">
      <w:pPr>
        <w:rPr>
          <w:lang w:val="en-GB"/>
        </w:rPr>
      </w:pPr>
      <w:r w:rsidRPr="000B5525">
        <w:rPr>
          <w:lang w:val="en-GB"/>
        </w:rPr>
        <w:t>Unless otherwise stated, users remain responsible for any taxes, duties or other charges that may apply to their own activities.</w:t>
      </w:r>
    </w:p>
    <w:p w14:paraId="1CA19D38" w14:textId="77777777" w:rsidR="000B5525" w:rsidRPr="000B5525" w:rsidRDefault="000B5525" w:rsidP="000B5525">
      <w:pPr>
        <w:rPr>
          <w:lang w:val="en-GB"/>
        </w:rPr>
      </w:pPr>
      <w:r w:rsidRPr="000B5525">
        <w:rPr>
          <w:lang w:val="en-GB"/>
        </w:rPr>
        <w:t>Coaches remain responsible for ensuring that they comply with all applicable taxation requirements relating to their coaching businesses.</w:t>
      </w:r>
    </w:p>
    <w:p w14:paraId="7F1940CF" w14:textId="77777777" w:rsidR="000B5525" w:rsidRPr="000B5525" w:rsidRDefault="000B5525" w:rsidP="000B5525">
      <w:pPr>
        <w:rPr>
          <w:lang w:val="en-GB"/>
        </w:rPr>
      </w:pPr>
      <w:r w:rsidRPr="000B5525">
        <w:rPr>
          <w:lang w:val="en-GB"/>
        </w:rPr>
        <w:t>Where VAT or other taxes apply to services provided by My Sports Coach, these will be displayed where required by law.</w:t>
      </w:r>
    </w:p>
    <w:p w14:paraId="06D852BE" w14:textId="77777777" w:rsidR="000B5525" w:rsidRPr="000B5525" w:rsidRDefault="00000000" w:rsidP="000B5525">
      <w:pPr>
        <w:rPr>
          <w:lang w:val="en-GB"/>
        </w:rPr>
      </w:pPr>
      <w:r>
        <w:rPr>
          <w:lang w:val="en-GB"/>
        </w:rPr>
        <w:pict w14:anchorId="3DC0E608">
          <v:rect id="_x0000_i1121" style="width:0;height:1.5pt" o:hralign="center" o:hrstd="t" o:hr="t" fillcolor="#a0a0a0" stroked="f"/>
        </w:pict>
      </w:r>
    </w:p>
    <w:p w14:paraId="33EAFB25" w14:textId="77777777" w:rsidR="000B5525" w:rsidRPr="000B5525" w:rsidRDefault="000B5525" w:rsidP="000B5525">
      <w:pPr>
        <w:rPr>
          <w:b/>
          <w:bCs/>
          <w:color w:val="365F91" w:themeColor="accent1" w:themeShade="BF"/>
          <w:lang w:val="en-GB"/>
        </w:rPr>
      </w:pPr>
      <w:r w:rsidRPr="000B5525">
        <w:rPr>
          <w:b/>
          <w:bCs/>
          <w:color w:val="365F91" w:themeColor="accent1" w:themeShade="BF"/>
          <w:lang w:val="en-GB"/>
        </w:rPr>
        <w:t>12.6 Changes to Fees</w:t>
      </w:r>
    </w:p>
    <w:p w14:paraId="58B19627" w14:textId="77777777" w:rsidR="000B5525" w:rsidRPr="000B5525" w:rsidRDefault="000B5525" w:rsidP="000B5525">
      <w:pPr>
        <w:rPr>
          <w:lang w:val="en-GB"/>
        </w:rPr>
      </w:pPr>
      <w:r w:rsidRPr="000B5525">
        <w:rPr>
          <w:lang w:val="en-GB"/>
        </w:rPr>
        <w:t>My Sports Coach may review and update its pricing structure from time to time.</w:t>
      </w:r>
    </w:p>
    <w:p w14:paraId="2FDA3C99" w14:textId="77777777" w:rsidR="000B5525" w:rsidRPr="000B5525" w:rsidRDefault="000B5525" w:rsidP="000B5525">
      <w:pPr>
        <w:rPr>
          <w:lang w:val="en-GB"/>
        </w:rPr>
      </w:pPr>
      <w:r w:rsidRPr="000B5525">
        <w:rPr>
          <w:lang w:val="en-GB"/>
        </w:rPr>
        <w:t>Where changes affect existing paid services or subscriptions, we will provide reasonable notice before the revised fees take effect, unless a shorter period is required by law or exceptional circumstances.</w:t>
      </w:r>
    </w:p>
    <w:p w14:paraId="625378AB" w14:textId="77777777" w:rsidR="000B5525" w:rsidRPr="000B5525" w:rsidRDefault="000B5525" w:rsidP="000B5525">
      <w:pPr>
        <w:rPr>
          <w:lang w:val="en-GB"/>
        </w:rPr>
      </w:pPr>
      <w:r w:rsidRPr="000B5525">
        <w:rPr>
          <w:lang w:val="en-GB"/>
        </w:rPr>
        <w:lastRenderedPageBreak/>
        <w:t>Continued use of a paid service after the effective date of revised fees constitutes acceptance of those updated charges.</w:t>
      </w:r>
    </w:p>
    <w:p w14:paraId="37493614" w14:textId="77777777" w:rsidR="000B5525" w:rsidRPr="000B5525" w:rsidRDefault="00000000" w:rsidP="000B5525">
      <w:pPr>
        <w:rPr>
          <w:lang w:val="en-GB"/>
        </w:rPr>
      </w:pPr>
      <w:r>
        <w:rPr>
          <w:lang w:val="en-GB"/>
        </w:rPr>
        <w:pict w14:anchorId="2C45A4CA">
          <v:rect id="_x0000_i1122" style="width:0;height:1.5pt" o:hralign="center" o:hrstd="t" o:hr="t" fillcolor="#a0a0a0" stroked="f"/>
        </w:pict>
      </w:r>
    </w:p>
    <w:p w14:paraId="0EAC5DB5" w14:textId="77777777" w:rsidR="000B5525" w:rsidRPr="000B5525" w:rsidRDefault="000B5525" w:rsidP="000B5525">
      <w:pPr>
        <w:rPr>
          <w:b/>
          <w:bCs/>
          <w:color w:val="365F91" w:themeColor="accent1" w:themeShade="BF"/>
          <w:lang w:val="en-GB"/>
        </w:rPr>
      </w:pPr>
      <w:r w:rsidRPr="000B5525">
        <w:rPr>
          <w:b/>
          <w:bCs/>
          <w:color w:val="365F91" w:themeColor="accent1" w:themeShade="BF"/>
          <w:lang w:val="en-GB"/>
        </w:rPr>
        <w:t>12.7 Failure to Pay</w:t>
      </w:r>
    </w:p>
    <w:p w14:paraId="0593A453" w14:textId="77777777" w:rsidR="000B5525" w:rsidRPr="000B5525" w:rsidRDefault="000B5525" w:rsidP="000B5525">
      <w:pPr>
        <w:rPr>
          <w:lang w:val="en-GB"/>
        </w:rPr>
      </w:pPr>
      <w:r w:rsidRPr="000B5525">
        <w:rPr>
          <w:lang w:val="en-GB"/>
        </w:rPr>
        <w:t>Where payment of applicable platform fees is not received, My Sports Coach may, where appropriate:</w:t>
      </w:r>
    </w:p>
    <w:p w14:paraId="0C13C724" w14:textId="77777777" w:rsidR="000B5525" w:rsidRPr="000B5525" w:rsidRDefault="000B5525">
      <w:pPr>
        <w:numPr>
          <w:ilvl w:val="0"/>
          <w:numId w:val="66"/>
        </w:numPr>
        <w:rPr>
          <w:lang w:val="en-GB"/>
        </w:rPr>
      </w:pPr>
      <w:r w:rsidRPr="000B5525">
        <w:rPr>
          <w:lang w:val="en-GB"/>
        </w:rPr>
        <w:t xml:space="preserve">suspend access to paid features; </w:t>
      </w:r>
    </w:p>
    <w:p w14:paraId="6DCB7263" w14:textId="77777777" w:rsidR="000B5525" w:rsidRPr="000B5525" w:rsidRDefault="000B5525">
      <w:pPr>
        <w:numPr>
          <w:ilvl w:val="0"/>
          <w:numId w:val="66"/>
        </w:numPr>
        <w:rPr>
          <w:lang w:val="en-GB"/>
        </w:rPr>
      </w:pPr>
      <w:r w:rsidRPr="000B5525">
        <w:rPr>
          <w:lang w:val="en-GB"/>
        </w:rPr>
        <w:t xml:space="preserve">restrict certain platform functionality; </w:t>
      </w:r>
    </w:p>
    <w:p w14:paraId="30F036A7" w14:textId="77777777" w:rsidR="000B5525" w:rsidRPr="000B5525" w:rsidRDefault="000B5525">
      <w:pPr>
        <w:numPr>
          <w:ilvl w:val="0"/>
          <w:numId w:val="66"/>
        </w:numPr>
        <w:rPr>
          <w:lang w:val="en-GB"/>
        </w:rPr>
      </w:pPr>
      <w:r w:rsidRPr="000B5525">
        <w:rPr>
          <w:lang w:val="en-GB"/>
        </w:rPr>
        <w:t xml:space="preserve">pause coach listings; </w:t>
      </w:r>
    </w:p>
    <w:p w14:paraId="0A6D73B9" w14:textId="77777777" w:rsidR="000B5525" w:rsidRPr="000B5525" w:rsidRDefault="000B5525">
      <w:pPr>
        <w:numPr>
          <w:ilvl w:val="0"/>
          <w:numId w:val="66"/>
        </w:numPr>
        <w:rPr>
          <w:lang w:val="en-GB"/>
        </w:rPr>
      </w:pPr>
      <w:r w:rsidRPr="000B5525">
        <w:rPr>
          <w:lang w:val="en-GB"/>
        </w:rPr>
        <w:t xml:space="preserve">withhold access to premium services; or </w:t>
      </w:r>
    </w:p>
    <w:p w14:paraId="23FD2586" w14:textId="77777777" w:rsidR="000B5525" w:rsidRPr="000B5525" w:rsidRDefault="000B5525">
      <w:pPr>
        <w:numPr>
          <w:ilvl w:val="0"/>
          <w:numId w:val="66"/>
        </w:numPr>
        <w:rPr>
          <w:lang w:val="en-GB"/>
        </w:rPr>
      </w:pPr>
      <w:r w:rsidRPr="000B5525">
        <w:rPr>
          <w:lang w:val="en-GB"/>
        </w:rPr>
        <w:t xml:space="preserve">take other reasonable steps necessary to recover outstanding amounts. </w:t>
      </w:r>
    </w:p>
    <w:p w14:paraId="41954AB0" w14:textId="77777777" w:rsidR="000B5525" w:rsidRPr="000B5525" w:rsidRDefault="000B5525" w:rsidP="000B5525">
      <w:pPr>
        <w:rPr>
          <w:lang w:val="en-GB"/>
        </w:rPr>
      </w:pPr>
      <w:r w:rsidRPr="000B5525">
        <w:rPr>
          <w:lang w:val="en-GB"/>
        </w:rPr>
        <w:t>Any action taken will be proportionate and consistent with these Terms.</w:t>
      </w:r>
    </w:p>
    <w:p w14:paraId="175F26F2" w14:textId="77777777" w:rsidR="000B5525" w:rsidRPr="000B5525" w:rsidRDefault="00000000" w:rsidP="000B5525">
      <w:pPr>
        <w:rPr>
          <w:lang w:val="en-GB"/>
        </w:rPr>
      </w:pPr>
      <w:r>
        <w:rPr>
          <w:lang w:val="en-GB"/>
        </w:rPr>
        <w:pict w14:anchorId="06CF91BC">
          <v:rect id="_x0000_i1123" style="width:0;height:1.5pt" o:hralign="center" o:hrstd="t" o:hr="t" fillcolor="#a0a0a0" stroked="f"/>
        </w:pict>
      </w:r>
    </w:p>
    <w:p w14:paraId="4DD2FE2F" w14:textId="77777777" w:rsidR="003E014C" w:rsidRDefault="003E014C" w:rsidP="000B5525">
      <w:pPr>
        <w:rPr>
          <w:b/>
          <w:bCs/>
          <w:lang w:val="en-GB"/>
        </w:rPr>
      </w:pPr>
    </w:p>
    <w:p w14:paraId="3865BFB2" w14:textId="7CB884FE" w:rsidR="000B5525" w:rsidRPr="000B5525" w:rsidRDefault="000B5525" w:rsidP="000B5525">
      <w:pPr>
        <w:rPr>
          <w:b/>
          <w:bCs/>
          <w:color w:val="365F91" w:themeColor="accent1" w:themeShade="BF"/>
          <w:lang w:val="en-GB"/>
        </w:rPr>
      </w:pPr>
      <w:r w:rsidRPr="000B5525">
        <w:rPr>
          <w:b/>
          <w:bCs/>
          <w:color w:val="365F91" w:themeColor="accent1" w:themeShade="BF"/>
          <w:lang w:val="en-GB"/>
        </w:rPr>
        <w:t>12.8 Future Commercial Services</w:t>
      </w:r>
    </w:p>
    <w:p w14:paraId="3277E8D4" w14:textId="77777777" w:rsidR="000B5525" w:rsidRPr="000B5525" w:rsidRDefault="000B5525" w:rsidP="000B5525">
      <w:pPr>
        <w:rPr>
          <w:lang w:val="en-GB"/>
        </w:rPr>
      </w:pPr>
      <w:r w:rsidRPr="000B5525">
        <w:rPr>
          <w:lang w:val="en-GB"/>
        </w:rPr>
        <w:t>As the My Sports Coach platform develops, additional commercial services may be introduced.</w:t>
      </w:r>
    </w:p>
    <w:p w14:paraId="3D2BECB3" w14:textId="77777777" w:rsidR="000B5525" w:rsidRPr="000B5525" w:rsidRDefault="000B5525" w:rsidP="000B5525">
      <w:pPr>
        <w:rPr>
          <w:lang w:val="en-GB"/>
        </w:rPr>
      </w:pPr>
      <w:r w:rsidRPr="000B5525">
        <w:rPr>
          <w:lang w:val="en-GB"/>
        </w:rPr>
        <w:t>These may include subscriptions, memberships, advertising services, marketplace tools, software features or other optional products designed to support coaches, organisations and participants.</w:t>
      </w:r>
    </w:p>
    <w:p w14:paraId="205CD5E5" w14:textId="4362C938" w:rsidR="00464E12" w:rsidRDefault="000B5525">
      <w:pPr>
        <w:rPr>
          <w:lang w:val="en-GB"/>
        </w:rPr>
      </w:pPr>
      <w:r w:rsidRPr="000B5525">
        <w:rPr>
          <w:lang w:val="en-GB"/>
        </w:rPr>
        <w:t>Where new services are introduced, any applicable fees and additional terms will be published before those services become available.</w:t>
      </w:r>
    </w:p>
    <w:p w14:paraId="48284BF7" w14:textId="77777777" w:rsidR="00DA7FAB" w:rsidRPr="00DA7FAB" w:rsidRDefault="00DA7FAB" w:rsidP="00DA7FAB">
      <w:pPr>
        <w:rPr>
          <w:b/>
          <w:bCs/>
          <w:color w:val="365F91" w:themeColor="accent1" w:themeShade="BF"/>
          <w:sz w:val="28"/>
          <w:szCs w:val="28"/>
          <w:lang w:val="en-GB"/>
        </w:rPr>
      </w:pPr>
      <w:r w:rsidRPr="00DA7FAB">
        <w:rPr>
          <w:b/>
          <w:bCs/>
          <w:color w:val="365F91" w:themeColor="accent1" w:themeShade="BF"/>
          <w:sz w:val="28"/>
          <w:szCs w:val="28"/>
          <w:lang w:val="en-GB"/>
        </w:rPr>
        <w:t>13. Off-Platform Bookings &amp; Fee Circumvention</w:t>
      </w:r>
    </w:p>
    <w:p w14:paraId="4CF72F00" w14:textId="77777777" w:rsidR="00DA7FAB" w:rsidRPr="00DA7FAB" w:rsidRDefault="00DA7FAB" w:rsidP="00DA7FAB">
      <w:pPr>
        <w:rPr>
          <w:lang w:val="en-GB"/>
        </w:rPr>
      </w:pPr>
      <w:r w:rsidRPr="00DA7FAB">
        <w:rPr>
          <w:lang w:val="en-GB"/>
        </w:rPr>
        <w:t>My Sports Coach invests significant time and resources in developing, maintaining and promoting the platform to connect participants with independent coaches.</w:t>
      </w:r>
    </w:p>
    <w:p w14:paraId="41D2FEE6" w14:textId="77777777" w:rsidR="00DA7FAB" w:rsidRPr="00DA7FAB" w:rsidRDefault="00DA7FAB" w:rsidP="00DA7FAB">
      <w:pPr>
        <w:rPr>
          <w:lang w:val="en-GB"/>
        </w:rPr>
      </w:pPr>
      <w:r w:rsidRPr="00DA7FAB">
        <w:rPr>
          <w:lang w:val="en-GB"/>
        </w:rPr>
        <w:t>To protect the integrity of the marketplace and ensure the continued operation of our services, users must not deliberately circumvent the platform for the purpose of avoiding applicable platform fees or other contractual obligations.</w:t>
      </w:r>
    </w:p>
    <w:p w14:paraId="5689869C" w14:textId="77777777" w:rsidR="00DA7FAB" w:rsidRPr="00DA7FAB" w:rsidRDefault="00000000" w:rsidP="00DA7FAB">
      <w:pPr>
        <w:rPr>
          <w:lang w:val="en-GB"/>
        </w:rPr>
      </w:pPr>
      <w:r>
        <w:rPr>
          <w:lang w:val="en-GB"/>
        </w:rPr>
        <w:pict w14:anchorId="1ADC48DD">
          <v:rect id="_x0000_i1124" style="width:0;height:1.5pt" o:hralign="center" o:hrstd="t" o:hr="t" fillcolor="#a0a0a0" stroked="f"/>
        </w:pict>
      </w:r>
    </w:p>
    <w:p w14:paraId="74FDEC54" w14:textId="77777777" w:rsidR="00DA7FAB" w:rsidRPr="00DA7FAB" w:rsidRDefault="00DA7FAB" w:rsidP="00DA7FAB">
      <w:pPr>
        <w:rPr>
          <w:b/>
          <w:bCs/>
          <w:color w:val="365F91" w:themeColor="accent1" w:themeShade="BF"/>
          <w:lang w:val="en-GB"/>
        </w:rPr>
      </w:pPr>
      <w:r w:rsidRPr="00DA7FAB">
        <w:rPr>
          <w:b/>
          <w:bCs/>
          <w:color w:val="365F91" w:themeColor="accent1" w:themeShade="BF"/>
          <w:lang w:val="en-GB"/>
        </w:rPr>
        <w:t>13.1 Bookings Introduced Through My Sports Coach</w:t>
      </w:r>
    </w:p>
    <w:p w14:paraId="4C6054AA" w14:textId="77777777" w:rsidR="00DA7FAB" w:rsidRPr="00DA7FAB" w:rsidRDefault="00DA7FAB" w:rsidP="00DA7FAB">
      <w:pPr>
        <w:rPr>
          <w:lang w:val="en-GB"/>
        </w:rPr>
      </w:pPr>
      <w:r w:rsidRPr="00DA7FAB">
        <w:rPr>
          <w:lang w:val="en-GB"/>
        </w:rPr>
        <w:t xml:space="preserve">Where a participant and coach are introduced through the My Sports Coach platform, they must not knowingly use that introduction to avoid completing bookings or payments </w:t>
      </w:r>
      <w:r w:rsidRPr="00DA7FAB">
        <w:rPr>
          <w:lang w:val="en-GB"/>
        </w:rPr>
        <w:lastRenderedPageBreak/>
        <w:t>through the platform where platform booking and payment facilities are available and required.</w:t>
      </w:r>
    </w:p>
    <w:p w14:paraId="269CEB3B" w14:textId="77777777" w:rsidR="00DA7FAB" w:rsidRPr="00DA7FAB" w:rsidRDefault="00DA7FAB" w:rsidP="00DA7FAB">
      <w:pPr>
        <w:rPr>
          <w:lang w:val="en-GB"/>
        </w:rPr>
      </w:pPr>
      <w:r w:rsidRPr="00DA7FAB">
        <w:rPr>
          <w:lang w:val="en-GB"/>
        </w:rPr>
        <w:t>This includes making arrangements designed primarily to avoid platform fees or charges.</w:t>
      </w:r>
    </w:p>
    <w:p w14:paraId="6CF8F85E" w14:textId="77777777" w:rsidR="00DA7FAB" w:rsidRPr="00DA7FAB" w:rsidRDefault="00000000" w:rsidP="00DA7FAB">
      <w:pPr>
        <w:rPr>
          <w:lang w:val="en-GB"/>
        </w:rPr>
      </w:pPr>
      <w:r>
        <w:rPr>
          <w:lang w:val="en-GB"/>
        </w:rPr>
        <w:pict w14:anchorId="0FE40E4B">
          <v:rect id="_x0000_i1125" style="width:0;height:1.5pt" o:hralign="center" o:hrstd="t" o:hr="t" fillcolor="#a0a0a0" stroked="f"/>
        </w:pict>
      </w:r>
    </w:p>
    <w:p w14:paraId="265D285C" w14:textId="77777777" w:rsidR="00DA7FAB" w:rsidRPr="00DA7FAB" w:rsidRDefault="00DA7FAB" w:rsidP="00DA7FAB">
      <w:pPr>
        <w:rPr>
          <w:b/>
          <w:bCs/>
          <w:color w:val="365F91" w:themeColor="accent1" w:themeShade="BF"/>
          <w:lang w:val="en-GB"/>
        </w:rPr>
      </w:pPr>
      <w:r w:rsidRPr="00DA7FAB">
        <w:rPr>
          <w:b/>
          <w:bCs/>
          <w:color w:val="365F91" w:themeColor="accent1" w:themeShade="BF"/>
          <w:lang w:val="en-GB"/>
        </w:rPr>
        <w:t>13.2 Circumvention</w:t>
      </w:r>
    </w:p>
    <w:p w14:paraId="5EE20EC9" w14:textId="77777777" w:rsidR="00DA7FAB" w:rsidRPr="00DA7FAB" w:rsidRDefault="00DA7FAB" w:rsidP="00DA7FAB">
      <w:pPr>
        <w:rPr>
          <w:lang w:val="en-GB"/>
        </w:rPr>
      </w:pPr>
      <w:r w:rsidRPr="00DA7FAB">
        <w:rPr>
          <w:lang w:val="en-GB"/>
        </w:rPr>
        <w:t>Examples of prohibited circumvention include:</w:t>
      </w:r>
    </w:p>
    <w:p w14:paraId="215E2C28" w14:textId="77777777" w:rsidR="00DA7FAB" w:rsidRPr="00DA7FAB" w:rsidRDefault="00DA7FAB">
      <w:pPr>
        <w:numPr>
          <w:ilvl w:val="0"/>
          <w:numId w:val="94"/>
        </w:numPr>
        <w:rPr>
          <w:lang w:val="en-GB"/>
        </w:rPr>
      </w:pPr>
      <w:r w:rsidRPr="00DA7FAB">
        <w:rPr>
          <w:lang w:val="en-GB"/>
        </w:rPr>
        <w:t xml:space="preserve">requesting or encouraging users to complete bookings outside the platform after an introduction through My Sports Coach; </w:t>
      </w:r>
    </w:p>
    <w:p w14:paraId="34D0CD07" w14:textId="77777777" w:rsidR="00DA7FAB" w:rsidRPr="00DA7FAB" w:rsidRDefault="00DA7FAB">
      <w:pPr>
        <w:numPr>
          <w:ilvl w:val="0"/>
          <w:numId w:val="94"/>
        </w:numPr>
        <w:rPr>
          <w:lang w:val="en-GB"/>
        </w:rPr>
      </w:pPr>
      <w:r w:rsidRPr="00DA7FAB">
        <w:rPr>
          <w:lang w:val="en-GB"/>
        </w:rPr>
        <w:t xml:space="preserve">exchanging contact details for the purpose of avoiding platform fees; </w:t>
      </w:r>
    </w:p>
    <w:p w14:paraId="49565EDB" w14:textId="77777777" w:rsidR="00DA7FAB" w:rsidRPr="00DA7FAB" w:rsidRDefault="00DA7FAB">
      <w:pPr>
        <w:numPr>
          <w:ilvl w:val="0"/>
          <w:numId w:val="94"/>
        </w:numPr>
        <w:rPr>
          <w:lang w:val="en-GB"/>
        </w:rPr>
      </w:pPr>
      <w:r w:rsidRPr="00DA7FAB">
        <w:rPr>
          <w:lang w:val="en-GB"/>
        </w:rPr>
        <w:t xml:space="preserve">directing participants to alternative booking systems to avoid charges; </w:t>
      </w:r>
    </w:p>
    <w:p w14:paraId="1181E52F" w14:textId="77777777" w:rsidR="00DA7FAB" w:rsidRPr="00DA7FAB" w:rsidRDefault="00DA7FAB">
      <w:pPr>
        <w:numPr>
          <w:ilvl w:val="0"/>
          <w:numId w:val="94"/>
        </w:numPr>
        <w:rPr>
          <w:lang w:val="en-GB"/>
        </w:rPr>
      </w:pPr>
      <w:r w:rsidRPr="00DA7FAB">
        <w:rPr>
          <w:lang w:val="en-GB"/>
        </w:rPr>
        <w:t xml:space="preserve">accepting payments outside the platform where platform payment is required; </w:t>
      </w:r>
    </w:p>
    <w:p w14:paraId="3F41E596" w14:textId="77777777" w:rsidR="00DA7FAB" w:rsidRPr="00DA7FAB" w:rsidRDefault="00DA7FAB">
      <w:pPr>
        <w:numPr>
          <w:ilvl w:val="0"/>
          <w:numId w:val="94"/>
        </w:numPr>
        <w:rPr>
          <w:lang w:val="en-GB"/>
        </w:rPr>
      </w:pPr>
      <w:r w:rsidRPr="00DA7FAB">
        <w:rPr>
          <w:lang w:val="en-GB"/>
        </w:rPr>
        <w:t xml:space="preserve">creating duplicate listings or accounts to avoid fees; or </w:t>
      </w:r>
    </w:p>
    <w:p w14:paraId="5E117718" w14:textId="77777777" w:rsidR="00DA7FAB" w:rsidRPr="00DA7FAB" w:rsidRDefault="00DA7FAB">
      <w:pPr>
        <w:numPr>
          <w:ilvl w:val="0"/>
          <w:numId w:val="94"/>
        </w:numPr>
        <w:rPr>
          <w:lang w:val="en-GB"/>
        </w:rPr>
      </w:pPr>
      <w:r w:rsidRPr="00DA7FAB">
        <w:rPr>
          <w:lang w:val="en-GB"/>
        </w:rPr>
        <w:t xml:space="preserve">using any method intended to undermine the commercial operation of the platform. </w:t>
      </w:r>
    </w:p>
    <w:p w14:paraId="5F12B81F" w14:textId="77777777" w:rsidR="00DA7FAB" w:rsidRPr="00DA7FAB" w:rsidRDefault="00000000" w:rsidP="00DA7FAB">
      <w:pPr>
        <w:rPr>
          <w:lang w:val="en-GB"/>
        </w:rPr>
      </w:pPr>
      <w:r>
        <w:rPr>
          <w:lang w:val="en-GB"/>
        </w:rPr>
        <w:pict w14:anchorId="3B051C14">
          <v:rect id="_x0000_i1126" style="width:0;height:1.5pt" o:hralign="center" o:hrstd="t" o:hr="t" fillcolor="#a0a0a0" stroked="f"/>
        </w:pict>
      </w:r>
    </w:p>
    <w:p w14:paraId="6C2E6662" w14:textId="77777777" w:rsidR="00DA7FAB" w:rsidRPr="00DA7FAB" w:rsidRDefault="00DA7FAB" w:rsidP="00DA7FAB">
      <w:pPr>
        <w:rPr>
          <w:b/>
          <w:bCs/>
          <w:color w:val="365F91" w:themeColor="accent1" w:themeShade="BF"/>
          <w:lang w:val="en-GB"/>
        </w:rPr>
      </w:pPr>
      <w:r w:rsidRPr="00DA7FAB">
        <w:rPr>
          <w:b/>
          <w:bCs/>
          <w:color w:val="365F91" w:themeColor="accent1" w:themeShade="BF"/>
          <w:lang w:val="en-GB"/>
        </w:rPr>
        <w:t>13.3 Existing Relationships</w:t>
      </w:r>
    </w:p>
    <w:p w14:paraId="4B1AB7BC" w14:textId="77777777" w:rsidR="00DA7FAB" w:rsidRPr="00DA7FAB" w:rsidRDefault="00DA7FAB" w:rsidP="00DA7FAB">
      <w:pPr>
        <w:rPr>
          <w:lang w:val="en-GB"/>
        </w:rPr>
      </w:pPr>
      <w:r w:rsidRPr="00DA7FAB">
        <w:rPr>
          <w:lang w:val="en-GB"/>
        </w:rPr>
        <w:t>Nothing in these Terms prevents coaches and participants from maintaining genuine relationships that existed before they connected through My Sports Coach.</w:t>
      </w:r>
    </w:p>
    <w:p w14:paraId="5B078422" w14:textId="77777777" w:rsidR="00DA7FAB" w:rsidRPr="00DA7FAB" w:rsidRDefault="00DA7FAB" w:rsidP="00DA7FAB">
      <w:pPr>
        <w:rPr>
          <w:lang w:val="en-GB"/>
        </w:rPr>
      </w:pPr>
      <w:r w:rsidRPr="00DA7FAB">
        <w:rPr>
          <w:lang w:val="en-GB"/>
        </w:rPr>
        <w:t>However, where a booking originates through the My Sports Coach platform, users must comply with the booking and payment processes applicable to that booking.</w:t>
      </w:r>
    </w:p>
    <w:p w14:paraId="4A64E837" w14:textId="77777777" w:rsidR="00DA7FAB" w:rsidRPr="00DA7FAB" w:rsidRDefault="00000000" w:rsidP="00DA7FAB">
      <w:pPr>
        <w:rPr>
          <w:lang w:val="en-GB"/>
        </w:rPr>
      </w:pPr>
      <w:r>
        <w:rPr>
          <w:lang w:val="en-GB"/>
        </w:rPr>
        <w:pict w14:anchorId="4E12F405">
          <v:rect id="_x0000_i1127" style="width:0;height:1.5pt" o:hralign="center" o:hrstd="t" o:hr="t" fillcolor="#a0a0a0" stroked="f"/>
        </w:pict>
      </w:r>
    </w:p>
    <w:p w14:paraId="1C2D53FC" w14:textId="77777777" w:rsidR="00DA7FAB" w:rsidRPr="00DA7FAB" w:rsidRDefault="00DA7FAB" w:rsidP="00DA7FAB">
      <w:pPr>
        <w:rPr>
          <w:b/>
          <w:bCs/>
          <w:color w:val="365F91" w:themeColor="accent1" w:themeShade="BF"/>
          <w:lang w:val="en-GB"/>
        </w:rPr>
      </w:pPr>
      <w:r w:rsidRPr="00DA7FAB">
        <w:rPr>
          <w:b/>
          <w:bCs/>
          <w:color w:val="365F91" w:themeColor="accent1" w:themeShade="BF"/>
          <w:lang w:val="en-GB"/>
        </w:rPr>
        <w:t>13.4 Enforcement</w:t>
      </w:r>
    </w:p>
    <w:p w14:paraId="11FBA166" w14:textId="77777777" w:rsidR="00DA7FAB" w:rsidRPr="00DA7FAB" w:rsidRDefault="00DA7FAB" w:rsidP="00DA7FAB">
      <w:pPr>
        <w:rPr>
          <w:lang w:val="en-GB"/>
        </w:rPr>
      </w:pPr>
      <w:r w:rsidRPr="00DA7FAB">
        <w:rPr>
          <w:lang w:val="en-GB"/>
        </w:rPr>
        <w:t>Where My Sports Coach reasonably believes that users have deliberately attempted to circumvent the platform, we may take appropriate action, including:</w:t>
      </w:r>
    </w:p>
    <w:p w14:paraId="7D6B7807" w14:textId="77777777" w:rsidR="00DA7FAB" w:rsidRPr="00DA7FAB" w:rsidRDefault="00DA7FAB">
      <w:pPr>
        <w:numPr>
          <w:ilvl w:val="0"/>
          <w:numId w:val="95"/>
        </w:numPr>
        <w:rPr>
          <w:lang w:val="en-GB"/>
        </w:rPr>
      </w:pPr>
      <w:r w:rsidRPr="00DA7FAB">
        <w:rPr>
          <w:lang w:val="en-GB"/>
        </w:rPr>
        <w:t xml:space="preserve">issuing warnings; </w:t>
      </w:r>
    </w:p>
    <w:p w14:paraId="1EE8AAAB" w14:textId="77777777" w:rsidR="00DA7FAB" w:rsidRPr="00DA7FAB" w:rsidRDefault="00DA7FAB">
      <w:pPr>
        <w:numPr>
          <w:ilvl w:val="0"/>
          <w:numId w:val="95"/>
        </w:numPr>
        <w:rPr>
          <w:lang w:val="en-GB"/>
        </w:rPr>
      </w:pPr>
      <w:r w:rsidRPr="00DA7FAB">
        <w:rPr>
          <w:lang w:val="en-GB"/>
        </w:rPr>
        <w:t xml:space="preserve">investigating booking activity; </w:t>
      </w:r>
    </w:p>
    <w:p w14:paraId="5EE81AFD" w14:textId="77777777" w:rsidR="00DA7FAB" w:rsidRPr="00DA7FAB" w:rsidRDefault="00DA7FAB">
      <w:pPr>
        <w:numPr>
          <w:ilvl w:val="0"/>
          <w:numId w:val="95"/>
        </w:numPr>
        <w:rPr>
          <w:lang w:val="en-GB"/>
        </w:rPr>
      </w:pPr>
      <w:r w:rsidRPr="00DA7FAB">
        <w:rPr>
          <w:lang w:val="en-GB"/>
        </w:rPr>
        <w:t xml:space="preserve">restricting platform features; </w:t>
      </w:r>
    </w:p>
    <w:p w14:paraId="096056F2" w14:textId="77777777" w:rsidR="00DA7FAB" w:rsidRPr="00DA7FAB" w:rsidRDefault="00DA7FAB">
      <w:pPr>
        <w:numPr>
          <w:ilvl w:val="0"/>
          <w:numId w:val="95"/>
        </w:numPr>
        <w:rPr>
          <w:lang w:val="en-GB"/>
        </w:rPr>
      </w:pPr>
      <w:r w:rsidRPr="00DA7FAB">
        <w:rPr>
          <w:lang w:val="en-GB"/>
        </w:rPr>
        <w:t xml:space="preserve">suspending accounts; </w:t>
      </w:r>
    </w:p>
    <w:p w14:paraId="4FF43F21" w14:textId="77777777" w:rsidR="00DA7FAB" w:rsidRPr="00DA7FAB" w:rsidRDefault="00DA7FAB">
      <w:pPr>
        <w:numPr>
          <w:ilvl w:val="0"/>
          <w:numId w:val="95"/>
        </w:numPr>
        <w:rPr>
          <w:lang w:val="en-GB"/>
        </w:rPr>
      </w:pPr>
      <w:r w:rsidRPr="00DA7FAB">
        <w:rPr>
          <w:lang w:val="en-GB"/>
        </w:rPr>
        <w:t xml:space="preserve">terminating accounts; or </w:t>
      </w:r>
    </w:p>
    <w:p w14:paraId="6826BE2F" w14:textId="77777777" w:rsidR="00DA7FAB" w:rsidRPr="00DA7FAB" w:rsidRDefault="00DA7FAB">
      <w:pPr>
        <w:numPr>
          <w:ilvl w:val="0"/>
          <w:numId w:val="95"/>
        </w:numPr>
        <w:rPr>
          <w:lang w:val="en-GB"/>
        </w:rPr>
      </w:pPr>
      <w:r w:rsidRPr="00DA7FAB">
        <w:rPr>
          <w:lang w:val="en-GB"/>
        </w:rPr>
        <w:t xml:space="preserve">taking other reasonable action permitted under these Terms. </w:t>
      </w:r>
    </w:p>
    <w:p w14:paraId="315B122D" w14:textId="77777777" w:rsidR="00DA7FAB" w:rsidRPr="00DA7FAB" w:rsidRDefault="00DA7FAB" w:rsidP="00DA7FAB">
      <w:pPr>
        <w:rPr>
          <w:lang w:val="en-GB"/>
        </w:rPr>
      </w:pPr>
      <w:r w:rsidRPr="00DA7FAB">
        <w:rPr>
          <w:lang w:val="en-GB"/>
        </w:rPr>
        <w:t>Any action taken will be proportionate, fair and consistent with applicable law.</w:t>
      </w:r>
    </w:p>
    <w:p w14:paraId="4CCF5BD2" w14:textId="77777777" w:rsidR="00DA7FAB" w:rsidRPr="003E014C" w:rsidRDefault="00DA7FAB">
      <w:pPr>
        <w:rPr>
          <w:lang w:val="en-GB"/>
        </w:rPr>
      </w:pPr>
    </w:p>
    <w:p w14:paraId="4592BD39" w14:textId="42C9A1B4" w:rsidR="003E014C" w:rsidRPr="003E014C" w:rsidRDefault="003E014C" w:rsidP="003E014C">
      <w:pPr>
        <w:rPr>
          <w:b/>
          <w:bCs/>
          <w:color w:val="365F91" w:themeColor="accent1" w:themeShade="BF"/>
          <w:sz w:val="28"/>
          <w:szCs w:val="28"/>
          <w:lang w:val="en-GB"/>
        </w:rPr>
      </w:pPr>
      <w:r w:rsidRPr="003E014C">
        <w:rPr>
          <w:b/>
          <w:bCs/>
          <w:color w:val="365F91" w:themeColor="accent1" w:themeShade="BF"/>
          <w:sz w:val="28"/>
          <w:szCs w:val="28"/>
          <w:lang w:val="en-GB"/>
        </w:rPr>
        <w:t>1</w:t>
      </w:r>
      <w:r w:rsidR="00DA7FAB">
        <w:rPr>
          <w:b/>
          <w:bCs/>
          <w:color w:val="365F91" w:themeColor="accent1" w:themeShade="BF"/>
          <w:sz w:val="28"/>
          <w:szCs w:val="28"/>
          <w:lang w:val="en-GB"/>
        </w:rPr>
        <w:t>4</w:t>
      </w:r>
      <w:r w:rsidRPr="003E014C">
        <w:rPr>
          <w:b/>
          <w:bCs/>
          <w:color w:val="365F91" w:themeColor="accent1" w:themeShade="BF"/>
          <w:sz w:val="28"/>
          <w:szCs w:val="28"/>
          <w:lang w:val="en-GB"/>
        </w:rPr>
        <w:t>. Cancellations &amp; Refunds</w:t>
      </w:r>
    </w:p>
    <w:p w14:paraId="2971FDAA" w14:textId="77777777" w:rsidR="003E014C" w:rsidRPr="003E014C" w:rsidRDefault="003E014C" w:rsidP="003E014C">
      <w:pPr>
        <w:rPr>
          <w:lang w:val="en-GB"/>
        </w:rPr>
      </w:pPr>
      <w:r w:rsidRPr="003E014C">
        <w:rPr>
          <w:lang w:val="en-GB"/>
        </w:rPr>
        <w:t>My Sports Coach recognises that circumstances may arise where bookings need to be cancelled, rescheduled or refunded.</w:t>
      </w:r>
    </w:p>
    <w:p w14:paraId="151D20F4" w14:textId="77777777" w:rsidR="003E014C" w:rsidRPr="003E014C" w:rsidRDefault="003E014C" w:rsidP="003E014C">
      <w:pPr>
        <w:rPr>
          <w:lang w:val="en-GB"/>
        </w:rPr>
      </w:pPr>
      <w:r w:rsidRPr="003E014C">
        <w:rPr>
          <w:lang w:val="en-GB"/>
        </w:rPr>
        <w:t>This section explains the responsibilities of participants and coaches when changes affect a confirmed booking and outlines the role of My Sports Coach in supporting the fair administration of cancellations and refunds.</w:t>
      </w:r>
    </w:p>
    <w:p w14:paraId="1985DAFA" w14:textId="77777777" w:rsidR="003E014C" w:rsidRPr="003E014C" w:rsidRDefault="003E014C" w:rsidP="003E014C">
      <w:pPr>
        <w:rPr>
          <w:lang w:val="en-GB"/>
        </w:rPr>
      </w:pPr>
      <w:r w:rsidRPr="003E014C">
        <w:rPr>
          <w:lang w:val="en-GB"/>
        </w:rPr>
        <w:t>Unless expressly stated otherwise, My Sports Coach facilitates the booking process but is not the provider of the coaching services.</w:t>
      </w:r>
    </w:p>
    <w:p w14:paraId="3F2E7459" w14:textId="77777777" w:rsidR="003E014C" w:rsidRPr="003E014C" w:rsidRDefault="00000000" w:rsidP="003E014C">
      <w:pPr>
        <w:rPr>
          <w:lang w:val="en-GB"/>
        </w:rPr>
      </w:pPr>
      <w:r>
        <w:rPr>
          <w:lang w:val="en-GB"/>
        </w:rPr>
        <w:pict w14:anchorId="2D1748A6">
          <v:rect id="_x0000_i1128" style="width:0;height:1.5pt" o:hralign="center" o:hrstd="t" o:hr="t" fillcolor="#a0a0a0" stroked="f"/>
        </w:pict>
      </w:r>
    </w:p>
    <w:p w14:paraId="743257C4" w14:textId="7A8491A1"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.1 Participant Cancellations</w:t>
      </w:r>
    </w:p>
    <w:p w14:paraId="4A5DE773" w14:textId="77777777" w:rsidR="003E014C" w:rsidRPr="003E014C" w:rsidRDefault="003E014C" w:rsidP="003E014C">
      <w:pPr>
        <w:rPr>
          <w:lang w:val="en-GB"/>
        </w:rPr>
      </w:pPr>
      <w:r w:rsidRPr="003E014C">
        <w:rPr>
          <w:lang w:val="en-GB"/>
        </w:rPr>
        <w:t>Participants may cancel a booking in accordance with:</w:t>
      </w:r>
    </w:p>
    <w:p w14:paraId="0F84FA53" w14:textId="77777777" w:rsidR="003E014C" w:rsidRPr="003E014C" w:rsidRDefault="003E014C">
      <w:pPr>
        <w:numPr>
          <w:ilvl w:val="0"/>
          <w:numId w:val="67"/>
        </w:numPr>
        <w:rPr>
          <w:lang w:val="en-GB"/>
        </w:rPr>
      </w:pPr>
      <w:r w:rsidRPr="003E014C">
        <w:rPr>
          <w:lang w:val="en-GB"/>
        </w:rPr>
        <w:t xml:space="preserve">these Terms and Conditions; </w:t>
      </w:r>
    </w:p>
    <w:p w14:paraId="7B8409EE" w14:textId="77777777" w:rsidR="003E014C" w:rsidRPr="003E014C" w:rsidRDefault="003E014C">
      <w:pPr>
        <w:numPr>
          <w:ilvl w:val="0"/>
          <w:numId w:val="67"/>
        </w:numPr>
        <w:rPr>
          <w:lang w:val="en-GB"/>
        </w:rPr>
      </w:pPr>
      <w:r w:rsidRPr="003E014C">
        <w:rPr>
          <w:lang w:val="en-GB"/>
        </w:rPr>
        <w:t xml:space="preserve">any cancellation policy published by My Sports Coach; and </w:t>
      </w:r>
    </w:p>
    <w:p w14:paraId="137DF01E" w14:textId="77777777" w:rsidR="003E014C" w:rsidRPr="003E014C" w:rsidRDefault="003E014C">
      <w:pPr>
        <w:numPr>
          <w:ilvl w:val="0"/>
          <w:numId w:val="67"/>
        </w:numPr>
        <w:rPr>
          <w:lang w:val="en-GB"/>
        </w:rPr>
      </w:pPr>
      <w:r w:rsidRPr="003E014C">
        <w:rPr>
          <w:lang w:val="en-GB"/>
        </w:rPr>
        <w:t xml:space="preserve">any cancellation terms communicated by the coach before the booking is confirmed. </w:t>
      </w:r>
    </w:p>
    <w:p w14:paraId="61715DBA" w14:textId="77777777" w:rsidR="003E014C" w:rsidRPr="003E014C" w:rsidRDefault="003E014C" w:rsidP="003E014C">
      <w:pPr>
        <w:rPr>
          <w:lang w:val="en-GB"/>
        </w:rPr>
      </w:pPr>
      <w:r w:rsidRPr="003E014C">
        <w:rPr>
          <w:lang w:val="en-GB"/>
        </w:rPr>
        <w:t>Participants should provide as much notice as reasonably possible if they are unable to attend a booked coaching session.</w:t>
      </w:r>
    </w:p>
    <w:p w14:paraId="55259690" w14:textId="77777777" w:rsidR="003E014C" w:rsidRPr="003E014C" w:rsidRDefault="003E014C" w:rsidP="003E014C">
      <w:pPr>
        <w:rPr>
          <w:lang w:val="en-GB"/>
        </w:rPr>
      </w:pPr>
      <w:r w:rsidRPr="003E014C">
        <w:rPr>
          <w:lang w:val="en-GB"/>
        </w:rPr>
        <w:t>Providing reasonable notice helps coaches manage their availability and offer cancelled sessions to other participants where appropriate.</w:t>
      </w:r>
    </w:p>
    <w:p w14:paraId="1E0E0508" w14:textId="77777777" w:rsidR="003E014C" w:rsidRPr="003E014C" w:rsidRDefault="00000000" w:rsidP="003E014C">
      <w:pPr>
        <w:rPr>
          <w:lang w:val="en-GB"/>
        </w:rPr>
      </w:pPr>
      <w:r>
        <w:rPr>
          <w:lang w:val="en-GB"/>
        </w:rPr>
        <w:pict w14:anchorId="714AC585">
          <v:rect id="_x0000_i1129" style="width:0;height:1.5pt" o:hralign="center" o:hrstd="t" o:hr="t" fillcolor="#a0a0a0" stroked="f"/>
        </w:pict>
      </w:r>
    </w:p>
    <w:p w14:paraId="1AE3BAE8" w14:textId="36B57D05"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.2 Coach Cancellations</w:t>
      </w:r>
    </w:p>
    <w:p w14:paraId="2D861632" w14:textId="77777777" w:rsidR="003E014C" w:rsidRPr="003E014C" w:rsidRDefault="003E014C" w:rsidP="003E014C">
      <w:pPr>
        <w:rPr>
          <w:lang w:val="en-GB"/>
        </w:rPr>
      </w:pPr>
      <w:r w:rsidRPr="003E014C">
        <w:rPr>
          <w:lang w:val="en-GB"/>
        </w:rPr>
        <w:t xml:space="preserve">Coaches should avoid cancelling confirmed bookings except </w:t>
      </w:r>
      <w:proofErr w:type="gramStart"/>
      <w:r w:rsidRPr="003E014C">
        <w:rPr>
          <w:lang w:val="en-GB"/>
        </w:rPr>
        <w:t>where</w:t>
      </w:r>
      <w:proofErr w:type="gramEnd"/>
      <w:r w:rsidRPr="003E014C">
        <w:rPr>
          <w:lang w:val="en-GB"/>
        </w:rPr>
        <w:t xml:space="preserve"> reasonably necessary.</w:t>
      </w:r>
    </w:p>
    <w:p w14:paraId="0C0E53AF" w14:textId="77777777" w:rsidR="003E014C" w:rsidRPr="003E014C" w:rsidRDefault="003E014C" w:rsidP="003E014C">
      <w:pPr>
        <w:rPr>
          <w:lang w:val="en-GB"/>
        </w:rPr>
      </w:pPr>
      <w:r w:rsidRPr="003E014C">
        <w:rPr>
          <w:lang w:val="en-GB"/>
        </w:rPr>
        <w:t>Where a coach needs to cancel a booking, they should notify affected participants as soon as reasonably practicable.</w:t>
      </w:r>
    </w:p>
    <w:p w14:paraId="1CAD1A0C" w14:textId="77777777" w:rsidR="003E014C" w:rsidRPr="003E014C" w:rsidRDefault="003E014C" w:rsidP="003E014C">
      <w:pPr>
        <w:rPr>
          <w:lang w:val="en-GB"/>
        </w:rPr>
      </w:pPr>
      <w:r w:rsidRPr="003E014C">
        <w:rPr>
          <w:lang w:val="en-GB"/>
        </w:rPr>
        <w:t>Where appropriate, coaches should make reasonable efforts to:</w:t>
      </w:r>
    </w:p>
    <w:p w14:paraId="37CCFE0D" w14:textId="77777777" w:rsidR="003E014C" w:rsidRPr="003E014C" w:rsidRDefault="003E014C">
      <w:pPr>
        <w:numPr>
          <w:ilvl w:val="0"/>
          <w:numId w:val="68"/>
        </w:numPr>
        <w:rPr>
          <w:lang w:val="en-GB"/>
        </w:rPr>
      </w:pPr>
      <w:r w:rsidRPr="003E014C">
        <w:rPr>
          <w:lang w:val="en-GB"/>
        </w:rPr>
        <w:t xml:space="preserve">offer an alternative date or time; </w:t>
      </w:r>
    </w:p>
    <w:p w14:paraId="4E3AFB55" w14:textId="77777777" w:rsidR="003E014C" w:rsidRPr="003E014C" w:rsidRDefault="003E014C">
      <w:pPr>
        <w:numPr>
          <w:ilvl w:val="0"/>
          <w:numId w:val="68"/>
        </w:numPr>
        <w:rPr>
          <w:lang w:val="en-GB"/>
        </w:rPr>
      </w:pPr>
      <w:r w:rsidRPr="003E014C">
        <w:rPr>
          <w:lang w:val="en-GB"/>
        </w:rPr>
        <w:t xml:space="preserve">assist with rescheduling; or </w:t>
      </w:r>
    </w:p>
    <w:p w14:paraId="47C8D813" w14:textId="77777777" w:rsidR="003E014C" w:rsidRPr="003E014C" w:rsidRDefault="003E014C">
      <w:pPr>
        <w:numPr>
          <w:ilvl w:val="0"/>
          <w:numId w:val="68"/>
        </w:numPr>
        <w:rPr>
          <w:lang w:val="en-GB"/>
        </w:rPr>
      </w:pPr>
      <w:r w:rsidRPr="003E014C">
        <w:rPr>
          <w:lang w:val="en-GB"/>
        </w:rPr>
        <w:t xml:space="preserve">provide any refund due under the applicable cancellation arrangements. </w:t>
      </w:r>
    </w:p>
    <w:p w14:paraId="7F1635D4" w14:textId="77777777" w:rsidR="003E014C" w:rsidRPr="003E014C" w:rsidRDefault="003E014C" w:rsidP="003E014C">
      <w:pPr>
        <w:rPr>
          <w:lang w:val="en-GB"/>
        </w:rPr>
      </w:pPr>
      <w:r w:rsidRPr="003E014C">
        <w:rPr>
          <w:lang w:val="en-GB"/>
        </w:rPr>
        <w:t>Repeated or unreasonable cancellations may be considered when reviewing a coach's continued use of the platform.</w:t>
      </w:r>
    </w:p>
    <w:p w14:paraId="121BF98F" w14:textId="77777777" w:rsidR="003E014C" w:rsidRPr="003E014C" w:rsidRDefault="00000000" w:rsidP="003E014C">
      <w:pPr>
        <w:rPr>
          <w:lang w:val="en-GB"/>
        </w:rPr>
      </w:pPr>
      <w:r>
        <w:rPr>
          <w:lang w:val="en-GB"/>
        </w:rPr>
        <w:pict w14:anchorId="5C886884">
          <v:rect id="_x0000_i1130" style="width:0;height:1.5pt" o:hralign="center" o:hrstd="t" o:hr="t" fillcolor="#a0a0a0" stroked="f"/>
        </w:pict>
      </w:r>
    </w:p>
    <w:p w14:paraId="56419A05" w14:textId="26D16D02" w:rsidR="003E014C" w:rsidRPr="003E014C" w:rsidRDefault="003E014C" w:rsidP="003E014C">
      <w:pPr>
        <w:rPr>
          <w:b/>
          <w:bCs/>
          <w:lang w:val="en-GB"/>
        </w:rPr>
      </w:pPr>
      <w:r w:rsidRPr="003E014C">
        <w:rPr>
          <w:b/>
          <w:bCs/>
          <w:color w:val="365F91" w:themeColor="accent1" w:themeShade="BF"/>
          <w:lang w:val="en-GB"/>
        </w:rPr>
        <w:lastRenderedPageBreak/>
        <w:t>1</w:t>
      </w:r>
      <w:r w:rsidR="00714557">
        <w:rPr>
          <w:b/>
          <w:bCs/>
          <w:color w:val="365F91" w:themeColor="accent1" w:themeShade="BF"/>
          <w:lang w:val="en-GB"/>
        </w:rPr>
        <w:t>4</w:t>
      </w:r>
      <w:r w:rsidRPr="003E014C">
        <w:rPr>
          <w:b/>
          <w:bCs/>
          <w:color w:val="365F91" w:themeColor="accent1" w:themeShade="BF"/>
          <w:lang w:val="en-GB"/>
        </w:rPr>
        <w:t>.3 Rescheduling</w:t>
      </w:r>
    </w:p>
    <w:p w14:paraId="2DBE9F10" w14:textId="77777777" w:rsidR="003E014C" w:rsidRPr="003E014C" w:rsidRDefault="003E014C" w:rsidP="003E014C">
      <w:pPr>
        <w:rPr>
          <w:lang w:val="en-GB"/>
        </w:rPr>
      </w:pPr>
      <w:r w:rsidRPr="003E014C">
        <w:rPr>
          <w:lang w:val="en-GB"/>
        </w:rPr>
        <w:t>Participants and coaches are encouraged to resolve requests to reschedule bookings by mutual agreement wherever reasonably possible.</w:t>
      </w:r>
    </w:p>
    <w:p w14:paraId="04E8FC36" w14:textId="77777777" w:rsidR="003E014C" w:rsidRPr="003E014C" w:rsidRDefault="003E014C" w:rsidP="003E014C">
      <w:pPr>
        <w:rPr>
          <w:lang w:val="en-GB"/>
        </w:rPr>
      </w:pPr>
      <w:r w:rsidRPr="003E014C">
        <w:rPr>
          <w:lang w:val="en-GB"/>
        </w:rPr>
        <w:t>Any revised booking remains subject to:</w:t>
      </w:r>
    </w:p>
    <w:p w14:paraId="79205D75" w14:textId="77777777" w:rsidR="003E014C" w:rsidRPr="003E014C" w:rsidRDefault="003E014C">
      <w:pPr>
        <w:numPr>
          <w:ilvl w:val="0"/>
          <w:numId w:val="69"/>
        </w:numPr>
        <w:rPr>
          <w:lang w:val="en-GB"/>
        </w:rPr>
      </w:pPr>
      <w:r w:rsidRPr="003E014C">
        <w:rPr>
          <w:lang w:val="en-GB"/>
        </w:rPr>
        <w:t xml:space="preserve">coach availability; </w:t>
      </w:r>
    </w:p>
    <w:p w14:paraId="69AE5A65" w14:textId="77777777" w:rsidR="003E014C" w:rsidRPr="003E014C" w:rsidRDefault="003E014C">
      <w:pPr>
        <w:numPr>
          <w:ilvl w:val="0"/>
          <w:numId w:val="69"/>
        </w:numPr>
        <w:rPr>
          <w:lang w:val="en-GB"/>
        </w:rPr>
      </w:pPr>
      <w:r w:rsidRPr="003E014C">
        <w:rPr>
          <w:lang w:val="en-GB"/>
        </w:rPr>
        <w:t xml:space="preserve">venue availability where applicable; </w:t>
      </w:r>
    </w:p>
    <w:p w14:paraId="60CECF7F" w14:textId="77777777" w:rsidR="003E014C" w:rsidRPr="003E014C" w:rsidRDefault="003E014C">
      <w:pPr>
        <w:numPr>
          <w:ilvl w:val="0"/>
          <w:numId w:val="69"/>
        </w:numPr>
        <w:rPr>
          <w:lang w:val="en-GB"/>
        </w:rPr>
      </w:pPr>
      <w:r w:rsidRPr="003E014C">
        <w:rPr>
          <w:lang w:val="en-GB"/>
        </w:rPr>
        <w:t xml:space="preserve">payment requirements; and </w:t>
      </w:r>
    </w:p>
    <w:p w14:paraId="78FB302C" w14:textId="77777777" w:rsidR="003E014C" w:rsidRPr="003E014C" w:rsidRDefault="003E014C">
      <w:pPr>
        <w:numPr>
          <w:ilvl w:val="0"/>
          <w:numId w:val="69"/>
        </w:numPr>
        <w:rPr>
          <w:lang w:val="en-GB"/>
        </w:rPr>
      </w:pPr>
      <w:r w:rsidRPr="003E014C">
        <w:rPr>
          <w:lang w:val="en-GB"/>
        </w:rPr>
        <w:t xml:space="preserve">any applicable cancellation policy. </w:t>
      </w:r>
    </w:p>
    <w:p w14:paraId="5773FD8C" w14:textId="77777777" w:rsidR="003E014C" w:rsidRPr="003E014C" w:rsidRDefault="003E014C" w:rsidP="003E014C">
      <w:pPr>
        <w:rPr>
          <w:lang w:val="en-GB"/>
        </w:rPr>
      </w:pPr>
      <w:r w:rsidRPr="003E014C">
        <w:rPr>
          <w:lang w:val="en-GB"/>
        </w:rPr>
        <w:t>My Sports Coach may provide platform tools to support rescheduling but cannot guarantee that alternative arrangements will always be available.</w:t>
      </w:r>
    </w:p>
    <w:p w14:paraId="17D2BD8D" w14:textId="77777777" w:rsidR="003E014C" w:rsidRPr="003E014C" w:rsidRDefault="00000000" w:rsidP="003E014C">
      <w:pPr>
        <w:rPr>
          <w:lang w:val="en-GB"/>
        </w:rPr>
      </w:pPr>
      <w:r>
        <w:rPr>
          <w:lang w:val="en-GB"/>
        </w:rPr>
        <w:pict w14:anchorId="781E6AB0">
          <v:rect id="_x0000_i1131" style="width:0;height:1.5pt" o:hralign="center" o:hrstd="t" o:hr="t" fillcolor="#a0a0a0" stroked="f"/>
        </w:pict>
      </w:r>
    </w:p>
    <w:p w14:paraId="0ABE8DF6" w14:textId="4CA038EB"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.4 Refunds</w:t>
      </w:r>
    </w:p>
    <w:p w14:paraId="4B58D1A3" w14:textId="77777777" w:rsidR="003E014C" w:rsidRPr="003E014C" w:rsidRDefault="003E014C" w:rsidP="003E014C">
      <w:pPr>
        <w:rPr>
          <w:lang w:val="en-GB"/>
        </w:rPr>
      </w:pPr>
      <w:r w:rsidRPr="003E014C">
        <w:rPr>
          <w:lang w:val="en-GB"/>
        </w:rPr>
        <w:t>Refunds will be administered in accordance with:</w:t>
      </w:r>
    </w:p>
    <w:p w14:paraId="296F27B1" w14:textId="77777777" w:rsidR="003E014C" w:rsidRPr="003E014C" w:rsidRDefault="003E014C">
      <w:pPr>
        <w:numPr>
          <w:ilvl w:val="0"/>
          <w:numId w:val="70"/>
        </w:numPr>
        <w:rPr>
          <w:lang w:val="en-GB"/>
        </w:rPr>
      </w:pPr>
      <w:r w:rsidRPr="003E014C">
        <w:rPr>
          <w:lang w:val="en-GB"/>
        </w:rPr>
        <w:t xml:space="preserve">these Terms; </w:t>
      </w:r>
    </w:p>
    <w:p w14:paraId="28528419" w14:textId="77777777" w:rsidR="003E014C" w:rsidRPr="003E014C" w:rsidRDefault="003E014C">
      <w:pPr>
        <w:numPr>
          <w:ilvl w:val="0"/>
          <w:numId w:val="70"/>
        </w:numPr>
        <w:rPr>
          <w:lang w:val="en-GB"/>
        </w:rPr>
      </w:pPr>
      <w:r w:rsidRPr="003E014C">
        <w:rPr>
          <w:lang w:val="en-GB"/>
        </w:rPr>
        <w:t xml:space="preserve">any applicable My Sports Coach refund policy; </w:t>
      </w:r>
    </w:p>
    <w:p w14:paraId="00A281E9" w14:textId="77777777" w:rsidR="003E014C" w:rsidRPr="003E014C" w:rsidRDefault="003E014C">
      <w:pPr>
        <w:numPr>
          <w:ilvl w:val="0"/>
          <w:numId w:val="70"/>
        </w:numPr>
        <w:rPr>
          <w:lang w:val="en-GB"/>
        </w:rPr>
      </w:pPr>
      <w:r w:rsidRPr="003E014C">
        <w:rPr>
          <w:lang w:val="en-GB"/>
        </w:rPr>
        <w:t xml:space="preserve">the cancellation terms communicated before the booking; and </w:t>
      </w:r>
    </w:p>
    <w:p w14:paraId="755E7E6A" w14:textId="77777777" w:rsidR="003E014C" w:rsidRPr="003E014C" w:rsidRDefault="003E014C">
      <w:pPr>
        <w:numPr>
          <w:ilvl w:val="0"/>
          <w:numId w:val="70"/>
        </w:numPr>
        <w:rPr>
          <w:lang w:val="en-GB"/>
        </w:rPr>
      </w:pPr>
      <w:r w:rsidRPr="003E014C">
        <w:rPr>
          <w:lang w:val="en-GB"/>
        </w:rPr>
        <w:t xml:space="preserve">applicable consumer protection legislation. </w:t>
      </w:r>
    </w:p>
    <w:p w14:paraId="4524A03F" w14:textId="77777777" w:rsidR="003E014C" w:rsidRPr="003E014C" w:rsidRDefault="003E014C" w:rsidP="003E014C">
      <w:pPr>
        <w:rPr>
          <w:lang w:val="en-GB"/>
        </w:rPr>
      </w:pPr>
      <w:r w:rsidRPr="003E014C">
        <w:rPr>
          <w:lang w:val="en-GB"/>
        </w:rPr>
        <w:t>Where a refund is approved, it will normally be returned using the original payment method unless another arrangement has been agreed.</w:t>
      </w:r>
    </w:p>
    <w:p w14:paraId="292459F2" w14:textId="77777777" w:rsidR="003E014C" w:rsidRPr="003E014C" w:rsidRDefault="003E014C" w:rsidP="003E014C">
      <w:pPr>
        <w:rPr>
          <w:lang w:val="en-GB"/>
        </w:rPr>
      </w:pPr>
      <w:r w:rsidRPr="003E014C">
        <w:rPr>
          <w:lang w:val="en-GB"/>
        </w:rPr>
        <w:t>Refund processing times may vary depending on the payment provider.</w:t>
      </w:r>
    </w:p>
    <w:p w14:paraId="4011CA0B" w14:textId="1AA4C9C6" w:rsidR="003E014C" w:rsidRPr="00714557" w:rsidRDefault="00000000" w:rsidP="003E014C">
      <w:pPr>
        <w:rPr>
          <w:lang w:val="en-GB"/>
        </w:rPr>
      </w:pPr>
      <w:r>
        <w:rPr>
          <w:lang w:val="en-GB"/>
        </w:rPr>
        <w:pict w14:anchorId="41EFE0DE">
          <v:rect id="_x0000_i1132" style="width:0;height:1.5pt" o:hralign="center" o:hrstd="t" o:hr="t" fillcolor="#a0a0a0" stroked="f"/>
        </w:pict>
      </w:r>
    </w:p>
    <w:p w14:paraId="4B610367" w14:textId="58D9126D"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.5 No-Shows</w:t>
      </w:r>
    </w:p>
    <w:p w14:paraId="63CC73E3" w14:textId="77777777" w:rsidR="003E014C" w:rsidRPr="003E014C" w:rsidRDefault="003E014C" w:rsidP="003E014C">
      <w:pPr>
        <w:rPr>
          <w:lang w:val="en-GB"/>
        </w:rPr>
      </w:pPr>
      <w:r w:rsidRPr="003E014C">
        <w:rPr>
          <w:lang w:val="en-GB"/>
        </w:rPr>
        <w:t>If a participant fails to attend a confirmed booking without providing appropriate notice, they may not be entitled to a refund, subject to the applicable cancellation policy and consumer rights.</w:t>
      </w:r>
    </w:p>
    <w:p w14:paraId="3586B3C4" w14:textId="77777777" w:rsidR="003E014C" w:rsidRPr="003E014C" w:rsidRDefault="003E014C" w:rsidP="003E014C">
      <w:pPr>
        <w:rPr>
          <w:lang w:val="en-GB"/>
        </w:rPr>
      </w:pPr>
      <w:r w:rsidRPr="003E014C">
        <w:rPr>
          <w:lang w:val="en-GB"/>
        </w:rPr>
        <w:t>Similarly, where a coach fails to attend a confirmed booking without reasonable notice or justification, participants may be entitled to appropriate remedies, including rescheduling or a refund where applicable.</w:t>
      </w:r>
    </w:p>
    <w:p w14:paraId="0BAB3A0D" w14:textId="77777777" w:rsidR="003E014C" w:rsidRPr="003E014C" w:rsidRDefault="00000000" w:rsidP="003E014C">
      <w:pPr>
        <w:rPr>
          <w:lang w:val="en-GB"/>
        </w:rPr>
      </w:pPr>
      <w:r>
        <w:rPr>
          <w:lang w:val="en-GB"/>
        </w:rPr>
        <w:pict w14:anchorId="2A92731A">
          <v:rect id="_x0000_i1133" style="width:0;height:1.5pt" o:hralign="center" o:hrstd="t" o:hr="t" fillcolor="#a0a0a0" stroked="f"/>
        </w:pict>
      </w:r>
    </w:p>
    <w:p w14:paraId="42DEC204" w14:textId="509801FA" w:rsidR="003E014C" w:rsidRPr="003E014C" w:rsidRDefault="003E014C" w:rsidP="003E014C">
      <w:pPr>
        <w:rPr>
          <w:b/>
          <w:bCs/>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.6 Exceptional Circumstances</w:t>
      </w:r>
    </w:p>
    <w:p w14:paraId="76C5DD41" w14:textId="77777777" w:rsidR="003E014C" w:rsidRPr="003E014C" w:rsidRDefault="003E014C" w:rsidP="003E014C">
      <w:pPr>
        <w:rPr>
          <w:lang w:val="en-GB"/>
        </w:rPr>
      </w:pPr>
      <w:r w:rsidRPr="003E014C">
        <w:rPr>
          <w:lang w:val="en-GB"/>
        </w:rPr>
        <w:lastRenderedPageBreak/>
        <w:t>My Sports Coach recognises that exceptional circumstances may occasionally prevent a booking from taking place.</w:t>
      </w:r>
    </w:p>
    <w:p w14:paraId="1FC60399" w14:textId="77777777" w:rsidR="003E014C" w:rsidRPr="003E014C" w:rsidRDefault="003E014C" w:rsidP="003E014C">
      <w:pPr>
        <w:rPr>
          <w:lang w:val="en-GB"/>
        </w:rPr>
      </w:pPr>
      <w:r w:rsidRPr="003E014C">
        <w:rPr>
          <w:lang w:val="en-GB"/>
        </w:rPr>
        <w:t>Examples may include:</w:t>
      </w:r>
    </w:p>
    <w:p w14:paraId="0A84B72A" w14:textId="77777777" w:rsidR="003E014C" w:rsidRPr="003E014C" w:rsidRDefault="003E014C">
      <w:pPr>
        <w:numPr>
          <w:ilvl w:val="0"/>
          <w:numId w:val="71"/>
        </w:numPr>
        <w:rPr>
          <w:lang w:val="en-GB"/>
        </w:rPr>
      </w:pPr>
      <w:r w:rsidRPr="003E014C">
        <w:rPr>
          <w:lang w:val="en-GB"/>
        </w:rPr>
        <w:t xml:space="preserve">serious illness; </w:t>
      </w:r>
    </w:p>
    <w:p w14:paraId="20736AAD" w14:textId="77777777" w:rsidR="003E014C" w:rsidRPr="003E014C" w:rsidRDefault="003E014C">
      <w:pPr>
        <w:numPr>
          <w:ilvl w:val="0"/>
          <w:numId w:val="71"/>
        </w:numPr>
        <w:rPr>
          <w:lang w:val="en-GB"/>
        </w:rPr>
      </w:pPr>
      <w:r w:rsidRPr="003E014C">
        <w:rPr>
          <w:lang w:val="en-GB"/>
        </w:rPr>
        <w:t xml:space="preserve">accidents; </w:t>
      </w:r>
    </w:p>
    <w:p w14:paraId="06D02CF8" w14:textId="77777777" w:rsidR="003E014C" w:rsidRPr="003E014C" w:rsidRDefault="003E014C">
      <w:pPr>
        <w:numPr>
          <w:ilvl w:val="0"/>
          <w:numId w:val="71"/>
        </w:numPr>
        <w:rPr>
          <w:lang w:val="en-GB"/>
        </w:rPr>
      </w:pPr>
      <w:r w:rsidRPr="003E014C">
        <w:rPr>
          <w:lang w:val="en-GB"/>
        </w:rPr>
        <w:t xml:space="preserve">severe weather; </w:t>
      </w:r>
    </w:p>
    <w:p w14:paraId="7B59C975" w14:textId="77777777" w:rsidR="003E014C" w:rsidRPr="003E014C" w:rsidRDefault="003E014C">
      <w:pPr>
        <w:numPr>
          <w:ilvl w:val="0"/>
          <w:numId w:val="71"/>
        </w:numPr>
        <w:rPr>
          <w:lang w:val="en-GB"/>
        </w:rPr>
      </w:pPr>
      <w:r w:rsidRPr="003E014C">
        <w:rPr>
          <w:lang w:val="en-GB"/>
        </w:rPr>
        <w:t xml:space="preserve">venue closures; </w:t>
      </w:r>
    </w:p>
    <w:p w14:paraId="3E928384" w14:textId="77777777" w:rsidR="003E014C" w:rsidRPr="003E014C" w:rsidRDefault="003E014C">
      <w:pPr>
        <w:numPr>
          <w:ilvl w:val="0"/>
          <w:numId w:val="71"/>
        </w:numPr>
        <w:rPr>
          <w:lang w:val="en-GB"/>
        </w:rPr>
      </w:pPr>
      <w:r w:rsidRPr="003E014C">
        <w:rPr>
          <w:lang w:val="en-GB"/>
        </w:rPr>
        <w:t xml:space="preserve">emergency safeguarding concerns; </w:t>
      </w:r>
    </w:p>
    <w:p w14:paraId="15CC3C18" w14:textId="77777777" w:rsidR="003E014C" w:rsidRPr="003E014C" w:rsidRDefault="003E014C">
      <w:pPr>
        <w:numPr>
          <w:ilvl w:val="0"/>
          <w:numId w:val="71"/>
        </w:numPr>
        <w:rPr>
          <w:lang w:val="en-GB"/>
        </w:rPr>
      </w:pPr>
      <w:r w:rsidRPr="003E014C">
        <w:rPr>
          <w:lang w:val="en-GB"/>
        </w:rPr>
        <w:t xml:space="preserve">government restrictions; or </w:t>
      </w:r>
    </w:p>
    <w:p w14:paraId="572A0FBA" w14:textId="77777777" w:rsidR="003E014C" w:rsidRPr="003E014C" w:rsidRDefault="003E014C">
      <w:pPr>
        <w:numPr>
          <w:ilvl w:val="0"/>
          <w:numId w:val="71"/>
        </w:numPr>
        <w:rPr>
          <w:lang w:val="en-GB"/>
        </w:rPr>
      </w:pPr>
      <w:r w:rsidRPr="003E014C">
        <w:rPr>
          <w:lang w:val="en-GB"/>
        </w:rPr>
        <w:t xml:space="preserve">other events beyond the reasonable control of the parties. </w:t>
      </w:r>
    </w:p>
    <w:p w14:paraId="03AA3674" w14:textId="77777777" w:rsidR="003E014C" w:rsidRPr="003E014C" w:rsidRDefault="003E014C" w:rsidP="003E014C">
      <w:pPr>
        <w:rPr>
          <w:lang w:val="en-GB"/>
        </w:rPr>
      </w:pPr>
      <w:r w:rsidRPr="003E014C">
        <w:rPr>
          <w:lang w:val="en-GB"/>
        </w:rPr>
        <w:t>Where exceptional circumstances arise, participants and coaches are encouraged to communicate promptly and work together to reach a fair outcome.</w:t>
      </w:r>
    </w:p>
    <w:p w14:paraId="33F7B87D" w14:textId="77777777" w:rsidR="003E014C" w:rsidRPr="003E014C" w:rsidRDefault="00000000" w:rsidP="003E014C">
      <w:pPr>
        <w:rPr>
          <w:lang w:val="en-GB"/>
        </w:rPr>
      </w:pPr>
      <w:r>
        <w:rPr>
          <w:lang w:val="en-GB"/>
        </w:rPr>
        <w:pict w14:anchorId="4F5666BD">
          <v:rect id="_x0000_i1134" style="width:0;height:1.5pt" o:hralign="center" o:hrstd="t" o:hr="t" fillcolor="#a0a0a0" stroked="f"/>
        </w:pict>
      </w:r>
    </w:p>
    <w:p w14:paraId="0372A5BB" w14:textId="77777777" w:rsidR="00714557" w:rsidRDefault="00714557" w:rsidP="003E014C">
      <w:pPr>
        <w:rPr>
          <w:b/>
          <w:bCs/>
          <w:color w:val="365F91" w:themeColor="accent1" w:themeShade="BF"/>
          <w:lang w:val="en-GB"/>
        </w:rPr>
      </w:pPr>
    </w:p>
    <w:p w14:paraId="416D5DAA" w14:textId="213EDB60"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.7 Booking Disputes</w:t>
      </w:r>
    </w:p>
    <w:p w14:paraId="1BAF1CD3" w14:textId="77777777" w:rsidR="003E014C" w:rsidRPr="003E014C" w:rsidRDefault="003E014C" w:rsidP="003E014C">
      <w:pPr>
        <w:rPr>
          <w:lang w:val="en-GB"/>
        </w:rPr>
      </w:pPr>
      <w:r w:rsidRPr="003E014C">
        <w:rPr>
          <w:lang w:val="en-GB"/>
        </w:rPr>
        <w:t>Where a disagreement arises concerning a cancellation, refund or booking, participants and coaches should first attempt to resolve the matter directly.</w:t>
      </w:r>
    </w:p>
    <w:p w14:paraId="27F18ADE" w14:textId="77777777" w:rsidR="003E014C" w:rsidRPr="003E014C" w:rsidRDefault="003E014C" w:rsidP="003E014C">
      <w:pPr>
        <w:rPr>
          <w:lang w:val="en-GB"/>
        </w:rPr>
      </w:pPr>
      <w:r w:rsidRPr="003E014C">
        <w:rPr>
          <w:lang w:val="en-GB"/>
        </w:rPr>
        <w:t>Where appropriate, My Sports Coach may assist by reviewing available booking records and platform information to support communication between the parties.</w:t>
      </w:r>
    </w:p>
    <w:p w14:paraId="786933AC" w14:textId="77777777" w:rsidR="003E014C" w:rsidRPr="003E014C" w:rsidRDefault="003E014C" w:rsidP="003E014C">
      <w:pPr>
        <w:rPr>
          <w:lang w:val="en-GB"/>
        </w:rPr>
      </w:pPr>
      <w:r w:rsidRPr="003E014C">
        <w:rPr>
          <w:lang w:val="en-GB"/>
        </w:rPr>
        <w:t>Unless otherwise required by law or expressly agreed, My Sports Coach is not responsible for determining contractual disputes relating to the delivery of independent coaching services.</w:t>
      </w:r>
    </w:p>
    <w:p w14:paraId="76F04332" w14:textId="77777777" w:rsidR="003E014C" w:rsidRPr="003E014C" w:rsidRDefault="00000000" w:rsidP="003E014C">
      <w:pPr>
        <w:rPr>
          <w:lang w:val="en-GB"/>
        </w:rPr>
      </w:pPr>
      <w:r>
        <w:rPr>
          <w:lang w:val="en-GB"/>
        </w:rPr>
        <w:pict w14:anchorId="40B046A3">
          <v:rect id="_x0000_i1135" style="width:0;height:1.5pt" o:hralign="center" o:hrstd="t" o:hr="t" fillcolor="#a0a0a0" stroked="f"/>
        </w:pict>
      </w:r>
    </w:p>
    <w:p w14:paraId="3D7E53BE" w14:textId="77777777" w:rsidR="003E014C" w:rsidRDefault="003E014C" w:rsidP="003E014C">
      <w:pPr>
        <w:rPr>
          <w:b/>
          <w:bCs/>
          <w:color w:val="365F91" w:themeColor="accent1" w:themeShade="BF"/>
          <w:lang w:val="en-GB"/>
        </w:rPr>
      </w:pPr>
    </w:p>
    <w:p w14:paraId="7A4EBCC9" w14:textId="7671E3FD"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4</w:t>
      </w:r>
      <w:r w:rsidRPr="003E014C">
        <w:rPr>
          <w:b/>
          <w:bCs/>
          <w:color w:val="365F91" w:themeColor="accent1" w:themeShade="BF"/>
          <w:lang w:val="en-GB"/>
        </w:rPr>
        <w:t>.8 Consumer Rights</w:t>
      </w:r>
    </w:p>
    <w:p w14:paraId="39AD7351" w14:textId="77777777" w:rsidR="003E014C" w:rsidRPr="003E014C" w:rsidRDefault="003E014C" w:rsidP="003E014C">
      <w:pPr>
        <w:rPr>
          <w:lang w:val="en-GB"/>
        </w:rPr>
      </w:pPr>
      <w:r w:rsidRPr="003E014C">
        <w:rPr>
          <w:lang w:val="en-GB"/>
        </w:rPr>
        <w:t>Nothing within these Terms limits or excludes any statutory rights available to consumers under applicable law.</w:t>
      </w:r>
    </w:p>
    <w:p w14:paraId="4679EFCD" w14:textId="15F0DC3C" w:rsidR="003E014C" w:rsidRDefault="003E014C">
      <w:pPr>
        <w:rPr>
          <w:lang w:val="en-GB"/>
        </w:rPr>
      </w:pPr>
      <w:r w:rsidRPr="003E014C">
        <w:rPr>
          <w:lang w:val="en-GB"/>
        </w:rPr>
        <w:t>Where consumer protection legislation provides rights that differ from these Terms, those statutory rights will take precedence to the extent required by law.</w:t>
      </w:r>
    </w:p>
    <w:p w14:paraId="5AF835E7" w14:textId="77777777" w:rsidR="003E014C" w:rsidRPr="003E014C" w:rsidRDefault="003E014C">
      <w:pPr>
        <w:rPr>
          <w:lang w:val="en-GB"/>
        </w:rPr>
      </w:pPr>
    </w:p>
    <w:p w14:paraId="56A14FC3" w14:textId="7AD8B817" w:rsidR="003E014C" w:rsidRPr="003E014C" w:rsidRDefault="003E014C" w:rsidP="003E014C">
      <w:pPr>
        <w:rPr>
          <w:b/>
          <w:bCs/>
          <w:color w:val="365F91" w:themeColor="accent1" w:themeShade="BF"/>
          <w:sz w:val="28"/>
          <w:szCs w:val="28"/>
          <w:lang w:val="en-GB"/>
        </w:rPr>
      </w:pPr>
      <w:r w:rsidRPr="003E014C">
        <w:rPr>
          <w:b/>
          <w:bCs/>
          <w:color w:val="365F91" w:themeColor="accent1" w:themeShade="BF"/>
          <w:sz w:val="28"/>
          <w:szCs w:val="28"/>
          <w:lang w:val="en-GB"/>
        </w:rPr>
        <w:t>1</w:t>
      </w:r>
      <w:r w:rsidR="00714557">
        <w:rPr>
          <w:b/>
          <w:bCs/>
          <w:color w:val="365F91" w:themeColor="accent1" w:themeShade="BF"/>
          <w:sz w:val="28"/>
          <w:szCs w:val="28"/>
          <w:lang w:val="en-GB"/>
        </w:rPr>
        <w:t>5</w:t>
      </w:r>
      <w:r w:rsidRPr="003E014C">
        <w:rPr>
          <w:b/>
          <w:bCs/>
          <w:color w:val="365F91" w:themeColor="accent1" w:themeShade="BF"/>
          <w:sz w:val="28"/>
          <w:szCs w:val="28"/>
          <w:lang w:val="en-GB"/>
        </w:rPr>
        <w:t>. Reviews &amp; Ratings</w:t>
      </w:r>
    </w:p>
    <w:p w14:paraId="057DCC47" w14:textId="77777777" w:rsidR="003E014C" w:rsidRPr="003E014C" w:rsidRDefault="003E014C" w:rsidP="003E014C">
      <w:pPr>
        <w:rPr>
          <w:lang w:val="en-GB"/>
        </w:rPr>
      </w:pPr>
      <w:r w:rsidRPr="003E014C">
        <w:rPr>
          <w:lang w:val="en-GB"/>
        </w:rPr>
        <w:lastRenderedPageBreak/>
        <w:t>The My Sports Coach platform may allow participants and, where appropriate, coaches to submit reviews, ratings and feedback relating to bookings and services provided through the platform.</w:t>
      </w:r>
    </w:p>
    <w:p w14:paraId="46126A81" w14:textId="77777777" w:rsidR="003E014C" w:rsidRPr="003E014C" w:rsidRDefault="003E014C" w:rsidP="003E014C">
      <w:pPr>
        <w:rPr>
          <w:lang w:val="en-GB"/>
        </w:rPr>
      </w:pPr>
      <w:r w:rsidRPr="003E014C">
        <w:rPr>
          <w:lang w:val="en-GB"/>
        </w:rPr>
        <w:t>Reviews play an important role in helping users make informed decisions and contribute to maintaining a trusted, transparent and professional marketplace.</w:t>
      </w:r>
    </w:p>
    <w:p w14:paraId="4B8C9EDE" w14:textId="77777777" w:rsidR="003E014C" w:rsidRPr="003E014C" w:rsidRDefault="003E014C" w:rsidP="003E014C">
      <w:pPr>
        <w:rPr>
          <w:lang w:val="en-GB"/>
        </w:rPr>
      </w:pPr>
      <w:r w:rsidRPr="003E014C">
        <w:rPr>
          <w:lang w:val="en-GB"/>
        </w:rPr>
        <w:t>By submitting a review or rating, users agree to comply with this section and any related platform policies.</w:t>
      </w:r>
    </w:p>
    <w:p w14:paraId="6CB799D7" w14:textId="77777777" w:rsidR="003E014C" w:rsidRPr="003E014C" w:rsidRDefault="00000000" w:rsidP="003E014C">
      <w:pPr>
        <w:rPr>
          <w:lang w:val="en-GB"/>
        </w:rPr>
      </w:pPr>
      <w:r>
        <w:rPr>
          <w:lang w:val="en-GB"/>
        </w:rPr>
        <w:pict w14:anchorId="63D7879A">
          <v:rect id="_x0000_i1136" style="width:0;height:1.5pt" o:hralign="center" o:hrstd="t" o:hr="t" fillcolor="#a0a0a0" stroked="f"/>
        </w:pict>
      </w:r>
    </w:p>
    <w:p w14:paraId="5A95BC39" w14:textId="1DCE78B3"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.1 Genuine Reviews</w:t>
      </w:r>
    </w:p>
    <w:p w14:paraId="3D62BEEF" w14:textId="77777777" w:rsidR="003E014C" w:rsidRPr="003E014C" w:rsidRDefault="003E014C" w:rsidP="003E014C">
      <w:pPr>
        <w:rPr>
          <w:lang w:val="en-GB"/>
        </w:rPr>
      </w:pPr>
      <w:r w:rsidRPr="003E014C">
        <w:rPr>
          <w:lang w:val="en-GB"/>
        </w:rPr>
        <w:t>Reviews should reflect the genuine experience of the individual submitting them.</w:t>
      </w:r>
    </w:p>
    <w:p w14:paraId="1043A3B4" w14:textId="77777777" w:rsidR="003E014C" w:rsidRPr="003E014C" w:rsidRDefault="003E014C" w:rsidP="003E014C">
      <w:pPr>
        <w:rPr>
          <w:lang w:val="en-GB"/>
        </w:rPr>
      </w:pPr>
      <w:r w:rsidRPr="003E014C">
        <w:rPr>
          <w:lang w:val="en-GB"/>
        </w:rPr>
        <w:t>Users should ensure that reviews are:</w:t>
      </w:r>
    </w:p>
    <w:p w14:paraId="0DEBF1CE" w14:textId="77777777" w:rsidR="003E014C" w:rsidRPr="003E014C" w:rsidRDefault="003E014C">
      <w:pPr>
        <w:numPr>
          <w:ilvl w:val="0"/>
          <w:numId w:val="72"/>
        </w:numPr>
        <w:rPr>
          <w:lang w:val="en-GB"/>
        </w:rPr>
      </w:pPr>
      <w:r w:rsidRPr="003E014C">
        <w:rPr>
          <w:lang w:val="en-GB"/>
        </w:rPr>
        <w:t xml:space="preserve">honest; </w:t>
      </w:r>
    </w:p>
    <w:p w14:paraId="2FA83544" w14:textId="77777777" w:rsidR="003E014C" w:rsidRPr="003E014C" w:rsidRDefault="003E014C">
      <w:pPr>
        <w:numPr>
          <w:ilvl w:val="0"/>
          <w:numId w:val="72"/>
        </w:numPr>
        <w:rPr>
          <w:lang w:val="en-GB"/>
        </w:rPr>
      </w:pPr>
      <w:r w:rsidRPr="003E014C">
        <w:rPr>
          <w:lang w:val="en-GB"/>
        </w:rPr>
        <w:t xml:space="preserve">fair; </w:t>
      </w:r>
    </w:p>
    <w:p w14:paraId="63104BD7" w14:textId="77777777" w:rsidR="003E014C" w:rsidRPr="003E014C" w:rsidRDefault="003E014C">
      <w:pPr>
        <w:numPr>
          <w:ilvl w:val="0"/>
          <w:numId w:val="72"/>
        </w:numPr>
        <w:rPr>
          <w:lang w:val="en-GB"/>
        </w:rPr>
      </w:pPr>
      <w:r w:rsidRPr="003E014C">
        <w:rPr>
          <w:lang w:val="en-GB"/>
        </w:rPr>
        <w:t xml:space="preserve">accurate; </w:t>
      </w:r>
    </w:p>
    <w:p w14:paraId="033A64A8" w14:textId="77777777" w:rsidR="003E014C" w:rsidRPr="003E014C" w:rsidRDefault="003E014C">
      <w:pPr>
        <w:numPr>
          <w:ilvl w:val="0"/>
          <w:numId w:val="72"/>
        </w:numPr>
        <w:rPr>
          <w:lang w:val="en-GB"/>
        </w:rPr>
      </w:pPr>
      <w:r w:rsidRPr="003E014C">
        <w:rPr>
          <w:lang w:val="en-GB"/>
        </w:rPr>
        <w:t xml:space="preserve">based on first-hand experience; and </w:t>
      </w:r>
    </w:p>
    <w:p w14:paraId="72342392" w14:textId="77777777" w:rsidR="003E014C" w:rsidRPr="003E014C" w:rsidRDefault="003E014C">
      <w:pPr>
        <w:numPr>
          <w:ilvl w:val="0"/>
          <w:numId w:val="72"/>
        </w:numPr>
        <w:rPr>
          <w:lang w:val="en-GB"/>
        </w:rPr>
      </w:pPr>
      <w:r w:rsidRPr="003E014C">
        <w:rPr>
          <w:lang w:val="en-GB"/>
        </w:rPr>
        <w:t xml:space="preserve">submitted in good faith. </w:t>
      </w:r>
    </w:p>
    <w:p w14:paraId="55458E21" w14:textId="77777777" w:rsidR="003E014C" w:rsidRPr="003E014C" w:rsidRDefault="003E014C" w:rsidP="003E014C">
      <w:pPr>
        <w:rPr>
          <w:lang w:val="en-GB"/>
        </w:rPr>
      </w:pPr>
      <w:r w:rsidRPr="003E014C">
        <w:rPr>
          <w:lang w:val="en-GB"/>
        </w:rPr>
        <w:t>Reviews must not be misleading or intended to unfairly influence the reputation of another user.</w:t>
      </w:r>
    </w:p>
    <w:p w14:paraId="686A5CBB" w14:textId="77777777" w:rsidR="003E014C" w:rsidRPr="003E014C" w:rsidRDefault="00000000" w:rsidP="003E014C">
      <w:pPr>
        <w:rPr>
          <w:lang w:val="en-GB"/>
        </w:rPr>
      </w:pPr>
      <w:r>
        <w:rPr>
          <w:lang w:val="en-GB"/>
        </w:rPr>
        <w:pict w14:anchorId="5E79FC3B">
          <v:rect id="_x0000_i1137" style="width:0;height:1.5pt" o:hralign="center" o:hrstd="t" o:hr="t" fillcolor="#a0a0a0" stroked="f"/>
        </w:pict>
      </w:r>
    </w:p>
    <w:p w14:paraId="53745C7B" w14:textId="37640663" w:rsidR="003E014C" w:rsidRPr="003E014C" w:rsidRDefault="003E014C" w:rsidP="003E014C">
      <w:pPr>
        <w:rPr>
          <w:b/>
          <w:bCs/>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.2 Appropriate Content</w:t>
      </w:r>
    </w:p>
    <w:p w14:paraId="320CBFC3" w14:textId="77777777" w:rsidR="003E014C" w:rsidRPr="003E014C" w:rsidRDefault="003E014C" w:rsidP="003E014C">
      <w:pPr>
        <w:rPr>
          <w:lang w:val="en-GB"/>
        </w:rPr>
      </w:pPr>
      <w:r w:rsidRPr="003E014C">
        <w:rPr>
          <w:lang w:val="en-GB"/>
        </w:rPr>
        <w:t>Reviews should be written respectfully and focus on the coaching experience or booking.</w:t>
      </w:r>
    </w:p>
    <w:p w14:paraId="2E2576F4" w14:textId="77777777" w:rsidR="003E014C" w:rsidRPr="003E014C" w:rsidRDefault="003E014C" w:rsidP="003E014C">
      <w:pPr>
        <w:rPr>
          <w:lang w:val="en-GB"/>
        </w:rPr>
      </w:pPr>
      <w:r w:rsidRPr="003E014C">
        <w:rPr>
          <w:lang w:val="en-GB"/>
        </w:rPr>
        <w:t>Reviews must not contain:</w:t>
      </w:r>
    </w:p>
    <w:p w14:paraId="6E5143AF" w14:textId="77777777" w:rsidR="003E014C" w:rsidRPr="003E014C" w:rsidRDefault="003E014C">
      <w:pPr>
        <w:numPr>
          <w:ilvl w:val="0"/>
          <w:numId w:val="73"/>
        </w:numPr>
        <w:rPr>
          <w:lang w:val="en-GB"/>
        </w:rPr>
      </w:pPr>
      <w:r w:rsidRPr="003E014C">
        <w:rPr>
          <w:lang w:val="en-GB"/>
        </w:rPr>
        <w:t xml:space="preserve">abusive or offensive language; </w:t>
      </w:r>
    </w:p>
    <w:p w14:paraId="3E9E70A2" w14:textId="77777777" w:rsidR="003E014C" w:rsidRPr="003E014C" w:rsidRDefault="003E014C">
      <w:pPr>
        <w:numPr>
          <w:ilvl w:val="0"/>
          <w:numId w:val="73"/>
        </w:numPr>
        <w:rPr>
          <w:lang w:val="en-GB"/>
        </w:rPr>
      </w:pPr>
      <w:r w:rsidRPr="003E014C">
        <w:rPr>
          <w:lang w:val="en-GB"/>
        </w:rPr>
        <w:t xml:space="preserve">discriminatory comments; </w:t>
      </w:r>
    </w:p>
    <w:p w14:paraId="5F53CB98" w14:textId="77777777" w:rsidR="003E014C" w:rsidRPr="003E014C" w:rsidRDefault="003E014C">
      <w:pPr>
        <w:numPr>
          <w:ilvl w:val="0"/>
          <w:numId w:val="73"/>
        </w:numPr>
        <w:rPr>
          <w:lang w:val="en-GB"/>
        </w:rPr>
      </w:pPr>
      <w:r w:rsidRPr="003E014C">
        <w:rPr>
          <w:lang w:val="en-GB"/>
        </w:rPr>
        <w:t xml:space="preserve">defamatory statements; </w:t>
      </w:r>
    </w:p>
    <w:p w14:paraId="2CB670C5" w14:textId="77777777" w:rsidR="003E014C" w:rsidRPr="003E014C" w:rsidRDefault="003E014C">
      <w:pPr>
        <w:numPr>
          <w:ilvl w:val="0"/>
          <w:numId w:val="73"/>
        </w:numPr>
        <w:rPr>
          <w:lang w:val="en-GB"/>
        </w:rPr>
      </w:pPr>
      <w:r w:rsidRPr="003E014C">
        <w:rPr>
          <w:lang w:val="en-GB"/>
        </w:rPr>
        <w:t xml:space="preserve">threats or intimidation; </w:t>
      </w:r>
    </w:p>
    <w:p w14:paraId="6E10F447" w14:textId="77777777" w:rsidR="003E014C" w:rsidRPr="003E014C" w:rsidRDefault="003E014C">
      <w:pPr>
        <w:numPr>
          <w:ilvl w:val="0"/>
          <w:numId w:val="73"/>
        </w:numPr>
        <w:rPr>
          <w:lang w:val="en-GB"/>
        </w:rPr>
      </w:pPr>
      <w:r w:rsidRPr="003E014C">
        <w:rPr>
          <w:lang w:val="en-GB"/>
        </w:rPr>
        <w:t xml:space="preserve">personal attacks; </w:t>
      </w:r>
    </w:p>
    <w:p w14:paraId="1B784946" w14:textId="77777777" w:rsidR="003E014C" w:rsidRPr="003E014C" w:rsidRDefault="003E014C">
      <w:pPr>
        <w:numPr>
          <w:ilvl w:val="0"/>
          <w:numId w:val="73"/>
        </w:numPr>
        <w:rPr>
          <w:lang w:val="en-GB"/>
        </w:rPr>
      </w:pPr>
      <w:r w:rsidRPr="003E014C">
        <w:rPr>
          <w:lang w:val="en-GB"/>
        </w:rPr>
        <w:t xml:space="preserve">confidential information; </w:t>
      </w:r>
    </w:p>
    <w:p w14:paraId="709FB11B" w14:textId="77777777" w:rsidR="003E014C" w:rsidRPr="003E014C" w:rsidRDefault="003E014C">
      <w:pPr>
        <w:numPr>
          <w:ilvl w:val="0"/>
          <w:numId w:val="73"/>
        </w:numPr>
        <w:rPr>
          <w:lang w:val="en-GB"/>
        </w:rPr>
      </w:pPr>
      <w:r w:rsidRPr="003E014C">
        <w:rPr>
          <w:lang w:val="en-GB"/>
        </w:rPr>
        <w:t xml:space="preserve">personal contact details; or </w:t>
      </w:r>
    </w:p>
    <w:p w14:paraId="395A5F3B" w14:textId="77777777" w:rsidR="003E014C" w:rsidRPr="003E014C" w:rsidRDefault="003E014C">
      <w:pPr>
        <w:numPr>
          <w:ilvl w:val="0"/>
          <w:numId w:val="73"/>
        </w:numPr>
        <w:rPr>
          <w:lang w:val="en-GB"/>
        </w:rPr>
      </w:pPr>
      <w:r w:rsidRPr="003E014C">
        <w:rPr>
          <w:lang w:val="en-GB"/>
        </w:rPr>
        <w:t xml:space="preserve">content that is unlawful or otherwise inappropriate. </w:t>
      </w:r>
    </w:p>
    <w:p w14:paraId="5B042F2D" w14:textId="77777777" w:rsidR="003E014C" w:rsidRPr="003E014C" w:rsidRDefault="003E014C" w:rsidP="003E014C">
      <w:pPr>
        <w:rPr>
          <w:lang w:val="en-GB"/>
        </w:rPr>
      </w:pPr>
      <w:r w:rsidRPr="003E014C">
        <w:rPr>
          <w:lang w:val="en-GB"/>
        </w:rPr>
        <w:lastRenderedPageBreak/>
        <w:t>Users remain responsible for the content they choose to publish.</w:t>
      </w:r>
    </w:p>
    <w:p w14:paraId="4A92BBE5" w14:textId="77777777" w:rsidR="003E014C" w:rsidRPr="003E014C" w:rsidRDefault="00000000" w:rsidP="003E014C">
      <w:pPr>
        <w:rPr>
          <w:lang w:val="en-GB"/>
        </w:rPr>
      </w:pPr>
      <w:r>
        <w:rPr>
          <w:lang w:val="en-GB"/>
        </w:rPr>
        <w:pict w14:anchorId="08CE42BF">
          <v:rect id="_x0000_i1138" style="width:0;height:1.5pt" o:hralign="center" o:hrstd="t" o:hr="t" fillcolor="#a0a0a0" stroked="f"/>
        </w:pict>
      </w:r>
    </w:p>
    <w:p w14:paraId="7A3F2544" w14:textId="5C2307EF"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.3 Fake or Misleading Reviews</w:t>
      </w:r>
    </w:p>
    <w:p w14:paraId="6385A32D" w14:textId="77777777" w:rsidR="003E014C" w:rsidRPr="003E014C" w:rsidRDefault="003E014C" w:rsidP="003E014C">
      <w:pPr>
        <w:rPr>
          <w:lang w:val="en-GB"/>
        </w:rPr>
      </w:pPr>
      <w:r w:rsidRPr="003E014C">
        <w:rPr>
          <w:lang w:val="en-GB"/>
        </w:rPr>
        <w:t>Users must not submit reviews that are:</w:t>
      </w:r>
    </w:p>
    <w:p w14:paraId="18D1F0C2" w14:textId="77777777" w:rsidR="003E014C" w:rsidRPr="003E014C" w:rsidRDefault="003E014C">
      <w:pPr>
        <w:numPr>
          <w:ilvl w:val="0"/>
          <w:numId w:val="74"/>
        </w:numPr>
        <w:rPr>
          <w:lang w:val="en-GB"/>
        </w:rPr>
      </w:pPr>
      <w:r w:rsidRPr="003E014C">
        <w:rPr>
          <w:lang w:val="en-GB"/>
        </w:rPr>
        <w:t xml:space="preserve">false or fabricated; </w:t>
      </w:r>
    </w:p>
    <w:p w14:paraId="490DFC2C" w14:textId="77777777" w:rsidR="003E014C" w:rsidRPr="003E014C" w:rsidRDefault="003E014C">
      <w:pPr>
        <w:numPr>
          <w:ilvl w:val="0"/>
          <w:numId w:val="74"/>
        </w:numPr>
        <w:rPr>
          <w:lang w:val="en-GB"/>
        </w:rPr>
      </w:pPr>
      <w:r w:rsidRPr="003E014C">
        <w:rPr>
          <w:lang w:val="en-GB"/>
        </w:rPr>
        <w:t xml:space="preserve">submitted on behalf of another person without authority; </w:t>
      </w:r>
    </w:p>
    <w:p w14:paraId="388FF894" w14:textId="77777777" w:rsidR="003E014C" w:rsidRPr="003E014C" w:rsidRDefault="003E014C">
      <w:pPr>
        <w:numPr>
          <w:ilvl w:val="0"/>
          <w:numId w:val="74"/>
        </w:numPr>
        <w:rPr>
          <w:lang w:val="en-GB"/>
        </w:rPr>
      </w:pPr>
      <w:r w:rsidRPr="003E014C">
        <w:rPr>
          <w:lang w:val="en-GB"/>
        </w:rPr>
        <w:t xml:space="preserve">intended to manipulate ratings; </w:t>
      </w:r>
    </w:p>
    <w:p w14:paraId="06402261" w14:textId="77777777" w:rsidR="003E014C" w:rsidRPr="003E014C" w:rsidRDefault="003E014C">
      <w:pPr>
        <w:numPr>
          <w:ilvl w:val="0"/>
          <w:numId w:val="74"/>
        </w:numPr>
        <w:rPr>
          <w:lang w:val="en-GB"/>
        </w:rPr>
      </w:pPr>
      <w:r w:rsidRPr="003E014C">
        <w:rPr>
          <w:lang w:val="en-GB"/>
        </w:rPr>
        <w:t xml:space="preserve">exchanged in return for incentives unless clearly disclosed; or </w:t>
      </w:r>
    </w:p>
    <w:p w14:paraId="6573AA32" w14:textId="77777777" w:rsidR="003E014C" w:rsidRPr="003E014C" w:rsidRDefault="003E014C">
      <w:pPr>
        <w:numPr>
          <w:ilvl w:val="0"/>
          <w:numId w:val="74"/>
        </w:numPr>
        <w:rPr>
          <w:lang w:val="en-GB"/>
        </w:rPr>
      </w:pPr>
      <w:r w:rsidRPr="003E014C">
        <w:rPr>
          <w:lang w:val="en-GB"/>
        </w:rPr>
        <w:t xml:space="preserve">designed to unfairly damage or promote another user. </w:t>
      </w:r>
    </w:p>
    <w:p w14:paraId="21551A88" w14:textId="77777777" w:rsidR="003E014C" w:rsidRPr="003E014C" w:rsidRDefault="003E014C" w:rsidP="003E014C">
      <w:pPr>
        <w:rPr>
          <w:lang w:val="en-GB"/>
        </w:rPr>
      </w:pPr>
      <w:r w:rsidRPr="003E014C">
        <w:rPr>
          <w:lang w:val="en-GB"/>
        </w:rPr>
        <w:t>The integrity of the review system depends upon honest feedback from genuine platform users.</w:t>
      </w:r>
    </w:p>
    <w:p w14:paraId="58E78921" w14:textId="77777777" w:rsidR="003E014C" w:rsidRPr="003E014C" w:rsidRDefault="00000000" w:rsidP="003E014C">
      <w:pPr>
        <w:rPr>
          <w:lang w:val="en-GB"/>
        </w:rPr>
      </w:pPr>
      <w:r>
        <w:rPr>
          <w:lang w:val="en-GB"/>
        </w:rPr>
        <w:pict w14:anchorId="6BE34EA9">
          <v:rect id="_x0000_i1139" style="width:0;height:1.5pt" o:hralign="center" o:hrstd="t" o:hr="t" fillcolor="#a0a0a0" stroked="f"/>
        </w:pict>
      </w:r>
    </w:p>
    <w:p w14:paraId="5B59C14D" w14:textId="77777777" w:rsidR="00714557" w:rsidRDefault="00714557" w:rsidP="003E014C">
      <w:pPr>
        <w:rPr>
          <w:b/>
          <w:bCs/>
          <w:color w:val="365F91" w:themeColor="accent1" w:themeShade="BF"/>
          <w:lang w:val="en-GB"/>
        </w:rPr>
      </w:pPr>
    </w:p>
    <w:p w14:paraId="117271EA" w14:textId="77777777" w:rsidR="00714557" w:rsidRDefault="00714557" w:rsidP="003E014C">
      <w:pPr>
        <w:rPr>
          <w:b/>
          <w:bCs/>
          <w:color w:val="365F91" w:themeColor="accent1" w:themeShade="BF"/>
          <w:lang w:val="en-GB"/>
        </w:rPr>
      </w:pPr>
    </w:p>
    <w:p w14:paraId="458499E5" w14:textId="1D5999EA"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.4 Moderation</w:t>
      </w:r>
    </w:p>
    <w:p w14:paraId="0B10B70B" w14:textId="77777777" w:rsidR="003E014C" w:rsidRPr="003E014C" w:rsidRDefault="003E014C" w:rsidP="003E014C">
      <w:pPr>
        <w:rPr>
          <w:lang w:val="en-GB"/>
        </w:rPr>
      </w:pPr>
      <w:r w:rsidRPr="003E014C">
        <w:rPr>
          <w:lang w:val="en-GB"/>
        </w:rPr>
        <w:t>My Sports Coach reserves the right to review, moderate, hide or remove reviews where we reasonably believe that they:</w:t>
      </w:r>
    </w:p>
    <w:p w14:paraId="1B4AD41A" w14:textId="77777777" w:rsidR="003E014C" w:rsidRPr="003E014C" w:rsidRDefault="003E014C">
      <w:pPr>
        <w:numPr>
          <w:ilvl w:val="0"/>
          <w:numId w:val="75"/>
        </w:numPr>
        <w:rPr>
          <w:lang w:val="en-GB"/>
        </w:rPr>
      </w:pPr>
      <w:r w:rsidRPr="003E014C">
        <w:rPr>
          <w:lang w:val="en-GB"/>
        </w:rPr>
        <w:t xml:space="preserve">breach these Terms; </w:t>
      </w:r>
    </w:p>
    <w:p w14:paraId="20B79847" w14:textId="77777777" w:rsidR="003E014C" w:rsidRPr="003E014C" w:rsidRDefault="003E014C">
      <w:pPr>
        <w:numPr>
          <w:ilvl w:val="0"/>
          <w:numId w:val="75"/>
        </w:numPr>
        <w:rPr>
          <w:lang w:val="en-GB"/>
        </w:rPr>
      </w:pPr>
      <w:r w:rsidRPr="003E014C">
        <w:rPr>
          <w:lang w:val="en-GB"/>
        </w:rPr>
        <w:t xml:space="preserve">breach applicable laws; </w:t>
      </w:r>
    </w:p>
    <w:p w14:paraId="3E59A36D" w14:textId="77777777" w:rsidR="003E014C" w:rsidRPr="003E014C" w:rsidRDefault="003E014C">
      <w:pPr>
        <w:numPr>
          <w:ilvl w:val="0"/>
          <w:numId w:val="75"/>
        </w:numPr>
        <w:rPr>
          <w:lang w:val="en-GB"/>
        </w:rPr>
      </w:pPr>
      <w:r w:rsidRPr="003E014C">
        <w:rPr>
          <w:lang w:val="en-GB"/>
        </w:rPr>
        <w:t xml:space="preserve">contain offensive or abusive content; </w:t>
      </w:r>
    </w:p>
    <w:p w14:paraId="0FDF58F4" w14:textId="77777777" w:rsidR="003E014C" w:rsidRPr="003E014C" w:rsidRDefault="003E014C">
      <w:pPr>
        <w:numPr>
          <w:ilvl w:val="0"/>
          <w:numId w:val="75"/>
        </w:numPr>
        <w:rPr>
          <w:lang w:val="en-GB"/>
        </w:rPr>
      </w:pPr>
      <w:r w:rsidRPr="003E014C">
        <w:rPr>
          <w:lang w:val="en-GB"/>
        </w:rPr>
        <w:t xml:space="preserve">disclose confidential information; </w:t>
      </w:r>
    </w:p>
    <w:p w14:paraId="06643FA4" w14:textId="77777777" w:rsidR="003E014C" w:rsidRPr="003E014C" w:rsidRDefault="003E014C">
      <w:pPr>
        <w:numPr>
          <w:ilvl w:val="0"/>
          <w:numId w:val="75"/>
        </w:numPr>
        <w:rPr>
          <w:lang w:val="en-GB"/>
        </w:rPr>
      </w:pPr>
      <w:r w:rsidRPr="003E014C">
        <w:rPr>
          <w:lang w:val="en-GB"/>
        </w:rPr>
        <w:t xml:space="preserve">are fraudulent or misleading; or </w:t>
      </w:r>
    </w:p>
    <w:p w14:paraId="4EEA367E" w14:textId="77777777" w:rsidR="003E014C" w:rsidRPr="003E014C" w:rsidRDefault="003E014C">
      <w:pPr>
        <w:numPr>
          <w:ilvl w:val="0"/>
          <w:numId w:val="75"/>
        </w:numPr>
        <w:rPr>
          <w:lang w:val="en-GB"/>
        </w:rPr>
      </w:pPr>
      <w:r w:rsidRPr="003E014C">
        <w:rPr>
          <w:lang w:val="en-GB"/>
        </w:rPr>
        <w:t xml:space="preserve">otherwise undermine the integrity of the platform. </w:t>
      </w:r>
    </w:p>
    <w:p w14:paraId="0A39574B" w14:textId="77777777" w:rsidR="003E014C" w:rsidRPr="003E014C" w:rsidRDefault="003E014C" w:rsidP="003E014C">
      <w:pPr>
        <w:rPr>
          <w:lang w:val="en-GB"/>
        </w:rPr>
      </w:pPr>
      <w:r w:rsidRPr="003E014C">
        <w:rPr>
          <w:lang w:val="en-GB"/>
        </w:rPr>
        <w:t>Moderation decisions will be made fairly and, where appropriate, users may be contacted for additional information before action is taken.</w:t>
      </w:r>
    </w:p>
    <w:p w14:paraId="54D691B7" w14:textId="77777777" w:rsidR="003E014C" w:rsidRPr="003E014C" w:rsidRDefault="00000000" w:rsidP="003E014C">
      <w:pPr>
        <w:rPr>
          <w:lang w:val="en-GB"/>
        </w:rPr>
      </w:pPr>
      <w:r>
        <w:rPr>
          <w:lang w:val="en-GB"/>
        </w:rPr>
        <w:pict w14:anchorId="0A4D88DB">
          <v:rect id="_x0000_i1140" style="width:0;height:1.5pt" o:hralign="center" o:hrstd="t" o:hr="t" fillcolor="#a0a0a0" stroked="f"/>
        </w:pict>
      </w:r>
    </w:p>
    <w:p w14:paraId="46A0FF88" w14:textId="11DC3398"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.5 Right to Respond</w:t>
      </w:r>
    </w:p>
    <w:p w14:paraId="2977ED62" w14:textId="77777777" w:rsidR="003E014C" w:rsidRPr="003E014C" w:rsidRDefault="003E014C" w:rsidP="003E014C">
      <w:pPr>
        <w:rPr>
          <w:lang w:val="en-GB"/>
        </w:rPr>
      </w:pPr>
      <w:r w:rsidRPr="003E014C">
        <w:rPr>
          <w:lang w:val="en-GB"/>
        </w:rPr>
        <w:t>Where platform functionality allows, coaches may have the opportunity to respond publicly or privately to reviews submitted about their services.</w:t>
      </w:r>
    </w:p>
    <w:p w14:paraId="78DA8E6E" w14:textId="77777777" w:rsidR="003E014C" w:rsidRPr="003E014C" w:rsidRDefault="003E014C" w:rsidP="003E014C">
      <w:pPr>
        <w:rPr>
          <w:lang w:val="en-GB"/>
        </w:rPr>
      </w:pPr>
      <w:r w:rsidRPr="003E014C">
        <w:rPr>
          <w:lang w:val="en-GB"/>
        </w:rPr>
        <w:lastRenderedPageBreak/>
        <w:t>Responses should remain professional, respectful and relevant to the matters raised.</w:t>
      </w:r>
    </w:p>
    <w:p w14:paraId="73971D40" w14:textId="77777777" w:rsidR="003E014C" w:rsidRPr="003E014C" w:rsidRDefault="003E014C" w:rsidP="003E014C">
      <w:pPr>
        <w:rPr>
          <w:lang w:val="en-GB"/>
        </w:rPr>
      </w:pPr>
      <w:r w:rsidRPr="003E014C">
        <w:rPr>
          <w:lang w:val="en-GB"/>
        </w:rPr>
        <w:t>Responses must not contain confidential information or personal information relating to participants.</w:t>
      </w:r>
    </w:p>
    <w:p w14:paraId="074A13DE" w14:textId="77777777" w:rsidR="003E014C" w:rsidRPr="003E014C" w:rsidRDefault="00000000" w:rsidP="003E014C">
      <w:pPr>
        <w:rPr>
          <w:lang w:val="en-GB"/>
        </w:rPr>
      </w:pPr>
      <w:r>
        <w:rPr>
          <w:lang w:val="en-GB"/>
        </w:rPr>
        <w:pict w14:anchorId="5B87FCEB">
          <v:rect id="_x0000_i1141" style="width:0;height:1.5pt" o:hralign="center" o:hrstd="t" o:hr="t" fillcolor="#a0a0a0" stroked="f"/>
        </w:pict>
      </w:r>
    </w:p>
    <w:p w14:paraId="3FE8E99D" w14:textId="5F056318"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.6 Investigation of Concerns</w:t>
      </w:r>
    </w:p>
    <w:p w14:paraId="65570E30" w14:textId="77777777" w:rsidR="003E014C" w:rsidRPr="003E014C" w:rsidRDefault="003E014C" w:rsidP="003E014C">
      <w:pPr>
        <w:rPr>
          <w:lang w:val="en-GB"/>
        </w:rPr>
      </w:pPr>
      <w:r w:rsidRPr="003E014C">
        <w:rPr>
          <w:lang w:val="en-GB"/>
        </w:rPr>
        <w:t>If a coach or participant believes that a review has been submitted in breach of these Terms, they may report the review to My Sports Coach.</w:t>
      </w:r>
    </w:p>
    <w:p w14:paraId="57C845B1" w14:textId="77777777" w:rsidR="003E014C" w:rsidRPr="003E014C" w:rsidRDefault="003E014C" w:rsidP="003E014C">
      <w:pPr>
        <w:rPr>
          <w:lang w:val="en-GB"/>
        </w:rPr>
      </w:pPr>
      <w:r w:rsidRPr="003E014C">
        <w:rPr>
          <w:lang w:val="en-GB"/>
        </w:rPr>
        <w:t>We may investigate the matter by reviewing:</w:t>
      </w:r>
    </w:p>
    <w:p w14:paraId="3926739D" w14:textId="77777777" w:rsidR="003E014C" w:rsidRPr="003E014C" w:rsidRDefault="003E014C">
      <w:pPr>
        <w:numPr>
          <w:ilvl w:val="0"/>
          <w:numId w:val="76"/>
        </w:numPr>
        <w:rPr>
          <w:lang w:val="en-GB"/>
        </w:rPr>
      </w:pPr>
      <w:r w:rsidRPr="003E014C">
        <w:rPr>
          <w:lang w:val="en-GB"/>
        </w:rPr>
        <w:t xml:space="preserve">booking records; </w:t>
      </w:r>
    </w:p>
    <w:p w14:paraId="132E1F7C" w14:textId="77777777" w:rsidR="003E014C" w:rsidRPr="003E014C" w:rsidRDefault="003E014C">
      <w:pPr>
        <w:numPr>
          <w:ilvl w:val="0"/>
          <w:numId w:val="76"/>
        </w:numPr>
        <w:rPr>
          <w:lang w:val="en-GB"/>
        </w:rPr>
      </w:pPr>
      <w:r w:rsidRPr="003E014C">
        <w:rPr>
          <w:lang w:val="en-GB"/>
        </w:rPr>
        <w:t xml:space="preserve">platform activity; </w:t>
      </w:r>
    </w:p>
    <w:p w14:paraId="6B7A9C87" w14:textId="77777777" w:rsidR="003E014C" w:rsidRPr="003E014C" w:rsidRDefault="003E014C">
      <w:pPr>
        <w:numPr>
          <w:ilvl w:val="0"/>
          <w:numId w:val="76"/>
        </w:numPr>
        <w:rPr>
          <w:lang w:val="en-GB"/>
        </w:rPr>
      </w:pPr>
      <w:r w:rsidRPr="003E014C">
        <w:rPr>
          <w:lang w:val="en-GB"/>
        </w:rPr>
        <w:t xml:space="preserve">communications where appropriate; and </w:t>
      </w:r>
    </w:p>
    <w:p w14:paraId="59D3E7FE" w14:textId="77777777" w:rsidR="003E014C" w:rsidRPr="003E014C" w:rsidRDefault="003E014C">
      <w:pPr>
        <w:numPr>
          <w:ilvl w:val="0"/>
          <w:numId w:val="76"/>
        </w:numPr>
        <w:rPr>
          <w:lang w:val="en-GB"/>
        </w:rPr>
      </w:pPr>
      <w:r w:rsidRPr="003E014C">
        <w:rPr>
          <w:lang w:val="en-GB"/>
        </w:rPr>
        <w:t xml:space="preserve">any additional information reasonably required to assess the concern. </w:t>
      </w:r>
    </w:p>
    <w:p w14:paraId="3177EC57" w14:textId="77777777" w:rsidR="003E014C" w:rsidRPr="003E014C" w:rsidRDefault="003E014C" w:rsidP="003E014C">
      <w:pPr>
        <w:rPr>
          <w:lang w:val="en-GB"/>
        </w:rPr>
      </w:pPr>
      <w:r w:rsidRPr="003E014C">
        <w:rPr>
          <w:lang w:val="en-GB"/>
        </w:rPr>
        <w:t>Submission of a complaint does not automatically result in the removal of a review.</w:t>
      </w:r>
    </w:p>
    <w:p w14:paraId="60B2A31D" w14:textId="77777777" w:rsidR="003E014C" w:rsidRPr="003E014C" w:rsidRDefault="00000000" w:rsidP="003E014C">
      <w:pPr>
        <w:rPr>
          <w:lang w:val="en-GB"/>
        </w:rPr>
      </w:pPr>
      <w:r>
        <w:rPr>
          <w:lang w:val="en-GB"/>
        </w:rPr>
        <w:pict w14:anchorId="0AFEA887">
          <v:rect id="_x0000_i1142" style="width:0;height:1.5pt" o:hralign="center" o:hrstd="t" o:hr="t" fillcolor="#a0a0a0" stroked="f"/>
        </w:pict>
      </w:r>
    </w:p>
    <w:p w14:paraId="51449068" w14:textId="77777777" w:rsidR="00714557" w:rsidRDefault="00714557" w:rsidP="003E014C">
      <w:pPr>
        <w:rPr>
          <w:b/>
          <w:bCs/>
          <w:color w:val="365F91" w:themeColor="accent1" w:themeShade="BF"/>
          <w:lang w:val="en-GB"/>
        </w:rPr>
      </w:pPr>
    </w:p>
    <w:p w14:paraId="402883C0" w14:textId="4885D4E1"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.7 Use of Reviews</w:t>
      </w:r>
    </w:p>
    <w:p w14:paraId="6D532C06" w14:textId="77777777" w:rsidR="003E014C" w:rsidRPr="003E014C" w:rsidRDefault="003E014C" w:rsidP="003E014C">
      <w:pPr>
        <w:rPr>
          <w:lang w:val="en-GB"/>
        </w:rPr>
      </w:pPr>
      <w:r w:rsidRPr="003E014C">
        <w:rPr>
          <w:lang w:val="en-GB"/>
        </w:rPr>
        <w:t>By submitting a review through the My Sports Coach platform, you grant My Sports Coach a non-exclusive, royalty-free licence to display, reproduce and publish that review as part of the operation, promotion and improvement of the platform.</w:t>
      </w:r>
    </w:p>
    <w:p w14:paraId="2ACCC2C4" w14:textId="77777777" w:rsidR="003E014C" w:rsidRPr="003E014C" w:rsidRDefault="003E014C" w:rsidP="003E014C">
      <w:pPr>
        <w:rPr>
          <w:lang w:val="en-GB"/>
        </w:rPr>
      </w:pPr>
      <w:r w:rsidRPr="003E014C">
        <w:rPr>
          <w:lang w:val="en-GB"/>
        </w:rPr>
        <w:t>Where reviews are used for promotional purposes outside the platform, we may edit formatting or correct spelling and grammar without altering the overall meaning of the review.</w:t>
      </w:r>
    </w:p>
    <w:p w14:paraId="0C5891ED" w14:textId="77777777" w:rsidR="003E014C" w:rsidRPr="003E014C" w:rsidRDefault="00000000" w:rsidP="003E014C">
      <w:pPr>
        <w:rPr>
          <w:lang w:val="en-GB"/>
        </w:rPr>
      </w:pPr>
      <w:r>
        <w:rPr>
          <w:lang w:val="en-GB"/>
        </w:rPr>
        <w:pict w14:anchorId="6693FEC2">
          <v:rect id="_x0000_i1143" style="width:0;height:1.5pt" o:hralign="center" o:hrstd="t" o:hr="t" fillcolor="#a0a0a0" stroked="f"/>
        </w:pict>
      </w:r>
    </w:p>
    <w:p w14:paraId="3CE2F7D5" w14:textId="0B8DB7A0"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5</w:t>
      </w:r>
      <w:r w:rsidRPr="003E014C">
        <w:rPr>
          <w:b/>
          <w:bCs/>
          <w:color w:val="365F91" w:themeColor="accent1" w:themeShade="BF"/>
          <w:lang w:val="en-GB"/>
        </w:rPr>
        <w:t>.8 No Guarantee of Ratings</w:t>
      </w:r>
    </w:p>
    <w:p w14:paraId="6A4A6BD6" w14:textId="77777777" w:rsidR="003E014C" w:rsidRPr="003E014C" w:rsidRDefault="003E014C" w:rsidP="003E014C">
      <w:pPr>
        <w:rPr>
          <w:lang w:val="en-GB"/>
        </w:rPr>
      </w:pPr>
      <w:r w:rsidRPr="003E014C">
        <w:rPr>
          <w:lang w:val="en-GB"/>
        </w:rPr>
        <w:t>While My Sports Coach takes reasonable steps to support the integrity of the review system, we cannot guarantee that every review or rating accurately reflects the experience of every user.</w:t>
      </w:r>
    </w:p>
    <w:p w14:paraId="4417D931" w14:textId="77777777" w:rsidR="003E014C" w:rsidRPr="003E014C" w:rsidRDefault="003E014C" w:rsidP="003E014C">
      <w:pPr>
        <w:rPr>
          <w:lang w:val="en-GB"/>
        </w:rPr>
      </w:pPr>
      <w:r w:rsidRPr="003E014C">
        <w:rPr>
          <w:lang w:val="en-GB"/>
        </w:rPr>
        <w:t>Participants are encouraged to consider reviews alongside other information, including coach profiles, qualifications, experience and verification status, when making booking decisions.</w:t>
      </w:r>
    </w:p>
    <w:p w14:paraId="572ABD23" w14:textId="24A6EC11" w:rsidR="003E014C" w:rsidRPr="003E014C" w:rsidRDefault="003E014C" w:rsidP="003E014C">
      <w:pPr>
        <w:rPr>
          <w:b/>
          <w:bCs/>
          <w:color w:val="365F91" w:themeColor="accent1" w:themeShade="BF"/>
          <w:sz w:val="28"/>
          <w:szCs w:val="28"/>
          <w:lang w:val="en-GB"/>
        </w:rPr>
      </w:pPr>
      <w:r w:rsidRPr="003E014C">
        <w:rPr>
          <w:b/>
          <w:bCs/>
          <w:color w:val="365F91" w:themeColor="accent1" w:themeShade="BF"/>
          <w:sz w:val="28"/>
          <w:szCs w:val="28"/>
          <w:lang w:val="en-GB"/>
        </w:rPr>
        <w:t>1</w:t>
      </w:r>
      <w:r w:rsidR="00714557">
        <w:rPr>
          <w:b/>
          <w:bCs/>
          <w:color w:val="365F91" w:themeColor="accent1" w:themeShade="BF"/>
          <w:sz w:val="28"/>
          <w:szCs w:val="28"/>
          <w:lang w:val="en-GB"/>
        </w:rPr>
        <w:t>6</w:t>
      </w:r>
      <w:r w:rsidRPr="003E014C">
        <w:rPr>
          <w:b/>
          <w:bCs/>
          <w:color w:val="365F91" w:themeColor="accent1" w:themeShade="BF"/>
          <w:sz w:val="28"/>
          <w:szCs w:val="28"/>
          <w:lang w:val="en-GB"/>
        </w:rPr>
        <w:t>. Platform Rules</w:t>
      </w:r>
    </w:p>
    <w:p w14:paraId="1DA6C321" w14:textId="77777777" w:rsidR="003E014C" w:rsidRPr="003E014C" w:rsidRDefault="003E014C" w:rsidP="003E014C">
      <w:pPr>
        <w:rPr>
          <w:lang w:val="en-GB"/>
        </w:rPr>
      </w:pPr>
      <w:r w:rsidRPr="003E014C">
        <w:rPr>
          <w:lang w:val="en-GB"/>
        </w:rPr>
        <w:lastRenderedPageBreak/>
        <w:t>My Sports Coach is committed to providing a safe, respectful and professional online marketplace for coaches, participants, parents, guardians and organisations.</w:t>
      </w:r>
    </w:p>
    <w:p w14:paraId="2198938B" w14:textId="77777777" w:rsidR="003E014C" w:rsidRPr="003E014C" w:rsidRDefault="003E014C" w:rsidP="003E014C">
      <w:pPr>
        <w:rPr>
          <w:lang w:val="en-GB"/>
        </w:rPr>
      </w:pPr>
      <w:r w:rsidRPr="003E014C">
        <w:rPr>
          <w:lang w:val="en-GB"/>
        </w:rPr>
        <w:t>All users are expected to use the platform responsibly and in a manner that promotes trust, fairness and positive sporting experiences.</w:t>
      </w:r>
    </w:p>
    <w:p w14:paraId="75610B11" w14:textId="77777777" w:rsidR="003E014C" w:rsidRPr="003E014C" w:rsidRDefault="003E014C" w:rsidP="003E014C">
      <w:pPr>
        <w:rPr>
          <w:lang w:val="en-GB"/>
        </w:rPr>
      </w:pPr>
      <w:r w:rsidRPr="003E014C">
        <w:rPr>
          <w:lang w:val="en-GB"/>
        </w:rPr>
        <w:t>By using the platform, you agree to comply with these Platform Rules together with all other applicable Terms, policies and guidance published by My Sports Coach.</w:t>
      </w:r>
    </w:p>
    <w:p w14:paraId="26F287A2" w14:textId="77777777" w:rsidR="003E014C" w:rsidRPr="003E014C" w:rsidRDefault="00000000" w:rsidP="003E014C">
      <w:pPr>
        <w:rPr>
          <w:lang w:val="en-GB"/>
        </w:rPr>
      </w:pPr>
      <w:r>
        <w:rPr>
          <w:lang w:val="en-GB"/>
        </w:rPr>
        <w:pict w14:anchorId="7C57E87C">
          <v:rect id="_x0000_i1144" style="width:0;height:1.5pt" o:hralign="center" o:hrstd="t" o:hr="t" fillcolor="#a0a0a0" stroked="f"/>
        </w:pict>
      </w:r>
    </w:p>
    <w:p w14:paraId="414A2074" w14:textId="4E5A190A"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.1 Respect for Others</w:t>
      </w:r>
    </w:p>
    <w:p w14:paraId="53CBCA5F" w14:textId="77777777" w:rsidR="003E014C" w:rsidRPr="003E014C" w:rsidRDefault="003E014C" w:rsidP="003E014C">
      <w:pPr>
        <w:rPr>
          <w:lang w:val="en-GB"/>
        </w:rPr>
      </w:pPr>
      <w:r w:rsidRPr="003E014C">
        <w:rPr>
          <w:lang w:val="en-GB"/>
        </w:rPr>
        <w:t>Users must treat all individuals with courtesy, dignity and respect.</w:t>
      </w:r>
    </w:p>
    <w:p w14:paraId="4C1F7C3F" w14:textId="77777777" w:rsidR="003E014C" w:rsidRPr="003E014C" w:rsidRDefault="003E014C" w:rsidP="003E014C">
      <w:pPr>
        <w:rPr>
          <w:lang w:val="en-GB"/>
        </w:rPr>
      </w:pPr>
      <w:r w:rsidRPr="003E014C">
        <w:rPr>
          <w:lang w:val="en-GB"/>
        </w:rPr>
        <w:t>This includes:</w:t>
      </w:r>
    </w:p>
    <w:p w14:paraId="6EEE5FA4" w14:textId="77777777" w:rsidR="003E014C" w:rsidRPr="003E014C" w:rsidRDefault="003E014C">
      <w:pPr>
        <w:numPr>
          <w:ilvl w:val="0"/>
          <w:numId w:val="77"/>
        </w:numPr>
        <w:rPr>
          <w:lang w:val="en-GB"/>
        </w:rPr>
      </w:pPr>
      <w:r w:rsidRPr="003E014C">
        <w:rPr>
          <w:lang w:val="en-GB"/>
        </w:rPr>
        <w:t xml:space="preserve">communicating professionally; </w:t>
      </w:r>
    </w:p>
    <w:p w14:paraId="49D7FFDA" w14:textId="77777777" w:rsidR="003E014C" w:rsidRPr="003E014C" w:rsidRDefault="003E014C">
      <w:pPr>
        <w:numPr>
          <w:ilvl w:val="0"/>
          <w:numId w:val="77"/>
        </w:numPr>
        <w:rPr>
          <w:lang w:val="en-GB"/>
        </w:rPr>
      </w:pPr>
      <w:r w:rsidRPr="003E014C">
        <w:rPr>
          <w:lang w:val="en-GB"/>
        </w:rPr>
        <w:t xml:space="preserve">respecting differing backgrounds and abilities; </w:t>
      </w:r>
    </w:p>
    <w:p w14:paraId="7E7F2FF9" w14:textId="77777777" w:rsidR="003E014C" w:rsidRPr="003E014C" w:rsidRDefault="003E014C">
      <w:pPr>
        <w:numPr>
          <w:ilvl w:val="0"/>
          <w:numId w:val="77"/>
        </w:numPr>
        <w:rPr>
          <w:lang w:val="en-GB"/>
        </w:rPr>
      </w:pPr>
      <w:r w:rsidRPr="003E014C">
        <w:rPr>
          <w:lang w:val="en-GB"/>
        </w:rPr>
        <w:t xml:space="preserve">promoting inclusive participation; </w:t>
      </w:r>
    </w:p>
    <w:p w14:paraId="7060653B" w14:textId="77777777" w:rsidR="003E014C" w:rsidRPr="003E014C" w:rsidRDefault="003E014C">
      <w:pPr>
        <w:numPr>
          <w:ilvl w:val="0"/>
          <w:numId w:val="77"/>
        </w:numPr>
        <w:rPr>
          <w:lang w:val="en-GB"/>
        </w:rPr>
      </w:pPr>
      <w:r w:rsidRPr="003E014C">
        <w:rPr>
          <w:lang w:val="en-GB"/>
        </w:rPr>
        <w:t xml:space="preserve">avoiding abusive or intimidating behaviour; and </w:t>
      </w:r>
    </w:p>
    <w:p w14:paraId="3D18795A" w14:textId="77777777" w:rsidR="003E014C" w:rsidRPr="003E014C" w:rsidRDefault="003E014C">
      <w:pPr>
        <w:numPr>
          <w:ilvl w:val="0"/>
          <w:numId w:val="77"/>
        </w:numPr>
        <w:rPr>
          <w:lang w:val="en-GB"/>
        </w:rPr>
      </w:pPr>
      <w:r w:rsidRPr="003E014C">
        <w:rPr>
          <w:lang w:val="en-GB"/>
        </w:rPr>
        <w:t xml:space="preserve">acting honestly in all interactions conducted through the platform. </w:t>
      </w:r>
    </w:p>
    <w:p w14:paraId="6EF44157" w14:textId="77777777" w:rsidR="003E014C" w:rsidRPr="003E014C" w:rsidRDefault="003E014C" w:rsidP="003E014C">
      <w:pPr>
        <w:rPr>
          <w:lang w:val="en-GB"/>
        </w:rPr>
      </w:pPr>
      <w:r w:rsidRPr="003E014C">
        <w:rPr>
          <w:lang w:val="en-GB"/>
        </w:rPr>
        <w:t>Respectful behaviour helps maintain a positive environment for everyone using My Sports Coach.</w:t>
      </w:r>
    </w:p>
    <w:p w14:paraId="2B7BAA08" w14:textId="77777777" w:rsidR="003E014C" w:rsidRPr="003E014C" w:rsidRDefault="00000000" w:rsidP="003E014C">
      <w:pPr>
        <w:rPr>
          <w:lang w:val="en-GB"/>
        </w:rPr>
      </w:pPr>
      <w:r>
        <w:rPr>
          <w:lang w:val="en-GB"/>
        </w:rPr>
        <w:pict w14:anchorId="537EE0EB">
          <v:rect id="_x0000_i1145" style="width:0;height:1.5pt" o:hralign="center" o:hrstd="t" o:hr="t" fillcolor="#a0a0a0" stroked="f"/>
        </w:pict>
      </w:r>
    </w:p>
    <w:p w14:paraId="4236BF76" w14:textId="43CBC674"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.2 Safe Use of the Platform</w:t>
      </w:r>
    </w:p>
    <w:p w14:paraId="495BE171" w14:textId="77777777" w:rsidR="003E014C" w:rsidRPr="003E014C" w:rsidRDefault="003E014C" w:rsidP="003E014C">
      <w:pPr>
        <w:rPr>
          <w:lang w:val="en-GB"/>
        </w:rPr>
      </w:pPr>
      <w:r w:rsidRPr="003E014C">
        <w:rPr>
          <w:lang w:val="en-GB"/>
        </w:rPr>
        <w:t>Users should take reasonable steps to use the platform safely and responsibly.</w:t>
      </w:r>
    </w:p>
    <w:p w14:paraId="64E48224" w14:textId="77777777" w:rsidR="003E014C" w:rsidRPr="003E014C" w:rsidRDefault="003E014C" w:rsidP="003E014C">
      <w:pPr>
        <w:rPr>
          <w:lang w:val="en-GB"/>
        </w:rPr>
      </w:pPr>
      <w:r w:rsidRPr="003E014C">
        <w:rPr>
          <w:lang w:val="en-GB"/>
        </w:rPr>
        <w:t>This includes:</w:t>
      </w:r>
    </w:p>
    <w:p w14:paraId="2D6193F8" w14:textId="77777777" w:rsidR="003E014C" w:rsidRPr="003E014C" w:rsidRDefault="003E014C">
      <w:pPr>
        <w:numPr>
          <w:ilvl w:val="0"/>
          <w:numId w:val="78"/>
        </w:numPr>
        <w:rPr>
          <w:lang w:val="en-GB"/>
        </w:rPr>
      </w:pPr>
      <w:r w:rsidRPr="003E014C">
        <w:rPr>
          <w:lang w:val="en-GB"/>
        </w:rPr>
        <w:t xml:space="preserve">protecting account credentials; </w:t>
      </w:r>
    </w:p>
    <w:p w14:paraId="1376525C" w14:textId="77777777" w:rsidR="003E014C" w:rsidRPr="003E014C" w:rsidRDefault="003E014C">
      <w:pPr>
        <w:numPr>
          <w:ilvl w:val="0"/>
          <w:numId w:val="78"/>
        </w:numPr>
        <w:rPr>
          <w:lang w:val="en-GB"/>
        </w:rPr>
      </w:pPr>
      <w:r w:rsidRPr="003E014C">
        <w:rPr>
          <w:lang w:val="en-GB"/>
        </w:rPr>
        <w:t xml:space="preserve">keeping personal information secure; </w:t>
      </w:r>
    </w:p>
    <w:p w14:paraId="3D424EEA" w14:textId="77777777" w:rsidR="003E014C" w:rsidRPr="003E014C" w:rsidRDefault="003E014C">
      <w:pPr>
        <w:numPr>
          <w:ilvl w:val="0"/>
          <w:numId w:val="78"/>
        </w:numPr>
        <w:rPr>
          <w:lang w:val="en-GB"/>
        </w:rPr>
      </w:pPr>
      <w:r w:rsidRPr="003E014C">
        <w:rPr>
          <w:lang w:val="en-GB"/>
        </w:rPr>
        <w:t xml:space="preserve">reporting suspected fraud or security concerns; </w:t>
      </w:r>
    </w:p>
    <w:p w14:paraId="33DA4964" w14:textId="77777777" w:rsidR="003E014C" w:rsidRPr="003E014C" w:rsidRDefault="003E014C">
      <w:pPr>
        <w:numPr>
          <w:ilvl w:val="0"/>
          <w:numId w:val="78"/>
        </w:numPr>
        <w:rPr>
          <w:lang w:val="en-GB"/>
        </w:rPr>
      </w:pPr>
      <w:r w:rsidRPr="003E014C">
        <w:rPr>
          <w:lang w:val="en-GB"/>
        </w:rPr>
        <w:t xml:space="preserve">following safeguarding requirements where applicable; and </w:t>
      </w:r>
    </w:p>
    <w:p w14:paraId="583E47C2" w14:textId="77777777" w:rsidR="003E014C" w:rsidRPr="003E014C" w:rsidRDefault="003E014C">
      <w:pPr>
        <w:numPr>
          <w:ilvl w:val="0"/>
          <w:numId w:val="78"/>
        </w:numPr>
        <w:rPr>
          <w:lang w:val="en-GB"/>
        </w:rPr>
      </w:pPr>
      <w:r w:rsidRPr="003E014C">
        <w:rPr>
          <w:lang w:val="en-GB"/>
        </w:rPr>
        <w:t xml:space="preserve">complying with reasonable safety instructions provided by coaches or My Sports Coach. </w:t>
      </w:r>
    </w:p>
    <w:p w14:paraId="6853D3C9" w14:textId="77777777" w:rsidR="003E014C" w:rsidRPr="003E014C" w:rsidRDefault="00000000" w:rsidP="003E014C">
      <w:pPr>
        <w:rPr>
          <w:lang w:val="en-GB"/>
        </w:rPr>
      </w:pPr>
      <w:r>
        <w:rPr>
          <w:lang w:val="en-GB"/>
        </w:rPr>
        <w:pict w14:anchorId="45878B96">
          <v:rect id="_x0000_i1146" style="width:0;height:1.5pt" o:hralign="center" o:hrstd="t" o:hr="t" fillcolor="#a0a0a0" stroked="f"/>
        </w:pict>
      </w:r>
    </w:p>
    <w:p w14:paraId="72F0BEF3" w14:textId="56CEE2DB"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.3 Honest Communication</w:t>
      </w:r>
    </w:p>
    <w:p w14:paraId="18DA76ED" w14:textId="77777777" w:rsidR="003E014C" w:rsidRPr="003E014C" w:rsidRDefault="003E014C" w:rsidP="003E014C">
      <w:pPr>
        <w:rPr>
          <w:lang w:val="en-GB"/>
        </w:rPr>
      </w:pPr>
      <w:r w:rsidRPr="003E014C">
        <w:rPr>
          <w:lang w:val="en-GB"/>
        </w:rPr>
        <w:t>Users are expected to communicate truthfully and professionally.</w:t>
      </w:r>
    </w:p>
    <w:p w14:paraId="10112550" w14:textId="77777777" w:rsidR="003E014C" w:rsidRPr="003E014C" w:rsidRDefault="003E014C" w:rsidP="003E014C">
      <w:pPr>
        <w:rPr>
          <w:lang w:val="en-GB"/>
        </w:rPr>
      </w:pPr>
      <w:r w:rsidRPr="003E014C">
        <w:rPr>
          <w:lang w:val="en-GB"/>
        </w:rPr>
        <w:lastRenderedPageBreak/>
        <w:t>Information published on the platform should be:</w:t>
      </w:r>
    </w:p>
    <w:p w14:paraId="7CD11EEA" w14:textId="77777777" w:rsidR="003E014C" w:rsidRPr="003E014C" w:rsidRDefault="003E014C">
      <w:pPr>
        <w:numPr>
          <w:ilvl w:val="0"/>
          <w:numId w:val="79"/>
        </w:numPr>
        <w:rPr>
          <w:lang w:val="en-GB"/>
        </w:rPr>
      </w:pPr>
      <w:r w:rsidRPr="003E014C">
        <w:rPr>
          <w:lang w:val="en-GB"/>
        </w:rPr>
        <w:t xml:space="preserve">accurate; </w:t>
      </w:r>
    </w:p>
    <w:p w14:paraId="7D9BE154" w14:textId="77777777" w:rsidR="003E014C" w:rsidRPr="003E014C" w:rsidRDefault="003E014C">
      <w:pPr>
        <w:numPr>
          <w:ilvl w:val="0"/>
          <w:numId w:val="79"/>
        </w:numPr>
        <w:rPr>
          <w:lang w:val="en-GB"/>
        </w:rPr>
      </w:pPr>
      <w:r w:rsidRPr="003E014C">
        <w:rPr>
          <w:lang w:val="en-GB"/>
        </w:rPr>
        <w:t xml:space="preserve">up to date; </w:t>
      </w:r>
    </w:p>
    <w:p w14:paraId="60204A20" w14:textId="77777777" w:rsidR="003E014C" w:rsidRPr="003E014C" w:rsidRDefault="003E014C">
      <w:pPr>
        <w:numPr>
          <w:ilvl w:val="0"/>
          <w:numId w:val="79"/>
        </w:numPr>
        <w:rPr>
          <w:lang w:val="en-GB"/>
        </w:rPr>
      </w:pPr>
      <w:r w:rsidRPr="003E014C">
        <w:rPr>
          <w:lang w:val="en-GB"/>
        </w:rPr>
        <w:t xml:space="preserve">relevant; </w:t>
      </w:r>
    </w:p>
    <w:p w14:paraId="51C89C25" w14:textId="77777777" w:rsidR="003E014C" w:rsidRPr="003E014C" w:rsidRDefault="003E014C">
      <w:pPr>
        <w:numPr>
          <w:ilvl w:val="0"/>
          <w:numId w:val="79"/>
        </w:numPr>
        <w:rPr>
          <w:lang w:val="en-GB"/>
        </w:rPr>
      </w:pPr>
      <w:r w:rsidRPr="003E014C">
        <w:rPr>
          <w:lang w:val="en-GB"/>
        </w:rPr>
        <w:t xml:space="preserve">lawful; and </w:t>
      </w:r>
    </w:p>
    <w:p w14:paraId="181B0E36" w14:textId="77777777" w:rsidR="003E014C" w:rsidRPr="003E014C" w:rsidRDefault="003E014C">
      <w:pPr>
        <w:numPr>
          <w:ilvl w:val="0"/>
          <w:numId w:val="79"/>
        </w:numPr>
        <w:rPr>
          <w:lang w:val="en-GB"/>
        </w:rPr>
      </w:pPr>
      <w:r w:rsidRPr="003E014C">
        <w:rPr>
          <w:lang w:val="en-GB"/>
        </w:rPr>
        <w:t xml:space="preserve">not misleading. </w:t>
      </w:r>
    </w:p>
    <w:p w14:paraId="60FCEE21" w14:textId="77777777" w:rsidR="003E014C" w:rsidRPr="003E014C" w:rsidRDefault="003E014C" w:rsidP="003E014C">
      <w:pPr>
        <w:rPr>
          <w:lang w:val="en-GB"/>
        </w:rPr>
      </w:pPr>
      <w:r w:rsidRPr="003E014C">
        <w:rPr>
          <w:lang w:val="en-GB"/>
        </w:rPr>
        <w:t>Users should avoid making statements that they know, or ought reasonably to know, are false or inaccurate.</w:t>
      </w:r>
    </w:p>
    <w:p w14:paraId="624850E3" w14:textId="77777777" w:rsidR="003E014C" w:rsidRPr="003E014C" w:rsidRDefault="00000000" w:rsidP="003E014C">
      <w:pPr>
        <w:rPr>
          <w:lang w:val="en-GB"/>
        </w:rPr>
      </w:pPr>
      <w:r>
        <w:rPr>
          <w:lang w:val="en-GB"/>
        </w:rPr>
        <w:pict w14:anchorId="7C02C8C3">
          <v:rect id="_x0000_i1147" style="width:0;height:1.5pt" o:hralign="center" o:hrstd="t" o:hr="t" fillcolor="#a0a0a0" stroked="f"/>
        </w:pict>
      </w:r>
    </w:p>
    <w:p w14:paraId="0B53F9B2" w14:textId="0E573ECF"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4 Appropriate Use of Platform Features</w:t>
      </w:r>
    </w:p>
    <w:p w14:paraId="2F9EE45A" w14:textId="47F98DB9" w:rsidR="003E014C" w:rsidRPr="003E014C" w:rsidRDefault="003E014C" w:rsidP="003E014C">
      <w:pPr>
        <w:rPr>
          <w:lang w:val="en-GB"/>
        </w:rPr>
      </w:pPr>
      <w:r w:rsidRPr="003E014C">
        <w:rPr>
          <w:lang w:val="en-GB"/>
        </w:rPr>
        <w:t>Pl</w:t>
      </w:r>
      <w:r w:rsidR="00714557">
        <w:rPr>
          <w:lang w:val="en-GB"/>
        </w:rPr>
        <w:t>a</w:t>
      </w:r>
      <w:r w:rsidRPr="003E014C">
        <w:rPr>
          <w:lang w:val="en-GB"/>
        </w:rPr>
        <w:t>tform features should only be used for their intended purpose.</w:t>
      </w:r>
    </w:p>
    <w:p w14:paraId="7DAB1D7E" w14:textId="77777777" w:rsidR="003E014C" w:rsidRPr="003E014C" w:rsidRDefault="003E014C" w:rsidP="003E014C">
      <w:pPr>
        <w:rPr>
          <w:lang w:val="en-GB"/>
        </w:rPr>
      </w:pPr>
      <w:r w:rsidRPr="003E014C">
        <w:rPr>
          <w:lang w:val="en-GB"/>
        </w:rPr>
        <w:t>Users should use booking systems, messaging tools, reviews and profile information responsibly and in accordance with these Terms.</w:t>
      </w:r>
    </w:p>
    <w:p w14:paraId="289771F2" w14:textId="77777777" w:rsidR="003E014C" w:rsidRPr="003E014C" w:rsidRDefault="003E014C" w:rsidP="003E014C">
      <w:pPr>
        <w:rPr>
          <w:lang w:val="en-GB"/>
        </w:rPr>
      </w:pPr>
      <w:r w:rsidRPr="003E014C">
        <w:rPr>
          <w:lang w:val="en-GB"/>
        </w:rPr>
        <w:t>Platform functionality must not be used in a manner that disrupts, interferes with or undermines the operation of the platform.</w:t>
      </w:r>
    </w:p>
    <w:p w14:paraId="54FB1E77" w14:textId="77777777" w:rsidR="003E014C" w:rsidRPr="003E014C" w:rsidRDefault="00000000" w:rsidP="003E014C">
      <w:pPr>
        <w:rPr>
          <w:lang w:val="en-GB"/>
        </w:rPr>
      </w:pPr>
      <w:r>
        <w:rPr>
          <w:lang w:val="en-GB"/>
        </w:rPr>
        <w:pict w14:anchorId="11DCE7CA">
          <v:rect id="_x0000_i1148" style="width:0;height:1.5pt" o:hralign="center" o:hrstd="t" o:hr="t" fillcolor="#a0a0a0" stroked="f"/>
        </w:pict>
      </w:r>
    </w:p>
    <w:p w14:paraId="40CC94FF" w14:textId="62DAF8D2"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.5 Compliance with Policies</w:t>
      </w:r>
    </w:p>
    <w:p w14:paraId="037CC558" w14:textId="77777777" w:rsidR="003E014C" w:rsidRPr="003E014C" w:rsidRDefault="003E014C" w:rsidP="003E014C">
      <w:pPr>
        <w:rPr>
          <w:lang w:val="en-GB"/>
        </w:rPr>
      </w:pPr>
      <w:r w:rsidRPr="003E014C">
        <w:rPr>
          <w:lang w:val="en-GB"/>
        </w:rPr>
        <w:t>Users agree to comply with all policies published by My Sports Coach that apply to their use of the platform.</w:t>
      </w:r>
    </w:p>
    <w:p w14:paraId="64AB781D" w14:textId="77777777" w:rsidR="003E014C" w:rsidRPr="003E014C" w:rsidRDefault="003E014C" w:rsidP="003E014C">
      <w:pPr>
        <w:rPr>
          <w:lang w:val="en-GB"/>
        </w:rPr>
      </w:pPr>
      <w:r w:rsidRPr="003E014C">
        <w:rPr>
          <w:lang w:val="en-GB"/>
        </w:rPr>
        <w:t>These may include:</w:t>
      </w:r>
    </w:p>
    <w:p w14:paraId="212BE4C0" w14:textId="77777777" w:rsidR="003E014C" w:rsidRPr="003E014C" w:rsidRDefault="003E014C">
      <w:pPr>
        <w:numPr>
          <w:ilvl w:val="0"/>
          <w:numId w:val="80"/>
        </w:numPr>
        <w:rPr>
          <w:lang w:val="en-GB"/>
        </w:rPr>
      </w:pPr>
      <w:r w:rsidRPr="003E014C">
        <w:rPr>
          <w:lang w:val="en-GB"/>
        </w:rPr>
        <w:t xml:space="preserve">Privacy Policy; </w:t>
      </w:r>
    </w:p>
    <w:p w14:paraId="2BF36907" w14:textId="77777777" w:rsidR="003E014C" w:rsidRPr="003E014C" w:rsidRDefault="003E014C">
      <w:pPr>
        <w:numPr>
          <w:ilvl w:val="0"/>
          <w:numId w:val="80"/>
        </w:numPr>
        <w:rPr>
          <w:lang w:val="en-GB"/>
        </w:rPr>
      </w:pPr>
      <w:r w:rsidRPr="003E014C">
        <w:rPr>
          <w:lang w:val="en-GB"/>
        </w:rPr>
        <w:t xml:space="preserve">Cookie Policy; </w:t>
      </w:r>
    </w:p>
    <w:p w14:paraId="3410EBC3" w14:textId="77777777" w:rsidR="003E014C" w:rsidRPr="003E014C" w:rsidRDefault="003E014C">
      <w:pPr>
        <w:numPr>
          <w:ilvl w:val="0"/>
          <w:numId w:val="80"/>
        </w:numPr>
        <w:rPr>
          <w:lang w:val="en-GB"/>
        </w:rPr>
      </w:pPr>
      <w:r w:rsidRPr="003E014C">
        <w:rPr>
          <w:lang w:val="en-GB"/>
        </w:rPr>
        <w:t xml:space="preserve">Safeguarding Policy; </w:t>
      </w:r>
    </w:p>
    <w:p w14:paraId="083176DA" w14:textId="77777777" w:rsidR="003E014C" w:rsidRPr="003E014C" w:rsidRDefault="003E014C">
      <w:pPr>
        <w:numPr>
          <w:ilvl w:val="0"/>
          <w:numId w:val="80"/>
        </w:numPr>
        <w:rPr>
          <w:lang w:val="en-GB"/>
        </w:rPr>
      </w:pPr>
      <w:r w:rsidRPr="003E014C">
        <w:rPr>
          <w:lang w:val="en-GB"/>
        </w:rPr>
        <w:t xml:space="preserve">Complaints Policy; </w:t>
      </w:r>
    </w:p>
    <w:p w14:paraId="6CA948F5" w14:textId="77777777" w:rsidR="003E014C" w:rsidRPr="003E014C" w:rsidRDefault="003E014C">
      <w:pPr>
        <w:numPr>
          <w:ilvl w:val="0"/>
          <w:numId w:val="80"/>
        </w:numPr>
        <w:rPr>
          <w:lang w:val="en-GB"/>
        </w:rPr>
      </w:pPr>
      <w:r w:rsidRPr="003E014C">
        <w:rPr>
          <w:lang w:val="en-GB"/>
        </w:rPr>
        <w:t xml:space="preserve">Community Guidelines; </w:t>
      </w:r>
    </w:p>
    <w:p w14:paraId="3560CEF3" w14:textId="77777777" w:rsidR="003E014C" w:rsidRPr="003E014C" w:rsidRDefault="003E014C">
      <w:pPr>
        <w:numPr>
          <w:ilvl w:val="0"/>
          <w:numId w:val="80"/>
        </w:numPr>
        <w:rPr>
          <w:lang w:val="en-GB"/>
        </w:rPr>
      </w:pPr>
      <w:r w:rsidRPr="003E014C">
        <w:rPr>
          <w:lang w:val="en-GB"/>
        </w:rPr>
        <w:t xml:space="preserve">Code of Conduct; and </w:t>
      </w:r>
    </w:p>
    <w:p w14:paraId="5DF00223" w14:textId="77777777" w:rsidR="003E014C" w:rsidRPr="003E014C" w:rsidRDefault="003E014C">
      <w:pPr>
        <w:numPr>
          <w:ilvl w:val="0"/>
          <w:numId w:val="80"/>
        </w:numPr>
        <w:rPr>
          <w:lang w:val="en-GB"/>
        </w:rPr>
      </w:pPr>
      <w:r w:rsidRPr="003E014C">
        <w:rPr>
          <w:lang w:val="en-GB"/>
        </w:rPr>
        <w:t xml:space="preserve">any additional policies introduced from time to time. </w:t>
      </w:r>
    </w:p>
    <w:p w14:paraId="5B8EEBF4" w14:textId="77777777" w:rsidR="003E014C" w:rsidRPr="003E014C" w:rsidRDefault="003E014C" w:rsidP="003E014C">
      <w:pPr>
        <w:rPr>
          <w:lang w:val="en-GB"/>
        </w:rPr>
      </w:pPr>
      <w:r w:rsidRPr="003E014C">
        <w:rPr>
          <w:lang w:val="en-GB"/>
        </w:rPr>
        <w:t>Where policies are updated, users should familiarise themselves with the revised requirements.</w:t>
      </w:r>
    </w:p>
    <w:p w14:paraId="14FED76B" w14:textId="77777777" w:rsidR="003E014C" w:rsidRPr="003E014C" w:rsidRDefault="00000000" w:rsidP="003E014C">
      <w:pPr>
        <w:rPr>
          <w:lang w:val="en-GB"/>
        </w:rPr>
      </w:pPr>
      <w:r>
        <w:rPr>
          <w:lang w:val="en-GB"/>
        </w:rPr>
        <w:pict w14:anchorId="62B4E91A">
          <v:rect id="_x0000_i1149" style="width:0;height:1.5pt" o:hralign="center" o:hrstd="t" o:hr="t" fillcolor="#a0a0a0" stroked="f"/>
        </w:pict>
      </w:r>
    </w:p>
    <w:p w14:paraId="0F9AED4E" w14:textId="62446D25" w:rsidR="003E014C" w:rsidRPr="003E014C" w:rsidRDefault="003E014C" w:rsidP="003E014C">
      <w:pPr>
        <w:rPr>
          <w:b/>
          <w:bCs/>
          <w:color w:val="365F91" w:themeColor="accent1" w:themeShade="BF"/>
          <w:lang w:val="en-GB"/>
        </w:rPr>
      </w:pPr>
      <w:r w:rsidRPr="003E014C">
        <w:rPr>
          <w:b/>
          <w:bCs/>
          <w:color w:val="365F91" w:themeColor="accent1" w:themeShade="BF"/>
          <w:lang w:val="en-GB"/>
        </w:rPr>
        <w:lastRenderedPageBreak/>
        <w:t>1</w:t>
      </w:r>
      <w:r w:rsidR="00714557">
        <w:rPr>
          <w:b/>
          <w:bCs/>
          <w:color w:val="365F91" w:themeColor="accent1" w:themeShade="BF"/>
          <w:lang w:val="en-GB"/>
        </w:rPr>
        <w:t>6</w:t>
      </w:r>
      <w:r w:rsidRPr="003E014C">
        <w:rPr>
          <w:b/>
          <w:bCs/>
          <w:color w:val="365F91" w:themeColor="accent1" w:themeShade="BF"/>
          <w:lang w:val="en-GB"/>
        </w:rPr>
        <w:t>.6 Reporting Concerns</w:t>
      </w:r>
    </w:p>
    <w:p w14:paraId="458E7D1D" w14:textId="77777777" w:rsidR="003E014C" w:rsidRPr="003E014C" w:rsidRDefault="003E014C" w:rsidP="003E014C">
      <w:pPr>
        <w:rPr>
          <w:lang w:val="en-GB"/>
        </w:rPr>
      </w:pPr>
      <w:r w:rsidRPr="003E014C">
        <w:rPr>
          <w:lang w:val="en-GB"/>
        </w:rPr>
        <w:t>Users are encouraged to report concerns where they reasonably believe that:</w:t>
      </w:r>
    </w:p>
    <w:p w14:paraId="066288B9" w14:textId="77777777" w:rsidR="003E014C" w:rsidRPr="003E014C" w:rsidRDefault="003E014C">
      <w:pPr>
        <w:numPr>
          <w:ilvl w:val="0"/>
          <w:numId w:val="81"/>
        </w:numPr>
        <w:rPr>
          <w:lang w:val="en-GB"/>
        </w:rPr>
      </w:pPr>
      <w:r w:rsidRPr="003E014C">
        <w:rPr>
          <w:lang w:val="en-GB"/>
        </w:rPr>
        <w:t xml:space="preserve">these Terms have been breached; </w:t>
      </w:r>
    </w:p>
    <w:p w14:paraId="0D23C3C1" w14:textId="77777777" w:rsidR="003E014C" w:rsidRPr="003E014C" w:rsidRDefault="003E014C">
      <w:pPr>
        <w:numPr>
          <w:ilvl w:val="0"/>
          <w:numId w:val="81"/>
        </w:numPr>
        <w:rPr>
          <w:lang w:val="en-GB"/>
        </w:rPr>
      </w:pPr>
      <w:r w:rsidRPr="003E014C">
        <w:rPr>
          <w:lang w:val="en-GB"/>
        </w:rPr>
        <w:t xml:space="preserve">safeguarding concerns exist; </w:t>
      </w:r>
    </w:p>
    <w:p w14:paraId="30196C7A" w14:textId="77777777" w:rsidR="003E014C" w:rsidRPr="003E014C" w:rsidRDefault="003E014C">
      <w:pPr>
        <w:numPr>
          <w:ilvl w:val="0"/>
          <w:numId w:val="81"/>
        </w:numPr>
        <w:rPr>
          <w:lang w:val="en-GB"/>
        </w:rPr>
      </w:pPr>
      <w:r w:rsidRPr="003E014C">
        <w:rPr>
          <w:lang w:val="en-GB"/>
        </w:rPr>
        <w:t xml:space="preserve">fraudulent activity has occurred; </w:t>
      </w:r>
    </w:p>
    <w:p w14:paraId="5A6341FC" w14:textId="77777777" w:rsidR="003E014C" w:rsidRPr="003E014C" w:rsidRDefault="003E014C">
      <w:pPr>
        <w:numPr>
          <w:ilvl w:val="0"/>
          <w:numId w:val="81"/>
        </w:numPr>
        <w:rPr>
          <w:lang w:val="en-GB"/>
        </w:rPr>
      </w:pPr>
      <w:r w:rsidRPr="003E014C">
        <w:rPr>
          <w:lang w:val="en-GB"/>
        </w:rPr>
        <w:t xml:space="preserve">platform misuse is taking place; </w:t>
      </w:r>
    </w:p>
    <w:p w14:paraId="2CE74D32" w14:textId="77777777" w:rsidR="003E014C" w:rsidRPr="003E014C" w:rsidRDefault="003E014C">
      <w:pPr>
        <w:numPr>
          <w:ilvl w:val="0"/>
          <w:numId w:val="81"/>
        </w:numPr>
        <w:rPr>
          <w:lang w:val="en-GB"/>
        </w:rPr>
      </w:pPr>
      <w:r w:rsidRPr="003E014C">
        <w:rPr>
          <w:lang w:val="en-GB"/>
        </w:rPr>
        <w:t xml:space="preserve">false information has been published; or </w:t>
      </w:r>
    </w:p>
    <w:p w14:paraId="4089392D" w14:textId="77777777" w:rsidR="003E014C" w:rsidRPr="003E014C" w:rsidRDefault="003E014C">
      <w:pPr>
        <w:numPr>
          <w:ilvl w:val="0"/>
          <w:numId w:val="81"/>
        </w:numPr>
        <w:rPr>
          <w:lang w:val="en-GB"/>
        </w:rPr>
      </w:pPr>
      <w:r w:rsidRPr="003E014C">
        <w:rPr>
          <w:lang w:val="en-GB"/>
        </w:rPr>
        <w:t xml:space="preserve">another user may be at risk. </w:t>
      </w:r>
    </w:p>
    <w:p w14:paraId="6B634E29" w14:textId="77777777" w:rsidR="003E014C" w:rsidRPr="003E014C" w:rsidRDefault="003E014C" w:rsidP="003E014C">
      <w:pPr>
        <w:rPr>
          <w:lang w:val="en-GB"/>
        </w:rPr>
      </w:pPr>
      <w:r w:rsidRPr="003E014C">
        <w:rPr>
          <w:lang w:val="en-GB"/>
        </w:rPr>
        <w:t>Reports should be made honestly and in good faith.</w:t>
      </w:r>
    </w:p>
    <w:p w14:paraId="5BBA5A6D" w14:textId="77777777" w:rsidR="003E014C" w:rsidRPr="003E014C" w:rsidRDefault="003E014C" w:rsidP="003E014C">
      <w:pPr>
        <w:rPr>
          <w:lang w:val="en-GB"/>
        </w:rPr>
      </w:pPr>
      <w:r w:rsidRPr="003E014C">
        <w:rPr>
          <w:lang w:val="en-GB"/>
        </w:rPr>
        <w:t>Knowingly making false or malicious reports may itself constitute a breach of these Terms.</w:t>
      </w:r>
    </w:p>
    <w:p w14:paraId="172BF838" w14:textId="77777777" w:rsidR="003E014C" w:rsidRPr="003E014C" w:rsidRDefault="00000000" w:rsidP="003E014C">
      <w:pPr>
        <w:rPr>
          <w:lang w:val="en-GB"/>
        </w:rPr>
      </w:pPr>
      <w:r>
        <w:rPr>
          <w:lang w:val="en-GB"/>
        </w:rPr>
        <w:pict w14:anchorId="515F778A">
          <v:rect id="_x0000_i1150" style="width:0;height:1.5pt" o:hralign="center" o:hrstd="t" o:hr="t" fillcolor="#a0a0a0" stroked="f"/>
        </w:pict>
      </w:r>
    </w:p>
    <w:p w14:paraId="0CDE300C" w14:textId="2B38FEDB"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.7 Cooperation with Investigations</w:t>
      </w:r>
    </w:p>
    <w:p w14:paraId="42E5FC93" w14:textId="77777777" w:rsidR="003E014C" w:rsidRPr="003E014C" w:rsidRDefault="003E014C" w:rsidP="003E014C">
      <w:pPr>
        <w:rPr>
          <w:lang w:val="en-GB"/>
        </w:rPr>
      </w:pPr>
      <w:r w:rsidRPr="003E014C">
        <w:rPr>
          <w:lang w:val="en-GB"/>
        </w:rPr>
        <w:t>Where My Sports Coach investigates concerns relating to the platform, users agree to cooperate reasonably with those enquiries.</w:t>
      </w:r>
    </w:p>
    <w:p w14:paraId="0C17606F" w14:textId="77777777" w:rsidR="003E014C" w:rsidRPr="003E014C" w:rsidRDefault="003E014C" w:rsidP="003E014C">
      <w:pPr>
        <w:rPr>
          <w:lang w:val="en-GB"/>
        </w:rPr>
      </w:pPr>
      <w:r w:rsidRPr="003E014C">
        <w:rPr>
          <w:lang w:val="en-GB"/>
        </w:rPr>
        <w:t>This may include providing:</w:t>
      </w:r>
    </w:p>
    <w:p w14:paraId="77DB2B4F" w14:textId="77777777" w:rsidR="003E014C" w:rsidRPr="003E014C" w:rsidRDefault="003E014C">
      <w:pPr>
        <w:numPr>
          <w:ilvl w:val="0"/>
          <w:numId w:val="82"/>
        </w:numPr>
        <w:rPr>
          <w:lang w:val="en-GB"/>
        </w:rPr>
      </w:pPr>
      <w:r w:rsidRPr="003E014C">
        <w:rPr>
          <w:lang w:val="en-GB"/>
        </w:rPr>
        <w:t xml:space="preserve">relevant information; </w:t>
      </w:r>
    </w:p>
    <w:p w14:paraId="2E195D40" w14:textId="77777777" w:rsidR="003E014C" w:rsidRPr="003E014C" w:rsidRDefault="003E014C">
      <w:pPr>
        <w:numPr>
          <w:ilvl w:val="0"/>
          <w:numId w:val="82"/>
        </w:numPr>
        <w:rPr>
          <w:lang w:val="en-GB"/>
        </w:rPr>
      </w:pPr>
      <w:r w:rsidRPr="003E014C">
        <w:rPr>
          <w:lang w:val="en-GB"/>
        </w:rPr>
        <w:t xml:space="preserve">supporting documentation; </w:t>
      </w:r>
    </w:p>
    <w:p w14:paraId="1E1B3B4A" w14:textId="77777777" w:rsidR="003E014C" w:rsidRPr="003E014C" w:rsidRDefault="003E014C">
      <w:pPr>
        <w:numPr>
          <w:ilvl w:val="0"/>
          <w:numId w:val="82"/>
        </w:numPr>
        <w:rPr>
          <w:lang w:val="en-GB"/>
        </w:rPr>
      </w:pPr>
      <w:r w:rsidRPr="003E014C">
        <w:rPr>
          <w:lang w:val="en-GB"/>
        </w:rPr>
        <w:t xml:space="preserve">clarification of events; or </w:t>
      </w:r>
    </w:p>
    <w:p w14:paraId="15BE53F6" w14:textId="77777777" w:rsidR="003E014C" w:rsidRPr="003E014C" w:rsidRDefault="003E014C">
      <w:pPr>
        <w:numPr>
          <w:ilvl w:val="0"/>
          <w:numId w:val="82"/>
        </w:numPr>
        <w:rPr>
          <w:lang w:val="en-GB"/>
        </w:rPr>
      </w:pPr>
      <w:r w:rsidRPr="003E014C">
        <w:rPr>
          <w:lang w:val="en-GB"/>
        </w:rPr>
        <w:t xml:space="preserve">responses to reasonable requests made by My Sports Coach. </w:t>
      </w:r>
    </w:p>
    <w:p w14:paraId="41A7C22F" w14:textId="77777777" w:rsidR="003E014C" w:rsidRPr="003E014C" w:rsidRDefault="003E014C" w:rsidP="003E014C">
      <w:pPr>
        <w:rPr>
          <w:lang w:val="en-GB"/>
        </w:rPr>
      </w:pPr>
      <w:r w:rsidRPr="003E014C">
        <w:rPr>
          <w:lang w:val="en-GB"/>
        </w:rPr>
        <w:t>Failure to cooperate may affect My Sports Coach's ability to investigate concerns fairly.</w:t>
      </w:r>
    </w:p>
    <w:p w14:paraId="5BD1594B" w14:textId="77777777" w:rsidR="003E014C" w:rsidRPr="003E014C" w:rsidRDefault="00000000" w:rsidP="003E014C">
      <w:pPr>
        <w:rPr>
          <w:lang w:val="en-GB"/>
        </w:rPr>
      </w:pPr>
      <w:r>
        <w:rPr>
          <w:lang w:val="en-GB"/>
        </w:rPr>
        <w:pict w14:anchorId="5679D4F4">
          <v:rect id="_x0000_i1151" style="width:0;height:1.5pt" o:hralign="center" o:hrstd="t" o:hr="t" fillcolor="#a0a0a0" stroked="f"/>
        </w:pict>
      </w:r>
    </w:p>
    <w:p w14:paraId="095B7262" w14:textId="4497878A"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.8 Protecting the Reputation of the Platform</w:t>
      </w:r>
    </w:p>
    <w:p w14:paraId="143FCECE" w14:textId="77777777" w:rsidR="003E014C" w:rsidRPr="003E014C" w:rsidRDefault="003E014C" w:rsidP="003E014C">
      <w:pPr>
        <w:rPr>
          <w:lang w:val="en-GB"/>
        </w:rPr>
      </w:pPr>
      <w:r w:rsidRPr="003E014C">
        <w:rPr>
          <w:lang w:val="en-GB"/>
        </w:rPr>
        <w:t>All users contribute to the reputation and integrity of the My Sports Coach community.</w:t>
      </w:r>
    </w:p>
    <w:p w14:paraId="6EED66F6" w14:textId="77777777" w:rsidR="003E014C" w:rsidRPr="003E014C" w:rsidRDefault="003E014C" w:rsidP="003E014C">
      <w:pPr>
        <w:rPr>
          <w:lang w:val="en-GB"/>
        </w:rPr>
      </w:pPr>
      <w:r w:rsidRPr="003E014C">
        <w:rPr>
          <w:lang w:val="en-GB"/>
        </w:rPr>
        <w:t>Users should avoid behaviour that could reasonably:</w:t>
      </w:r>
    </w:p>
    <w:p w14:paraId="2493D910" w14:textId="77777777" w:rsidR="003E014C" w:rsidRPr="003E014C" w:rsidRDefault="003E014C">
      <w:pPr>
        <w:numPr>
          <w:ilvl w:val="0"/>
          <w:numId w:val="83"/>
        </w:numPr>
        <w:rPr>
          <w:lang w:val="en-GB"/>
        </w:rPr>
      </w:pPr>
      <w:r w:rsidRPr="003E014C">
        <w:rPr>
          <w:lang w:val="en-GB"/>
        </w:rPr>
        <w:t xml:space="preserve">damage confidence in the platform; </w:t>
      </w:r>
    </w:p>
    <w:p w14:paraId="56FB11A7" w14:textId="77777777" w:rsidR="003E014C" w:rsidRPr="003E014C" w:rsidRDefault="003E014C">
      <w:pPr>
        <w:numPr>
          <w:ilvl w:val="0"/>
          <w:numId w:val="83"/>
        </w:numPr>
        <w:rPr>
          <w:lang w:val="en-GB"/>
        </w:rPr>
      </w:pPr>
      <w:r w:rsidRPr="003E014C">
        <w:rPr>
          <w:lang w:val="en-GB"/>
        </w:rPr>
        <w:t xml:space="preserve">undermine trust between users; </w:t>
      </w:r>
    </w:p>
    <w:p w14:paraId="78E12182" w14:textId="77777777" w:rsidR="003E014C" w:rsidRPr="003E014C" w:rsidRDefault="003E014C">
      <w:pPr>
        <w:numPr>
          <w:ilvl w:val="0"/>
          <w:numId w:val="83"/>
        </w:numPr>
        <w:rPr>
          <w:lang w:val="en-GB"/>
        </w:rPr>
      </w:pPr>
      <w:r w:rsidRPr="003E014C">
        <w:rPr>
          <w:lang w:val="en-GB"/>
        </w:rPr>
        <w:t xml:space="preserve">bring the platform into disrepute; or </w:t>
      </w:r>
    </w:p>
    <w:p w14:paraId="6FCF835E" w14:textId="77777777" w:rsidR="003E014C" w:rsidRPr="003E014C" w:rsidRDefault="003E014C">
      <w:pPr>
        <w:numPr>
          <w:ilvl w:val="0"/>
          <w:numId w:val="83"/>
        </w:numPr>
        <w:rPr>
          <w:lang w:val="en-GB"/>
        </w:rPr>
      </w:pPr>
      <w:r w:rsidRPr="003E014C">
        <w:rPr>
          <w:lang w:val="en-GB"/>
        </w:rPr>
        <w:t xml:space="preserve">negatively affect the experience of other users. </w:t>
      </w:r>
    </w:p>
    <w:p w14:paraId="06EF92D4" w14:textId="77777777" w:rsidR="003E014C" w:rsidRPr="003E014C" w:rsidRDefault="003E014C" w:rsidP="003E014C">
      <w:pPr>
        <w:rPr>
          <w:lang w:val="en-GB"/>
        </w:rPr>
      </w:pPr>
      <w:r w:rsidRPr="003E014C">
        <w:rPr>
          <w:lang w:val="en-GB"/>
        </w:rPr>
        <w:lastRenderedPageBreak/>
        <w:t>My Sports Coach reserves the right to take appropriate action where conduct is inconsistent with these Platform Rules.</w:t>
      </w:r>
    </w:p>
    <w:p w14:paraId="2FE0953A" w14:textId="77777777" w:rsidR="003E014C" w:rsidRPr="003E014C" w:rsidRDefault="00000000" w:rsidP="003E014C">
      <w:pPr>
        <w:rPr>
          <w:lang w:val="en-GB"/>
        </w:rPr>
      </w:pPr>
      <w:r>
        <w:rPr>
          <w:lang w:val="en-GB"/>
        </w:rPr>
        <w:pict w14:anchorId="1AEB7D18">
          <v:rect id="_x0000_i1152" style="width:0;height:1.5pt" o:hralign="center" o:hrstd="t" o:hr="t" fillcolor="#a0a0a0" stroked="f"/>
        </w:pict>
      </w:r>
    </w:p>
    <w:p w14:paraId="55C98D1D" w14:textId="656F90B6" w:rsidR="003E014C" w:rsidRPr="003E014C" w:rsidRDefault="003E014C" w:rsidP="003E014C">
      <w:pPr>
        <w:rPr>
          <w:b/>
          <w:bCs/>
          <w:color w:val="365F91" w:themeColor="accent1" w:themeShade="BF"/>
          <w:lang w:val="en-GB"/>
        </w:rPr>
      </w:pPr>
      <w:r w:rsidRPr="003E014C">
        <w:rPr>
          <w:b/>
          <w:bCs/>
          <w:color w:val="365F91" w:themeColor="accent1" w:themeShade="BF"/>
          <w:lang w:val="en-GB"/>
        </w:rPr>
        <w:t>1</w:t>
      </w:r>
      <w:r w:rsidR="00714557">
        <w:rPr>
          <w:b/>
          <w:bCs/>
          <w:color w:val="365F91" w:themeColor="accent1" w:themeShade="BF"/>
          <w:lang w:val="en-GB"/>
        </w:rPr>
        <w:t>6</w:t>
      </w:r>
      <w:r w:rsidRPr="003E014C">
        <w:rPr>
          <w:b/>
          <w:bCs/>
          <w:color w:val="365F91" w:themeColor="accent1" w:themeShade="BF"/>
          <w:lang w:val="en-GB"/>
        </w:rPr>
        <w:t>.9 Compliance with Applicable Laws</w:t>
      </w:r>
    </w:p>
    <w:p w14:paraId="30377078" w14:textId="77777777" w:rsidR="003E014C" w:rsidRPr="003E014C" w:rsidRDefault="003E014C" w:rsidP="003E014C">
      <w:pPr>
        <w:rPr>
          <w:lang w:val="en-GB"/>
        </w:rPr>
      </w:pPr>
      <w:r w:rsidRPr="003E014C">
        <w:rPr>
          <w:lang w:val="en-GB"/>
        </w:rPr>
        <w:t>Users remain responsible for ensuring that their activities comply with all applicable laws and regulations.</w:t>
      </w:r>
    </w:p>
    <w:p w14:paraId="59E28AC0" w14:textId="77777777" w:rsidR="003E014C" w:rsidRPr="003E014C" w:rsidRDefault="003E014C" w:rsidP="003E014C">
      <w:pPr>
        <w:rPr>
          <w:lang w:val="en-GB"/>
        </w:rPr>
      </w:pPr>
      <w:r w:rsidRPr="003E014C">
        <w:rPr>
          <w:lang w:val="en-GB"/>
        </w:rPr>
        <w:t>Nothing within these Terms removes the legal responsibilities of coaches, participants or organisations in relation to their own activities.</w:t>
      </w:r>
    </w:p>
    <w:p w14:paraId="1B618133" w14:textId="60830D73" w:rsidR="00DA7FAB" w:rsidRPr="00DA7FAB" w:rsidRDefault="00DA7FAB" w:rsidP="00DA7FAB">
      <w:pPr>
        <w:rPr>
          <w:b/>
          <w:bCs/>
          <w:color w:val="365F91" w:themeColor="accent1" w:themeShade="BF"/>
          <w:sz w:val="28"/>
          <w:szCs w:val="28"/>
          <w:lang w:val="en-GB"/>
        </w:rPr>
      </w:pPr>
      <w:r w:rsidRPr="00DA7FAB">
        <w:rPr>
          <w:b/>
          <w:bCs/>
          <w:color w:val="365F91" w:themeColor="accent1" w:themeShade="BF"/>
          <w:sz w:val="28"/>
          <w:szCs w:val="28"/>
          <w:lang w:val="en-GB"/>
        </w:rPr>
        <w:t>1</w:t>
      </w:r>
      <w:r w:rsidR="00714557">
        <w:rPr>
          <w:b/>
          <w:bCs/>
          <w:color w:val="365F91" w:themeColor="accent1" w:themeShade="BF"/>
          <w:sz w:val="28"/>
          <w:szCs w:val="28"/>
          <w:lang w:val="en-GB"/>
        </w:rPr>
        <w:t>7</w:t>
      </w:r>
      <w:r w:rsidRPr="00DA7FAB">
        <w:rPr>
          <w:b/>
          <w:bCs/>
          <w:color w:val="365F91" w:themeColor="accent1" w:themeShade="BF"/>
          <w:sz w:val="28"/>
          <w:szCs w:val="28"/>
          <w:lang w:val="en-GB"/>
        </w:rPr>
        <w:t>. Prohibited Activities</w:t>
      </w:r>
    </w:p>
    <w:p w14:paraId="06A63A8D" w14:textId="77777777" w:rsidR="00DA7FAB" w:rsidRPr="00DA7FAB" w:rsidRDefault="00DA7FAB" w:rsidP="00DA7FAB">
      <w:pPr>
        <w:rPr>
          <w:lang w:val="en-GB"/>
        </w:rPr>
      </w:pPr>
      <w:r w:rsidRPr="00DA7FAB">
        <w:rPr>
          <w:lang w:val="en-GB"/>
        </w:rPr>
        <w:t>To protect the safety, integrity and reputation of the My Sports Coach platform, certain activities are strictly prohibited.</w:t>
      </w:r>
    </w:p>
    <w:p w14:paraId="3220EF77" w14:textId="77777777" w:rsidR="00DA7FAB" w:rsidRPr="00DA7FAB" w:rsidRDefault="00DA7FAB" w:rsidP="00DA7FAB">
      <w:pPr>
        <w:rPr>
          <w:lang w:val="en-GB"/>
        </w:rPr>
      </w:pPr>
      <w:r w:rsidRPr="00DA7FAB">
        <w:rPr>
          <w:lang w:val="en-GB"/>
        </w:rPr>
        <w:t>Users must not engage in any conduct that is unlawful, dishonest, harmful, disruptive or otherwise inconsistent with these Terms or the legitimate operation of the platform.</w:t>
      </w:r>
    </w:p>
    <w:p w14:paraId="348F8392" w14:textId="77777777" w:rsidR="00DA7FAB" w:rsidRPr="00DA7FAB" w:rsidRDefault="00DA7FAB" w:rsidP="00DA7FAB">
      <w:pPr>
        <w:rPr>
          <w:lang w:val="en-GB"/>
        </w:rPr>
      </w:pPr>
      <w:r w:rsidRPr="00DA7FAB">
        <w:rPr>
          <w:lang w:val="en-GB"/>
        </w:rPr>
        <w:t>Where My Sports Coach reasonably believes that a prohibited activity has occurred, we reserve the right to investigate the matter and take appropriate action in accordance with these Terms.</w:t>
      </w:r>
    </w:p>
    <w:p w14:paraId="00B73BA1" w14:textId="77777777" w:rsidR="00DA7FAB" w:rsidRPr="00DA7FAB" w:rsidRDefault="00000000" w:rsidP="00DA7FAB">
      <w:pPr>
        <w:rPr>
          <w:lang w:val="en-GB"/>
        </w:rPr>
      </w:pPr>
      <w:r>
        <w:rPr>
          <w:lang w:val="en-GB"/>
        </w:rPr>
        <w:pict w14:anchorId="06453E63">
          <v:rect id="_x0000_i1153" style="width:0;height:1.5pt" o:hralign="center" o:hrstd="t" o:hr="t" fillcolor="#a0a0a0" stroked="f"/>
        </w:pict>
      </w:r>
    </w:p>
    <w:p w14:paraId="10773CD3" w14:textId="27AB49B1"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.1 False Information</w:t>
      </w:r>
    </w:p>
    <w:p w14:paraId="49651A02" w14:textId="77777777" w:rsidR="00DA7FAB" w:rsidRPr="00DA7FAB" w:rsidRDefault="00DA7FAB" w:rsidP="00DA7FAB">
      <w:pPr>
        <w:rPr>
          <w:lang w:val="en-GB"/>
        </w:rPr>
      </w:pPr>
      <w:r w:rsidRPr="00DA7FAB">
        <w:rPr>
          <w:lang w:val="en-GB"/>
        </w:rPr>
        <w:t>Users must not knowingly provide information that is false, inaccurate or misleading.</w:t>
      </w:r>
    </w:p>
    <w:p w14:paraId="46A39C46" w14:textId="77777777" w:rsidR="00DA7FAB" w:rsidRPr="00DA7FAB" w:rsidRDefault="00DA7FAB" w:rsidP="00DA7FAB">
      <w:pPr>
        <w:rPr>
          <w:lang w:val="en-GB"/>
        </w:rPr>
      </w:pPr>
      <w:r w:rsidRPr="00DA7FAB">
        <w:rPr>
          <w:lang w:val="en-GB"/>
        </w:rPr>
        <w:t>This includes, but is not limited to:</w:t>
      </w:r>
    </w:p>
    <w:p w14:paraId="0DAF0DFD" w14:textId="77777777" w:rsidR="00DA7FAB" w:rsidRPr="00DA7FAB" w:rsidRDefault="00DA7FAB">
      <w:pPr>
        <w:numPr>
          <w:ilvl w:val="0"/>
          <w:numId w:val="84"/>
        </w:numPr>
        <w:rPr>
          <w:lang w:val="en-GB"/>
        </w:rPr>
      </w:pPr>
      <w:r w:rsidRPr="00DA7FAB">
        <w:rPr>
          <w:lang w:val="en-GB"/>
        </w:rPr>
        <w:t xml:space="preserve">false identities; </w:t>
      </w:r>
    </w:p>
    <w:p w14:paraId="0FB84D3F" w14:textId="77777777" w:rsidR="00DA7FAB" w:rsidRPr="00DA7FAB" w:rsidRDefault="00DA7FAB">
      <w:pPr>
        <w:numPr>
          <w:ilvl w:val="0"/>
          <w:numId w:val="84"/>
        </w:numPr>
        <w:rPr>
          <w:lang w:val="en-GB"/>
        </w:rPr>
      </w:pPr>
      <w:r w:rsidRPr="00DA7FAB">
        <w:rPr>
          <w:lang w:val="en-GB"/>
        </w:rPr>
        <w:t xml:space="preserve">inaccurate qualifications; </w:t>
      </w:r>
    </w:p>
    <w:p w14:paraId="2C78356A" w14:textId="77777777" w:rsidR="00DA7FAB" w:rsidRPr="00DA7FAB" w:rsidRDefault="00DA7FAB">
      <w:pPr>
        <w:numPr>
          <w:ilvl w:val="0"/>
          <w:numId w:val="84"/>
        </w:numPr>
        <w:rPr>
          <w:lang w:val="en-GB"/>
        </w:rPr>
      </w:pPr>
      <w:r w:rsidRPr="00DA7FAB">
        <w:rPr>
          <w:lang w:val="en-GB"/>
        </w:rPr>
        <w:t xml:space="preserve">misleading coaching experience; </w:t>
      </w:r>
    </w:p>
    <w:p w14:paraId="1AA600F2" w14:textId="77777777" w:rsidR="00DA7FAB" w:rsidRPr="00DA7FAB" w:rsidRDefault="00DA7FAB">
      <w:pPr>
        <w:numPr>
          <w:ilvl w:val="0"/>
          <w:numId w:val="84"/>
        </w:numPr>
        <w:rPr>
          <w:lang w:val="en-GB"/>
        </w:rPr>
      </w:pPr>
      <w:r w:rsidRPr="00DA7FAB">
        <w:rPr>
          <w:lang w:val="en-GB"/>
        </w:rPr>
        <w:t xml:space="preserve">fraudulent insurance information; </w:t>
      </w:r>
    </w:p>
    <w:p w14:paraId="6D7F0ACB" w14:textId="77777777" w:rsidR="00DA7FAB" w:rsidRPr="00DA7FAB" w:rsidRDefault="00DA7FAB">
      <w:pPr>
        <w:numPr>
          <w:ilvl w:val="0"/>
          <w:numId w:val="84"/>
        </w:numPr>
        <w:rPr>
          <w:lang w:val="en-GB"/>
        </w:rPr>
      </w:pPr>
      <w:r w:rsidRPr="00DA7FAB">
        <w:rPr>
          <w:lang w:val="en-GB"/>
        </w:rPr>
        <w:t xml:space="preserve">false safeguarding documentation; </w:t>
      </w:r>
    </w:p>
    <w:p w14:paraId="3DCE0781" w14:textId="77777777" w:rsidR="00DA7FAB" w:rsidRPr="00DA7FAB" w:rsidRDefault="00DA7FAB">
      <w:pPr>
        <w:numPr>
          <w:ilvl w:val="0"/>
          <w:numId w:val="84"/>
        </w:numPr>
        <w:rPr>
          <w:lang w:val="en-GB"/>
        </w:rPr>
      </w:pPr>
      <w:r w:rsidRPr="00DA7FAB">
        <w:rPr>
          <w:lang w:val="en-GB"/>
        </w:rPr>
        <w:t xml:space="preserve">inaccurate payment information; or </w:t>
      </w:r>
    </w:p>
    <w:p w14:paraId="2402C026" w14:textId="77777777" w:rsidR="00DA7FAB" w:rsidRPr="00DA7FAB" w:rsidRDefault="00DA7FAB">
      <w:pPr>
        <w:numPr>
          <w:ilvl w:val="0"/>
          <w:numId w:val="84"/>
        </w:numPr>
        <w:rPr>
          <w:lang w:val="en-GB"/>
        </w:rPr>
      </w:pPr>
      <w:r w:rsidRPr="00DA7FAB">
        <w:rPr>
          <w:lang w:val="en-GB"/>
        </w:rPr>
        <w:t xml:space="preserve">any other information intended to deceive other users or My Sports Coach. </w:t>
      </w:r>
    </w:p>
    <w:p w14:paraId="189234F1" w14:textId="77777777" w:rsidR="00DA7FAB" w:rsidRPr="00DA7FAB" w:rsidRDefault="00000000" w:rsidP="00DA7FAB">
      <w:pPr>
        <w:rPr>
          <w:lang w:val="en-GB"/>
        </w:rPr>
      </w:pPr>
      <w:r>
        <w:rPr>
          <w:lang w:val="en-GB"/>
        </w:rPr>
        <w:pict w14:anchorId="297712F7">
          <v:rect id="_x0000_i1154" style="width:0;height:1.5pt" o:hralign="center" o:hrstd="t" o:hr="t" fillcolor="#a0a0a0" stroked="f"/>
        </w:pict>
      </w:r>
    </w:p>
    <w:p w14:paraId="3C05D1CD" w14:textId="5F554687"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.2 Fraudulent Activity</w:t>
      </w:r>
    </w:p>
    <w:p w14:paraId="464E6D8E" w14:textId="77777777" w:rsidR="00DA7FAB" w:rsidRPr="00DA7FAB" w:rsidRDefault="00DA7FAB" w:rsidP="00DA7FAB">
      <w:pPr>
        <w:rPr>
          <w:lang w:val="en-GB"/>
        </w:rPr>
      </w:pPr>
      <w:r w:rsidRPr="00DA7FAB">
        <w:rPr>
          <w:lang w:val="en-GB"/>
        </w:rPr>
        <w:t>Users must not engage in any activity intended to obtain an unfair, unlawful or dishonest advantage.</w:t>
      </w:r>
    </w:p>
    <w:p w14:paraId="49CDB062" w14:textId="77777777" w:rsidR="00DA7FAB" w:rsidRPr="00DA7FAB" w:rsidRDefault="00DA7FAB" w:rsidP="00DA7FAB">
      <w:pPr>
        <w:rPr>
          <w:lang w:val="en-GB"/>
        </w:rPr>
      </w:pPr>
      <w:r w:rsidRPr="00DA7FAB">
        <w:rPr>
          <w:lang w:val="en-GB"/>
        </w:rPr>
        <w:lastRenderedPageBreak/>
        <w:t>Examples include:</w:t>
      </w:r>
    </w:p>
    <w:p w14:paraId="72F48A99" w14:textId="77777777" w:rsidR="00DA7FAB" w:rsidRPr="00DA7FAB" w:rsidRDefault="00DA7FAB">
      <w:pPr>
        <w:numPr>
          <w:ilvl w:val="0"/>
          <w:numId w:val="85"/>
        </w:numPr>
        <w:rPr>
          <w:lang w:val="en-GB"/>
        </w:rPr>
      </w:pPr>
      <w:r w:rsidRPr="00DA7FAB">
        <w:rPr>
          <w:lang w:val="en-GB"/>
        </w:rPr>
        <w:t xml:space="preserve">payment fraud; </w:t>
      </w:r>
    </w:p>
    <w:p w14:paraId="2A75F81C" w14:textId="77777777" w:rsidR="00DA7FAB" w:rsidRPr="00DA7FAB" w:rsidRDefault="00DA7FAB">
      <w:pPr>
        <w:numPr>
          <w:ilvl w:val="0"/>
          <w:numId w:val="85"/>
        </w:numPr>
        <w:rPr>
          <w:lang w:val="en-GB"/>
        </w:rPr>
      </w:pPr>
      <w:r w:rsidRPr="00DA7FAB">
        <w:rPr>
          <w:lang w:val="en-GB"/>
        </w:rPr>
        <w:t xml:space="preserve">identity fraud; </w:t>
      </w:r>
    </w:p>
    <w:p w14:paraId="0ABC0CA3" w14:textId="77777777" w:rsidR="00DA7FAB" w:rsidRPr="00DA7FAB" w:rsidRDefault="00DA7FAB">
      <w:pPr>
        <w:numPr>
          <w:ilvl w:val="0"/>
          <w:numId w:val="85"/>
        </w:numPr>
        <w:rPr>
          <w:lang w:val="en-GB"/>
        </w:rPr>
      </w:pPr>
      <w:r w:rsidRPr="00DA7FAB">
        <w:rPr>
          <w:lang w:val="en-GB"/>
        </w:rPr>
        <w:t xml:space="preserve">booking fraud; </w:t>
      </w:r>
    </w:p>
    <w:p w14:paraId="6B3D811C" w14:textId="77777777" w:rsidR="00DA7FAB" w:rsidRPr="00DA7FAB" w:rsidRDefault="00DA7FAB">
      <w:pPr>
        <w:numPr>
          <w:ilvl w:val="0"/>
          <w:numId w:val="85"/>
        </w:numPr>
        <w:rPr>
          <w:lang w:val="en-GB"/>
        </w:rPr>
      </w:pPr>
      <w:r w:rsidRPr="00DA7FAB">
        <w:rPr>
          <w:lang w:val="en-GB"/>
        </w:rPr>
        <w:t xml:space="preserve">chargeback abuse; </w:t>
      </w:r>
    </w:p>
    <w:p w14:paraId="318EFC58" w14:textId="77777777" w:rsidR="00DA7FAB" w:rsidRPr="00DA7FAB" w:rsidRDefault="00DA7FAB">
      <w:pPr>
        <w:numPr>
          <w:ilvl w:val="0"/>
          <w:numId w:val="85"/>
        </w:numPr>
        <w:rPr>
          <w:lang w:val="en-GB"/>
        </w:rPr>
      </w:pPr>
      <w:r w:rsidRPr="00DA7FAB">
        <w:rPr>
          <w:lang w:val="en-GB"/>
        </w:rPr>
        <w:t xml:space="preserve">manipulation of promotional offers; </w:t>
      </w:r>
    </w:p>
    <w:p w14:paraId="55738878" w14:textId="77777777" w:rsidR="00DA7FAB" w:rsidRPr="00DA7FAB" w:rsidRDefault="00DA7FAB">
      <w:pPr>
        <w:numPr>
          <w:ilvl w:val="0"/>
          <w:numId w:val="85"/>
        </w:numPr>
        <w:rPr>
          <w:lang w:val="en-GB"/>
        </w:rPr>
      </w:pPr>
      <w:r w:rsidRPr="00DA7FAB">
        <w:rPr>
          <w:lang w:val="en-GB"/>
        </w:rPr>
        <w:t xml:space="preserve">creation of fraudulent accounts; or </w:t>
      </w:r>
    </w:p>
    <w:p w14:paraId="4C474EE4" w14:textId="77777777" w:rsidR="00DA7FAB" w:rsidRPr="00DA7FAB" w:rsidRDefault="00DA7FAB">
      <w:pPr>
        <w:numPr>
          <w:ilvl w:val="0"/>
          <w:numId w:val="85"/>
        </w:numPr>
        <w:rPr>
          <w:lang w:val="en-GB"/>
        </w:rPr>
      </w:pPr>
      <w:r w:rsidRPr="00DA7FAB">
        <w:rPr>
          <w:lang w:val="en-GB"/>
        </w:rPr>
        <w:t xml:space="preserve">attempting to obtain services through deception. </w:t>
      </w:r>
    </w:p>
    <w:p w14:paraId="66AA5EDC" w14:textId="77777777" w:rsidR="00DA7FAB" w:rsidRPr="00DA7FAB" w:rsidRDefault="00DA7FAB" w:rsidP="00DA7FAB">
      <w:pPr>
        <w:rPr>
          <w:lang w:val="en-GB"/>
        </w:rPr>
      </w:pPr>
      <w:r w:rsidRPr="00DA7FAB">
        <w:rPr>
          <w:lang w:val="en-GB"/>
        </w:rPr>
        <w:t>Suspected fraudulent activity may be reported to the appropriate authorities where legally appropriate.</w:t>
      </w:r>
    </w:p>
    <w:p w14:paraId="31061C8D" w14:textId="77777777" w:rsidR="00DA7FAB" w:rsidRPr="00DA7FAB" w:rsidRDefault="00000000" w:rsidP="00DA7FAB">
      <w:pPr>
        <w:rPr>
          <w:lang w:val="en-GB"/>
        </w:rPr>
      </w:pPr>
      <w:r>
        <w:rPr>
          <w:lang w:val="en-GB"/>
        </w:rPr>
        <w:pict w14:anchorId="581F4DA5">
          <v:rect id="_x0000_i1155" style="width:0;height:1.5pt" o:hralign="center" o:hrstd="t" o:hr="t" fillcolor="#a0a0a0" stroked="f"/>
        </w:pict>
      </w:r>
    </w:p>
    <w:p w14:paraId="52822603" w14:textId="6AFD450B"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.3 Misuse of the Platform</w:t>
      </w:r>
    </w:p>
    <w:p w14:paraId="65F9244B" w14:textId="77777777" w:rsidR="00DA7FAB" w:rsidRPr="00DA7FAB" w:rsidRDefault="00DA7FAB" w:rsidP="00DA7FAB">
      <w:pPr>
        <w:rPr>
          <w:lang w:val="en-GB"/>
        </w:rPr>
      </w:pPr>
      <w:r w:rsidRPr="00DA7FAB">
        <w:rPr>
          <w:lang w:val="en-GB"/>
        </w:rPr>
        <w:t>Users must not use the platform in a manner that interferes with its normal operation or negatively affects other users.</w:t>
      </w:r>
    </w:p>
    <w:p w14:paraId="21F23DF8" w14:textId="77777777" w:rsidR="00DA7FAB" w:rsidRPr="00DA7FAB" w:rsidRDefault="00DA7FAB" w:rsidP="00DA7FAB">
      <w:pPr>
        <w:rPr>
          <w:lang w:val="en-GB"/>
        </w:rPr>
      </w:pPr>
      <w:r w:rsidRPr="00DA7FAB">
        <w:rPr>
          <w:lang w:val="en-GB"/>
        </w:rPr>
        <w:t>This includes:</w:t>
      </w:r>
    </w:p>
    <w:p w14:paraId="65401C12" w14:textId="77777777" w:rsidR="00DA7FAB" w:rsidRPr="00DA7FAB" w:rsidRDefault="00DA7FAB">
      <w:pPr>
        <w:numPr>
          <w:ilvl w:val="0"/>
          <w:numId w:val="86"/>
        </w:numPr>
        <w:rPr>
          <w:lang w:val="en-GB"/>
        </w:rPr>
      </w:pPr>
      <w:r w:rsidRPr="00DA7FAB">
        <w:rPr>
          <w:lang w:val="en-GB"/>
        </w:rPr>
        <w:t xml:space="preserve">attempting to disrupt platform functionality; </w:t>
      </w:r>
    </w:p>
    <w:p w14:paraId="6781DB98" w14:textId="77777777" w:rsidR="00DA7FAB" w:rsidRPr="00DA7FAB" w:rsidRDefault="00DA7FAB">
      <w:pPr>
        <w:numPr>
          <w:ilvl w:val="0"/>
          <w:numId w:val="86"/>
        </w:numPr>
        <w:rPr>
          <w:lang w:val="en-GB"/>
        </w:rPr>
      </w:pPr>
      <w:r w:rsidRPr="00DA7FAB">
        <w:rPr>
          <w:lang w:val="en-GB"/>
        </w:rPr>
        <w:t xml:space="preserve">interfering with bookings; </w:t>
      </w:r>
    </w:p>
    <w:p w14:paraId="7BD23620" w14:textId="77777777" w:rsidR="00DA7FAB" w:rsidRPr="00DA7FAB" w:rsidRDefault="00DA7FAB">
      <w:pPr>
        <w:numPr>
          <w:ilvl w:val="0"/>
          <w:numId w:val="86"/>
        </w:numPr>
        <w:rPr>
          <w:lang w:val="en-GB"/>
        </w:rPr>
      </w:pPr>
      <w:r w:rsidRPr="00DA7FAB">
        <w:rPr>
          <w:lang w:val="en-GB"/>
        </w:rPr>
        <w:t xml:space="preserve">manipulating search results; </w:t>
      </w:r>
    </w:p>
    <w:p w14:paraId="4A7356A5" w14:textId="77777777" w:rsidR="00DA7FAB" w:rsidRPr="00DA7FAB" w:rsidRDefault="00DA7FAB">
      <w:pPr>
        <w:numPr>
          <w:ilvl w:val="0"/>
          <w:numId w:val="86"/>
        </w:numPr>
        <w:rPr>
          <w:lang w:val="en-GB"/>
        </w:rPr>
      </w:pPr>
      <w:r w:rsidRPr="00DA7FAB">
        <w:rPr>
          <w:lang w:val="en-GB"/>
        </w:rPr>
        <w:t xml:space="preserve">abusing messaging systems; </w:t>
      </w:r>
    </w:p>
    <w:p w14:paraId="45CFDCDF" w14:textId="77777777" w:rsidR="00DA7FAB" w:rsidRPr="00DA7FAB" w:rsidRDefault="00DA7FAB">
      <w:pPr>
        <w:numPr>
          <w:ilvl w:val="0"/>
          <w:numId w:val="86"/>
        </w:numPr>
        <w:rPr>
          <w:lang w:val="en-GB"/>
        </w:rPr>
      </w:pPr>
      <w:r w:rsidRPr="00DA7FAB">
        <w:rPr>
          <w:lang w:val="en-GB"/>
        </w:rPr>
        <w:t xml:space="preserve">excessive automated activity; </w:t>
      </w:r>
    </w:p>
    <w:p w14:paraId="52592430" w14:textId="77777777" w:rsidR="00DA7FAB" w:rsidRPr="00DA7FAB" w:rsidRDefault="00DA7FAB">
      <w:pPr>
        <w:numPr>
          <w:ilvl w:val="0"/>
          <w:numId w:val="86"/>
        </w:numPr>
        <w:rPr>
          <w:lang w:val="en-GB"/>
        </w:rPr>
      </w:pPr>
      <w:r w:rsidRPr="00DA7FAB">
        <w:rPr>
          <w:lang w:val="en-GB"/>
        </w:rPr>
        <w:t xml:space="preserve">attempting to bypass platform processes; or </w:t>
      </w:r>
    </w:p>
    <w:p w14:paraId="40CE22B9" w14:textId="77777777" w:rsidR="00DA7FAB" w:rsidRPr="00DA7FAB" w:rsidRDefault="00DA7FAB">
      <w:pPr>
        <w:numPr>
          <w:ilvl w:val="0"/>
          <w:numId w:val="86"/>
        </w:numPr>
        <w:rPr>
          <w:lang w:val="en-GB"/>
        </w:rPr>
      </w:pPr>
      <w:r w:rsidRPr="00DA7FAB">
        <w:rPr>
          <w:lang w:val="en-GB"/>
        </w:rPr>
        <w:t xml:space="preserve">any activity designed to undermine the fair operation of the marketplace. </w:t>
      </w:r>
    </w:p>
    <w:p w14:paraId="3F16F284" w14:textId="77777777" w:rsidR="00DA7FAB" w:rsidRPr="00DA7FAB" w:rsidRDefault="00000000" w:rsidP="00DA7FAB">
      <w:pPr>
        <w:rPr>
          <w:lang w:val="en-GB"/>
        </w:rPr>
      </w:pPr>
      <w:r>
        <w:rPr>
          <w:lang w:val="en-GB"/>
        </w:rPr>
        <w:pict w14:anchorId="43F28A75">
          <v:rect id="_x0000_i1156" style="width:0;height:1.5pt" o:hralign="center" o:hrstd="t" o:hr="t" fillcolor="#a0a0a0" stroked="f"/>
        </w:pict>
      </w:r>
    </w:p>
    <w:p w14:paraId="1CAE5418" w14:textId="77777777" w:rsidR="00DA7FAB" w:rsidRDefault="00DA7FAB" w:rsidP="00DA7FAB">
      <w:pPr>
        <w:rPr>
          <w:b/>
          <w:bCs/>
          <w:lang w:val="en-GB"/>
        </w:rPr>
      </w:pPr>
    </w:p>
    <w:p w14:paraId="6E628D97" w14:textId="10DA53AE"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.4 Harassment and Abuse</w:t>
      </w:r>
    </w:p>
    <w:p w14:paraId="55DEB950" w14:textId="77777777" w:rsidR="00DA7FAB" w:rsidRPr="00DA7FAB" w:rsidRDefault="00DA7FAB" w:rsidP="00DA7FAB">
      <w:pPr>
        <w:rPr>
          <w:lang w:val="en-GB"/>
        </w:rPr>
      </w:pPr>
      <w:r w:rsidRPr="00DA7FAB">
        <w:rPr>
          <w:lang w:val="en-GB"/>
        </w:rPr>
        <w:t>Users must not engage in behaviour that is:</w:t>
      </w:r>
    </w:p>
    <w:p w14:paraId="5C781BC9" w14:textId="77777777" w:rsidR="00DA7FAB" w:rsidRPr="00DA7FAB" w:rsidRDefault="00DA7FAB">
      <w:pPr>
        <w:numPr>
          <w:ilvl w:val="0"/>
          <w:numId w:val="87"/>
        </w:numPr>
        <w:rPr>
          <w:lang w:val="en-GB"/>
        </w:rPr>
      </w:pPr>
      <w:r w:rsidRPr="00DA7FAB">
        <w:rPr>
          <w:lang w:val="en-GB"/>
        </w:rPr>
        <w:t xml:space="preserve">abusive; </w:t>
      </w:r>
    </w:p>
    <w:p w14:paraId="06CED32D" w14:textId="77777777" w:rsidR="00DA7FAB" w:rsidRPr="00DA7FAB" w:rsidRDefault="00DA7FAB">
      <w:pPr>
        <w:numPr>
          <w:ilvl w:val="0"/>
          <w:numId w:val="87"/>
        </w:numPr>
        <w:rPr>
          <w:lang w:val="en-GB"/>
        </w:rPr>
      </w:pPr>
      <w:r w:rsidRPr="00DA7FAB">
        <w:rPr>
          <w:lang w:val="en-GB"/>
        </w:rPr>
        <w:t xml:space="preserve">threatening; </w:t>
      </w:r>
    </w:p>
    <w:p w14:paraId="47882111" w14:textId="77777777" w:rsidR="00DA7FAB" w:rsidRPr="00DA7FAB" w:rsidRDefault="00DA7FAB">
      <w:pPr>
        <w:numPr>
          <w:ilvl w:val="0"/>
          <w:numId w:val="87"/>
        </w:numPr>
        <w:rPr>
          <w:lang w:val="en-GB"/>
        </w:rPr>
      </w:pPr>
      <w:r w:rsidRPr="00DA7FAB">
        <w:rPr>
          <w:lang w:val="en-GB"/>
        </w:rPr>
        <w:t xml:space="preserve">intimidating; </w:t>
      </w:r>
    </w:p>
    <w:p w14:paraId="4C695A19" w14:textId="77777777" w:rsidR="00DA7FAB" w:rsidRPr="00DA7FAB" w:rsidRDefault="00DA7FAB">
      <w:pPr>
        <w:numPr>
          <w:ilvl w:val="0"/>
          <w:numId w:val="87"/>
        </w:numPr>
        <w:rPr>
          <w:lang w:val="en-GB"/>
        </w:rPr>
      </w:pPr>
      <w:r w:rsidRPr="00DA7FAB">
        <w:rPr>
          <w:lang w:val="en-GB"/>
        </w:rPr>
        <w:lastRenderedPageBreak/>
        <w:t xml:space="preserve">discriminatory; </w:t>
      </w:r>
    </w:p>
    <w:p w14:paraId="00B25185" w14:textId="77777777" w:rsidR="00DA7FAB" w:rsidRPr="00DA7FAB" w:rsidRDefault="00DA7FAB">
      <w:pPr>
        <w:numPr>
          <w:ilvl w:val="0"/>
          <w:numId w:val="87"/>
        </w:numPr>
        <w:rPr>
          <w:lang w:val="en-GB"/>
        </w:rPr>
      </w:pPr>
      <w:r w:rsidRPr="00DA7FAB">
        <w:rPr>
          <w:lang w:val="en-GB"/>
        </w:rPr>
        <w:t xml:space="preserve">defamatory; </w:t>
      </w:r>
    </w:p>
    <w:p w14:paraId="53EE0606" w14:textId="77777777" w:rsidR="00DA7FAB" w:rsidRPr="00DA7FAB" w:rsidRDefault="00DA7FAB">
      <w:pPr>
        <w:numPr>
          <w:ilvl w:val="0"/>
          <w:numId w:val="87"/>
        </w:numPr>
        <w:rPr>
          <w:lang w:val="en-GB"/>
        </w:rPr>
      </w:pPr>
      <w:r w:rsidRPr="00DA7FAB">
        <w:rPr>
          <w:lang w:val="en-GB"/>
        </w:rPr>
        <w:t xml:space="preserve">offensive; </w:t>
      </w:r>
    </w:p>
    <w:p w14:paraId="6D6A028C" w14:textId="77777777" w:rsidR="00DA7FAB" w:rsidRPr="00DA7FAB" w:rsidRDefault="00DA7FAB">
      <w:pPr>
        <w:numPr>
          <w:ilvl w:val="0"/>
          <w:numId w:val="87"/>
        </w:numPr>
        <w:rPr>
          <w:lang w:val="en-GB"/>
        </w:rPr>
      </w:pPr>
      <w:r w:rsidRPr="00DA7FAB">
        <w:rPr>
          <w:lang w:val="en-GB"/>
        </w:rPr>
        <w:t xml:space="preserve">harassing; or </w:t>
      </w:r>
    </w:p>
    <w:p w14:paraId="16F0AF85" w14:textId="77777777" w:rsidR="00DA7FAB" w:rsidRPr="00DA7FAB" w:rsidRDefault="00DA7FAB">
      <w:pPr>
        <w:numPr>
          <w:ilvl w:val="0"/>
          <w:numId w:val="87"/>
        </w:numPr>
        <w:rPr>
          <w:lang w:val="en-GB"/>
        </w:rPr>
      </w:pPr>
      <w:proofErr w:type="gramStart"/>
      <w:r w:rsidRPr="00DA7FAB">
        <w:rPr>
          <w:lang w:val="en-GB"/>
        </w:rPr>
        <w:t>otherwise</w:t>
      </w:r>
      <w:proofErr w:type="gramEnd"/>
      <w:r w:rsidRPr="00DA7FAB">
        <w:rPr>
          <w:lang w:val="en-GB"/>
        </w:rPr>
        <w:t xml:space="preserve"> unacceptable. </w:t>
      </w:r>
    </w:p>
    <w:p w14:paraId="2A8A4222" w14:textId="77777777" w:rsidR="00DA7FAB" w:rsidRPr="00DA7FAB" w:rsidRDefault="00DA7FAB" w:rsidP="00DA7FAB">
      <w:pPr>
        <w:rPr>
          <w:lang w:val="en-GB"/>
        </w:rPr>
      </w:pPr>
      <w:r w:rsidRPr="00DA7FAB">
        <w:rPr>
          <w:lang w:val="en-GB"/>
        </w:rPr>
        <w:t>This prohibition applies to all communications made through the platform and, where relevant, conduct directly connected with services arranged through the platform.</w:t>
      </w:r>
    </w:p>
    <w:p w14:paraId="1517CA67" w14:textId="77777777" w:rsidR="00DA7FAB" w:rsidRPr="00DA7FAB" w:rsidRDefault="00000000" w:rsidP="00DA7FAB">
      <w:pPr>
        <w:rPr>
          <w:lang w:val="en-GB"/>
        </w:rPr>
      </w:pPr>
      <w:r>
        <w:rPr>
          <w:lang w:val="en-GB"/>
        </w:rPr>
        <w:pict w14:anchorId="4AB68A56">
          <v:rect id="_x0000_i1157" style="width:0;height:1.5pt" o:hralign="center" o:hrstd="t" o:hr="t" fillcolor="#a0a0a0" stroked="f"/>
        </w:pict>
      </w:r>
    </w:p>
    <w:p w14:paraId="4CBC7FCC" w14:textId="0FDABB8E"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.5 Unlawful Activities</w:t>
      </w:r>
    </w:p>
    <w:p w14:paraId="767F9FA8" w14:textId="77777777" w:rsidR="00DA7FAB" w:rsidRPr="00DA7FAB" w:rsidRDefault="00DA7FAB" w:rsidP="00DA7FAB">
      <w:pPr>
        <w:rPr>
          <w:lang w:val="en-GB"/>
        </w:rPr>
      </w:pPr>
      <w:r w:rsidRPr="00DA7FAB">
        <w:rPr>
          <w:lang w:val="en-GB"/>
        </w:rPr>
        <w:t>The platform must not be used for any unlawful purpose.</w:t>
      </w:r>
    </w:p>
    <w:p w14:paraId="191CD51D" w14:textId="77777777" w:rsidR="00DA7FAB" w:rsidRPr="00DA7FAB" w:rsidRDefault="00DA7FAB" w:rsidP="00DA7FAB">
      <w:pPr>
        <w:rPr>
          <w:lang w:val="en-GB"/>
        </w:rPr>
      </w:pPr>
      <w:r w:rsidRPr="00DA7FAB">
        <w:rPr>
          <w:lang w:val="en-GB"/>
        </w:rPr>
        <w:t>Users must not use My Sports Coach to:</w:t>
      </w:r>
    </w:p>
    <w:p w14:paraId="02286E5D" w14:textId="77777777" w:rsidR="00DA7FAB" w:rsidRPr="00DA7FAB" w:rsidRDefault="00DA7FAB">
      <w:pPr>
        <w:numPr>
          <w:ilvl w:val="0"/>
          <w:numId w:val="88"/>
        </w:numPr>
        <w:rPr>
          <w:lang w:val="en-GB"/>
        </w:rPr>
      </w:pPr>
      <w:r w:rsidRPr="00DA7FAB">
        <w:rPr>
          <w:lang w:val="en-GB"/>
        </w:rPr>
        <w:t xml:space="preserve">commit criminal offences; </w:t>
      </w:r>
    </w:p>
    <w:p w14:paraId="641E9B6F" w14:textId="77777777" w:rsidR="00DA7FAB" w:rsidRPr="00DA7FAB" w:rsidRDefault="00DA7FAB">
      <w:pPr>
        <w:numPr>
          <w:ilvl w:val="0"/>
          <w:numId w:val="88"/>
        </w:numPr>
        <w:rPr>
          <w:lang w:val="en-GB"/>
        </w:rPr>
      </w:pPr>
      <w:r w:rsidRPr="00DA7FAB">
        <w:rPr>
          <w:lang w:val="en-GB"/>
        </w:rPr>
        <w:t xml:space="preserve">facilitate illegal activities; </w:t>
      </w:r>
    </w:p>
    <w:p w14:paraId="053DCD44" w14:textId="77777777" w:rsidR="00DA7FAB" w:rsidRPr="00DA7FAB" w:rsidRDefault="00DA7FAB">
      <w:pPr>
        <w:numPr>
          <w:ilvl w:val="0"/>
          <w:numId w:val="88"/>
        </w:numPr>
        <w:rPr>
          <w:lang w:val="en-GB"/>
        </w:rPr>
      </w:pPr>
      <w:r w:rsidRPr="00DA7FAB">
        <w:rPr>
          <w:lang w:val="en-GB"/>
        </w:rPr>
        <w:t xml:space="preserve">breach applicable legislation; </w:t>
      </w:r>
    </w:p>
    <w:p w14:paraId="2EF86F50" w14:textId="77777777" w:rsidR="00DA7FAB" w:rsidRPr="00DA7FAB" w:rsidRDefault="00DA7FAB">
      <w:pPr>
        <w:numPr>
          <w:ilvl w:val="0"/>
          <w:numId w:val="88"/>
        </w:numPr>
        <w:rPr>
          <w:lang w:val="en-GB"/>
        </w:rPr>
      </w:pPr>
      <w:r w:rsidRPr="00DA7FAB">
        <w:rPr>
          <w:lang w:val="en-GB"/>
        </w:rPr>
        <w:t xml:space="preserve">infringe the rights of others; or </w:t>
      </w:r>
    </w:p>
    <w:p w14:paraId="0BD32017" w14:textId="77777777" w:rsidR="00DA7FAB" w:rsidRPr="00DA7FAB" w:rsidRDefault="00DA7FAB">
      <w:pPr>
        <w:numPr>
          <w:ilvl w:val="0"/>
          <w:numId w:val="88"/>
        </w:numPr>
        <w:rPr>
          <w:lang w:val="en-GB"/>
        </w:rPr>
      </w:pPr>
      <w:r w:rsidRPr="00DA7FAB">
        <w:rPr>
          <w:lang w:val="en-GB"/>
        </w:rPr>
        <w:t xml:space="preserve">encourage unlawful conduct. </w:t>
      </w:r>
    </w:p>
    <w:p w14:paraId="3D82C588" w14:textId="77777777" w:rsidR="00DA7FAB" w:rsidRPr="00DA7FAB" w:rsidRDefault="00000000" w:rsidP="00DA7FAB">
      <w:pPr>
        <w:rPr>
          <w:lang w:val="en-GB"/>
        </w:rPr>
      </w:pPr>
      <w:r>
        <w:rPr>
          <w:lang w:val="en-GB"/>
        </w:rPr>
        <w:pict w14:anchorId="57E5EB4B">
          <v:rect id="_x0000_i1158" style="width:0;height:1.5pt" o:hralign="center" o:hrstd="t" o:hr="t" fillcolor="#a0a0a0" stroked="f"/>
        </w:pict>
      </w:r>
    </w:p>
    <w:p w14:paraId="5CE0CE91" w14:textId="75CE5579"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.6 Intellectual Property Infringement</w:t>
      </w:r>
    </w:p>
    <w:p w14:paraId="37617A8D" w14:textId="77777777" w:rsidR="00DA7FAB" w:rsidRPr="00DA7FAB" w:rsidRDefault="00DA7FAB" w:rsidP="00DA7FAB">
      <w:pPr>
        <w:rPr>
          <w:lang w:val="en-GB"/>
        </w:rPr>
      </w:pPr>
      <w:r w:rsidRPr="00DA7FAB">
        <w:rPr>
          <w:lang w:val="en-GB"/>
        </w:rPr>
        <w:t>Users must not upload, publish or use content that infringes the intellectual property rights of another person or organisation.</w:t>
      </w:r>
    </w:p>
    <w:p w14:paraId="31A73FF3" w14:textId="77777777" w:rsidR="00DA7FAB" w:rsidRPr="00DA7FAB" w:rsidRDefault="00DA7FAB" w:rsidP="00DA7FAB">
      <w:pPr>
        <w:rPr>
          <w:lang w:val="en-GB"/>
        </w:rPr>
      </w:pPr>
      <w:r w:rsidRPr="00DA7FAB">
        <w:rPr>
          <w:lang w:val="en-GB"/>
        </w:rPr>
        <w:t>This includes unauthorised use of:</w:t>
      </w:r>
    </w:p>
    <w:p w14:paraId="784D271D" w14:textId="77777777" w:rsidR="00DA7FAB" w:rsidRPr="00DA7FAB" w:rsidRDefault="00DA7FAB">
      <w:pPr>
        <w:numPr>
          <w:ilvl w:val="0"/>
          <w:numId w:val="89"/>
        </w:numPr>
        <w:rPr>
          <w:lang w:val="en-GB"/>
        </w:rPr>
      </w:pPr>
      <w:r w:rsidRPr="00DA7FAB">
        <w:rPr>
          <w:lang w:val="en-GB"/>
        </w:rPr>
        <w:t xml:space="preserve">photographs; </w:t>
      </w:r>
    </w:p>
    <w:p w14:paraId="42E27B92" w14:textId="77777777" w:rsidR="00DA7FAB" w:rsidRPr="00DA7FAB" w:rsidRDefault="00DA7FAB">
      <w:pPr>
        <w:numPr>
          <w:ilvl w:val="0"/>
          <w:numId w:val="89"/>
        </w:numPr>
        <w:rPr>
          <w:lang w:val="en-GB"/>
        </w:rPr>
      </w:pPr>
      <w:r w:rsidRPr="00DA7FAB">
        <w:rPr>
          <w:lang w:val="en-GB"/>
        </w:rPr>
        <w:t xml:space="preserve">logos; </w:t>
      </w:r>
    </w:p>
    <w:p w14:paraId="05AB6995" w14:textId="77777777" w:rsidR="00DA7FAB" w:rsidRPr="00DA7FAB" w:rsidRDefault="00DA7FAB">
      <w:pPr>
        <w:numPr>
          <w:ilvl w:val="0"/>
          <w:numId w:val="89"/>
        </w:numPr>
        <w:rPr>
          <w:lang w:val="en-GB"/>
        </w:rPr>
      </w:pPr>
      <w:r w:rsidRPr="00DA7FAB">
        <w:rPr>
          <w:lang w:val="en-GB"/>
        </w:rPr>
        <w:t xml:space="preserve">trademarks; </w:t>
      </w:r>
    </w:p>
    <w:p w14:paraId="1BFE2EEE" w14:textId="77777777" w:rsidR="00DA7FAB" w:rsidRPr="00DA7FAB" w:rsidRDefault="00DA7FAB">
      <w:pPr>
        <w:numPr>
          <w:ilvl w:val="0"/>
          <w:numId w:val="89"/>
        </w:numPr>
        <w:rPr>
          <w:lang w:val="en-GB"/>
        </w:rPr>
      </w:pPr>
      <w:r w:rsidRPr="00DA7FAB">
        <w:rPr>
          <w:lang w:val="en-GB"/>
        </w:rPr>
        <w:t xml:space="preserve">written materials; </w:t>
      </w:r>
    </w:p>
    <w:p w14:paraId="015B23FA" w14:textId="77777777" w:rsidR="00DA7FAB" w:rsidRPr="00DA7FAB" w:rsidRDefault="00DA7FAB">
      <w:pPr>
        <w:numPr>
          <w:ilvl w:val="0"/>
          <w:numId w:val="89"/>
        </w:numPr>
        <w:rPr>
          <w:lang w:val="en-GB"/>
        </w:rPr>
      </w:pPr>
      <w:r w:rsidRPr="00DA7FAB">
        <w:rPr>
          <w:lang w:val="en-GB"/>
        </w:rPr>
        <w:t xml:space="preserve">videos; </w:t>
      </w:r>
    </w:p>
    <w:p w14:paraId="207FD430" w14:textId="77777777" w:rsidR="00DA7FAB" w:rsidRPr="00DA7FAB" w:rsidRDefault="00DA7FAB">
      <w:pPr>
        <w:numPr>
          <w:ilvl w:val="0"/>
          <w:numId w:val="89"/>
        </w:numPr>
        <w:rPr>
          <w:lang w:val="en-GB"/>
        </w:rPr>
      </w:pPr>
      <w:r w:rsidRPr="00DA7FAB">
        <w:rPr>
          <w:lang w:val="en-GB"/>
        </w:rPr>
        <w:t xml:space="preserve">graphics; </w:t>
      </w:r>
    </w:p>
    <w:p w14:paraId="62FBE8EA" w14:textId="77777777" w:rsidR="00DA7FAB" w:rsidRPr="00DA7FAB" w:rsidRDefault="00DA7FAB">
      <w:pPr>
        <w:numPr>
          <w:ilvl w:val="0"/>
          <w:numId w:val="89"/>
        </w:numPr>
        <w:rPr>
          <w:lang w:val="en-GB"/>
        </w:rPr>
      </w:pPr>
      <w:r w:rsidRPr="00DA7FAB">
        <w:rPr>
          <w:lang w:val="en-GB"/>
        </w:rPr>
        <w:t xml:space="preserve">software; or </w:t>
      </w:r>
    </w:p>
    <w:p w14:paraId="7523362E" w14:textId="77777777" w:rsidR="00DA7FAB" w:rsidRPr="00DA7FAB" w:rsidRDefault="00DA7FAB">
      <w:pPr>
        <w:numPr>
          <w:ilvl w:val="0"/>
          <w:numId w:val="89"/>
        </w:numPr>
        <w:rPr>
          <w:lang w:val="en-GB"/>
        </w:rPr>
      </w:pPr>
      <w:r w:rsidRPr="00DA7FAB">
        <w:rPr>
          <w:lang w:val="en-GB"/>
        </w:rPr>
        <w:t xml:space="preserve">other protected content. </w:t>
      </w:r>
    </w:p>
    <w:p w14:paraId="62E26AB6" w14:textId="77777777" w:rsidR="00DA7FAB" w:rsidRPr="00DA7FAB" w:rsidRDefault="00DA7FAB" w:rsidP="00DA7FAB">
      <w:pPr>
        <w:rPr>
          <w:lang w:val="en-GB"/>
        </w:rPr>
      </w:pPr>
      <w:r w:rsidRPr="00DA7FAB">
        <w:rPr>
          <w:lang w:val="en-GB"/>
        </w:rPr>
        <w:lastRenderedPageBreak/>
        <w:t>Users are responsible for ensuring that they have the necessary rights or permissions before publishing content through the platform.</w:t>
      </w:r>
    </w:p>
    <w:p w14:paraId="2324A674" w14:textId="77777777" w:rsidR="00DA7FAB" w:rsidRPr="00DA7FAB" w:rsidRDefault="00000000" w:rsidP="00DA7FAB">
      <w:pPr>
        <w:rPr>
          <w:lang w:val="en-GB"/>
        </w:rPr>
      </w:pPr>
      <w:r>
        <w:rPr>
          <w:lang w:val="en-GB"/>
        </w:rPr>
        <w:pict w14:anchorId="2A808539">
          <v:rect id="_x0000_i1159" style="width:0;height:1.5pt" o:hralign="center" o:hrstd="t" o:hr="t" fillcolor="#a0a0a0" stroked="f"/>
        </w:pict>
      </w:r>
    </w:p>
    <w:p w14:paraId="50127DEA" w14:textId="51390433"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.7 Unauthorised Access</w:t>
      </w:r>
    </w:p>
    <w:p w14:paraId="707568AD" w14:textId="77777777" w:rsidR="00DA7FAB" w:rsidRPr="00DA7FAB" w:rsidRDefault="00DA7FAB" w:rsidP="00DA7FAB">
      <w:pPr>
        <w:rPr>
          <w:lang w:val="en-GB"/>
        </w:rPr>
      </w:pPr>
      <w:r w:rsidRPr="00DA7FAB">
        <w:rPr>
          <w:lang w:val="en-GB"/>
        </w:rPr>
        <w:t>Users must not attempt to:</w:t>
      </w:r>
    </w:p>
    <w:p w14:paraId="633D998D" w14:textId="77777777" w:rsidR="00DA7FAB" w:rsidRPr="00DA7FAB" w:rsidRDefault="00DA7FAB">
      <w:pPr>
        <w:numPr>
          <w:ilvl w:val="0"/>
          <w:numId w:val="90"/>
        </w:numPr>
        <w:rPr>
          <w:lang w:val="en-GB"/>
        </w:rPr>
      </w:pPr>
      <w:r w:rsidRPr="00DA7FAB">
        <w:rPr>
          <w:lang w:val="en-GB"/>
        </w:rPr>
        <w:t xml:space="preserve">gain unauthorised access to accounts; </w:t>
      </w:r>
    </w:p>
    <w:p w14:paraId="4D3894DB" w14:textId="77777777" w:rsidR="00DA7FAB" w:rsidRPr="00DA7FAB" w:rsidRDefault="00DA7FAB">
      <w:pPr>
        <w:numPr>
          <w:ilvl w:val="0"/>
          <w:numId w:val="90"/>
        </w:numPr>
        <w:rPr>
          <w:lang w:val="en-GB"/>
        </w:rPr>
      </w:pPr>
      <w:r w:rsidRPr="00DA7FAB">
        <w:rPr>
          <w:lang w:val="en-GB"/>
        </w:rPr>
        <w:t xml:space="preserve">access restricted areas of the platform; </w:t>
      </w:r>
    </w:p>
    <w:p w14:paraId="0EB37F36" w14:textId="77777777" w:rsidR="00DA7FAB" w:rsidRPr="00DA7FAB" w:rsidRDefault="00DA7FAB">
      <w:pPr>
        <w:numPr>
          <w:ilvl w:val="0"/>
          <w:numId w:val="90"/>
        </w:numPr>
        <w:rPr>
          <w:lang w:val="en-GB"/>
        </w:rPr>
      </w:pPr>
      <w:r w:rsidRPr="00DA7FAB">
        <w:rPr>
          <w:lang w:val="en-GB"/>
        </w:rPr>
        <w:t xml:space="preserve">interfere with security systems; </w:t>
      </w:r>
    </w:p>
    <w:p w14:paraId="1723F271" w14:textId="77777777" w:rsidR="00DA7FAB" w:rsidRPr="00DA7FAB" w:rsidRDefault="00DA7FAB">
      <w:pPr>
        <w:numPr>
          <w:ilvl w:val="0"/>
          <w:numId w:val="90"/>
        </w:numPr>
        <w:rPr>
          <w:lang w:val="en-GB"/>
        </w:rPr>
      </w:pPr>
      <w:r w:rsidRPr="00DA7FAB">
        <w:rPr>
          <w:lang w:val="en-GB"/>
        </w:rPr>
        <w:t xml:space="preserve">introduce malicious software; </w:t>
      </w:r>
    </w:p>
    <w:p w14:paraId="591898E3" w14:textId="77777777" w:rsidR="00DA7FAB" w:rsidRPr="00DA7FAB" w:rsidRDefault="00DA7FAB">
      <w:pPr>
        <w:numPr>
          <w:ilvl w:val="0"/>
          <w:numId w:val="90"/>
        </w:numPr>
        <w:rPr>
          <w:lang w:val="en-GB"/>
        </w:rPr>
      </w:pPr>
      <w:r w:rsidRPr="00DA7FAB">
        <w:rPr>
          <w:lang w:val="en-GB"/>
        </w:rPr>
        <w:t xml:space="preserve">test platform vulnerabilities without permission; or </w:t>
      </w:r>
    </w:p>
    <w:p w14:paraId="1FAE3361" w14:textId="77777777" w:rsidR="00DA7FAB" w:rsidRPr="00DA7FAB" w:rsidRDefault="00DA7FAB">
      <w:pPr>
        <w:numPr>
          <w:ilvl w:val="0"/>
          <w:numId w:val="90"/>
        </w:numPr>
        <w:rPr>
          <w:lang w:val="en-GB"/>
        </w:rPr>
      </w:pPr>
      <w:r w:rsidRPr="00DA7FAB">
        <w:rPr>
          <w:lang w:val="en-GB"/>
        </w:rPr>
        <w:t xml:space="preserve">otherwise compromise platform security. </w:t>
      </w:r>
    </w:p>
    <w:p w14:paraId="78F5CDD4" w14:textId="77777777" w:rsidR="00DA7FAB" w:rsidRPr="00DA7FAB" w:rsidRDefault="00DA7FAB" w:rsidP="00DA7FAB">
      <w:pPr>
        <w:rPr>
          <w:lang w:val="en-GB"/>
        </w:rPr>
      </w:pPr>
      <w:r w:rsidRPr="00DA7FAB">
        <w:rPr>
          <w:lang w:val="en-GB"/>
        </w:rPr>
        <w:t>Any suspected security incident should be reported to My Sports Coach immediately.</w:t>
      </w:r>
    </w:p>
    <w:p w14:paraId="08E623B2" w14:textId="77777777" w:rsidR="00DA7FAB" w:rsidRPr="00DA7FAB" w:rsidRDefault="00000000" w:rsidP="00DA7FAB">
      <w:pPr>
        <w:rPr>
          <w:lang w:val="en-GB"/>
        </w:rPr>
      </w:pPr>
      <w:r>
        <w:rPr>
          <w:lang w:val="en-GB"/>
        </w:rPr>
        <w:pict w14:anchorId="1F83A18B">
          <v:rect id="_x0000_i1160" style="width:0;height:1.5pt" o:hralign="center" o:hrstd="t" o:hr="t" fillcolor="#a0a0a0" stroked="f"/>
        </w:pict>
      </w:r>
    </w:p>
    <w:p w14:paraId="7FF429DE" w14:textId="54BF7FEA" w:rsidR="00DA7FAB" w:rsidRPr="00DA7FAB" w:rsidRDefault="00DA7FAB" w:rsidP="00DA7FAB">
      <w:pPr>
        <w:rPr>
          <w:b/>
          <w:bCs/>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.8 Spam and Unsolicited Communications</w:t>
      </w:r>
    </w:p>
    <w:p w14:paraId="54F7316B" w14:textId="77777777" w:rsidR="00DA7FAB" w:rsidRPr="00DA7FAB" w:rsidRDefault="00DA7FAB" w:rsidP="00DA7FAB">
      <w:pPr>
        <w:rPr>
          <w:lang w:val="en-GB"/>
        </w:rPr>
      </w:pPr>
      <w:r w:rsidRPr="00DA7FAB">
        <w:rPr>
          <w:lang w:val="en-GB"/>
        </w:rPr>
        <w:t>Users must not use the platform to send:</w:t>
      </w:r>
    </w:p>
    <w:p w14:paraId="2A2FB4CF" w14:textId="77777777" w:rsidR="00DA7FAB" w:rsidRPr="00DA7FAB" w:rsidRDefault="00DA7FAB">
      <w:pPr>
        <w:numPr>
          <w:ilvl w:val="0"/>
          <w:numId w:val="91"/>
        </w:numPr>
        <w:rPr>
          <w:lang w:val="en-GB"/>
        </w:rPr>
      </w:pPr>
      <w:r w:rsidRPr="00DA7FAB">
        <w:rPr>
          <w:lang w:val="en-GB"/>
        </w:rPr>
        <w:t xml:space="preserve">spam; </w:t>
      </w:r>
    </w:p>
    <w:p w14:paraId="03382200" w14:textId="77777777" w:rsidR="00DA7FAB" w:rsidRPr="00DA7FAB" w:rsidRDefault="00DA7FAB">
      <w:pPr>
        <w:numPr>
          <w:ilvl w:val="0"/>
          <w:numId w:val="91"/>
        </w:numPr>
        <w:rPr>
          <w:lang w:val="en-GB"/>
        </w:rPr>
      </w:pPr>
      <w:r w:rsidRPr="00DA7FAB">
        <w:rPr>
          <w:lang w:val="en-GB"/>
        </w:rPr>
        <w:t xml:space="preserve">unsolicited marketing communications; </w:t>
      </w:r>
    </w:p>
    <w:p w14:paraId="1B7D0157" w14:textId="77777777" w:rsidR="00DA7FAB" w:rsidRPr="00DA7FAB" w:rsidRDefault="00DA7FAB">
      <w:pPr>
        <w:numPr>
          <w:ilvl w:val="0"/>
          <w:numId w:val="91"/>
        </w:numPr>
        <w:rPr>
          <w:lang w:val="en-GB"/>
        </w:rPr>
      </w:pPr>
      <w:r w:rsidRPr="00DA7FAB">
        <w:rPr>
          <w:lang w:val="en-GB"/>
        </w:rPr>
        <w:t xml:space="preserve">chain messages; </w:t>
      </w:r>
    </w:p>
    <w:p w14:paraId="25A927F2" w14:textId="77777777" w:rsidR="00DA7FAB" w:rsidRPr="00DA7FAB" w:rsidRDefault="00DA7FAB">
      <w:pPr>
        <w:numPr>
          <w:ilvl w:val="0"/>
          <w:numId w:val="91"/>
        </w:numPr>
        <w:rPr>
          <w:lang w:val="en-GB"/>
        </w:rPr>
      </w:pPr>
      <w:r w:rsidRPr="00DA7FAB">
        <w:rPr>
          <w:lang w:val="en-GB"/>
        </w:rPr>
        <w:t xml:space="preserve">fraudulent promotions; </w:t>
      </w:r>
    </w:p>
    <w:p w14:paraId="656E4860" w14:textId="77777777" w:rsidR="00DA7FAB" w:rsidRPr="00DA7FAB" w:rsidRDefault="00DA7FAB">
      <w:pPr>
        <w:numPr>
          <w:ilvl w:val="0"/>
          <w:numId w:val="91"/>
        </w:numPr>
        <w:rPr>
          <w:lang w:val="en-GB"/>
        </w:rPr>
      </w:pPr>
      <w:r w:rsidRPr="00DA7FAB">
        <w:rPr>
          <w:lang w:val="en-GB"/>
        </w:rPr>
        <w:t xml:space="preserve">malicious links; or </w:t>
      </w:r>
    </w:p>
    <w:p w14:paraId="52DB866E" w14:textId="77777777" w:rsidR="00DA7FAB" w:rsidRPr="00DA7FAB" w:rsidRDefault="00DA7FAB">
      <w:pPr>
        <w:numPr>
          <w:ilvl w:val="0"/>
          <w:numId w:val="91"/>
        </w:numPr>
        <w:rPr>
          <w:lang w:val="en-GB"/>
        </w:rPr>
      </w:pPr>
      <w:r w:rsidRPr="00DA7FAB">
        <w:rPr>
          <w:lang w:val="en-GB"/>
        </w:rPr>
        <w:t xml:space="preserve">any other unwanted or inappropriate communications. </w:t>
      </w:r>
    </w:p>
    <w:p w14:paraId="4AC117F5" w14:textId="77777777" w:rsidR="00DA7FAB" w:rsidRPr="00DA7FAB" w:rsidRDefault="00DA7FAB" w:rsidP="00DA7FAB">
      <w:pPr>
        <w:rPr>
          <w:lang w:val="en-GB"/>
        </w:rPr>
      </w:pPr>
      <w:r w:rsidRPr="00DA7FAB">
        <w:rPr>
          <w:lang w:val="en-GB"/>
        </w:rPr>
        <w:t>Communications should relate only to legitimate use of the platform and its services.</w:t>
      </w:r>
    </w:p>
    <w:p w14:paraId="6CC0DE5A" w14:textId="77777777" w:rsidR="00DA7FAB" w:rsidRPr="00DA7FAB" w:rsidRDefault="00000000" w:rsidP="00DA7FAB">
      <w:pPr>
        <w:rPr>
          <w:lang w:val="en-GB"/>
        </w:rPr>
      </w:pPr>
      <w:r>
        <w:rPr>
          <w:lang w:val="en-GB"/>
        </w:rPr>
        <w:pict w14:anchorId="17D91010">
          <v:rect id="_x0000_i1161" style="width:0;height:1.5pt" o:hralign="center" o:hrstd="t" o:hr="t" fillcolor="#a0a0a0" stroked="f"/>
        </w:pict>
      </w:r>
    </w:p>
    <w:p w14:paraId="3E1F266B" w14:textId="48714156"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.9 Circumvention of the Platform</w:t>
      </w:r>
    </w:p>
    <w:p w14:paraId="4C11BD4C" w14:textId="77777777" w:rsidR="00DA7FAB" w:rsidRPr="00DA7FAB" w:rsidRDefault="00DA7FAB" w:rsidP="00DA7FAB">
      <w:pPr>
        <w:rPr>
          <w:lang w:val="en-GB"/>
        </w:rPr>
      </w:pPr>
      <w:r w:rsidRPr="00DA7FAB">
        <w:rPr>
          <w:lang w:val="en-GB"/>
        </w:rPr>
        <w:t>Users must not deliberately attempt to avoid or circumvent the legitimate operation of the My Sports Coach platform.</w:t>
      </w:r>
    </w:p>
    <w:p w14:paraId="5F97F210" w14:textId="77777777" w:rsidR="00DA7FAB" w:rsidRPr="00DA7FAB" w:rsidRDefault="00DA7FAB" w:rsidP="00DA7FAB">
      <w:pPr>
        <w:rPr>
          <w:lang w:val="en-GB"/>
        </w:rPr>
      </w:pPr>
      <w:r w:rsidRPr="00DA7FAB">
        <w:rPr>
          <w:lang w:val="en-GB"/>
        </w:rPr>
        <w:t>Examples may include:</w:t>
      </w:r>
    </w:p>
    <w:p w14:paraId="632E2767" w14:textId="77777777" w:rsidR="00DA7FAB" w:rsidRPr="00DA7FAB" w:rsidRDefault="00DA7FAB">
      <w:pPr>
        <w:numPr>
          <w:ilvl w:val="0"/>
          <w:numId w:val="92"/>
        </w:numPr>
        <w:rPr>
          <w:lang w:val="en-GB"/>
        </w:rPr>
      </w:pPr>
      <w:r w:rsidRPr="00DA7FAB">
        <w:rPr>
          <w:lang w:val="en-GB"/>
        </w:rPr>
        <w:t xml:space="preserve">avoiding applicable platform fees; </w:t>
      </w:r>
    </w:p>
    <w:p w14:paraId="7CAA8137" w14:textId="77777777" w:rsidR="00DA7FAB" w:rsidRPr="00DA7FAB" w:rsidRDefault="00DA7FAB">
      <w:pPr>
        <w:numPr>
          <w:ilvl w:val="0"/>
          <w:numId w:val="92"/>
        </w:numPr>
        <w:rPr>
          <w:lang w:val="en-GB"/>
        </w:rPr>
      </w:pPr>
      <w:r w:rsidRPr="00DA7FAB">
        <w:rPr>
          <w:lang w:val="en-GB"/>
        </w:rPr>
        <w:t xml:space="preserve">manipulating booking processes; </w:t>
      </w:r>
    </w:p>
    <w:p w14:paraId="342C2347" w14:textId="77777777" w:rsidR="00DA7FAB" w:rsidRPr="00DA7FAB" w:rsidRDefault="00DA7FAB">
      <w:pPr>
        <w:numPr>
          <w:ilvl w:val="0"/>
          <w:numId w:val="92"/>
        </w:numPr>
        <w:rPr>
          <w:lang w:val="en-GB"/>
        </w:rPr>
      </w:pPr>
      <w:r w:rsidRPr="00DA7FAB">
        <w:rPr>
          <w:lang w:val="en-GB"/>
        </w:rPr>
        <w:lastRenderedPageBreak/>
        <w:t xml:space="preserve">bypassing platform security measures; </w:t>
      </w:r>
    </w:p>
    <w:p w14:paraId="1C521DDB" w14:textId="77777777" w:rsidR="00DA7FAB" w:rsidRPr="00DA7FAB" w:rsidRDefault="00DA7FAB">
      <w:pPr>
        <w:numPr>
          <w:ilvl w:val="0"/>
          <w:numId w:val="92"/>
        </w:numPr>
        <w:rPr>
          <w:lang w:val="en-GB"/>
        </w:rPr>
      </w:pPr>
      <w:r w:rsidRPr="00DA7FAB">
        <w:rPr>
          <w:lang w:val="en-GB"/>
        </w:rPr>
        <w:t xml:space="preserve">creating replacement accounts after suspension; or </w:t>
      </w:r>
    </w:p>
    <w:p w14:paraId="155023D7" w14:textId="77777777" w:rsidR="00DA7FAB" w:rsidRPr="00DA7FAB" w:rsidRDefault="00DA7FAB">
      <w:pPr>
        <w:numPr>
          <w:ilvl w:val="0"/>
          <w:numId w:val="92"/>
        </w:numPr>
        <w:rPr>
          <w:lang w:val="en-GB"/>
        </w:rPr>
      </w:pPr>
      <w:r w:rsidRPr="00DA7FAB">
        <w:rPr>
          <w:lang w:val="en-GB"/>
        </w:rPr>
        <w:t xml:space="preserve">using the platform in a manner intended to undermine its commercial operation. </w:t>
      </w:r>
    </w:p>
    <w:p w14:paraId="3E7BBB4F" w14:textId="77777777" w:rsidR="00DA7FAB" w:rsidRPr="00DA7FAB" w:rsidRDefault="00000000" w:rsidP="00DA7FAB">
      <w:pPr>
        <w:rPr>
          <w:lang w:val="en-GB"/>
        </w:rPr>
      </w:pPr>
      <w:r>
        <w:rPr>
          <w:lang w:val="en-GB"/>
        </w:rPr>
        <w:pict w14:anchorId="7D4A02FC">
          <v:rect id="_x0000_i1162" style="width:0;height:1.5pt" o:hralign="center" o:hrstd="t" o:hr="t" fillcolor="#a0a0a0" stroked="f"/>
        </w:pict>
      </w:r>
    </w:p>
    <w:p w14:paraId="2BCD9520" w14:textId="404CE13A" w:rsidR="00DA7FAB" w:rsidRPr="00DA7FAB" w:rsidRDefault="00DA7FAB" w:rsidP="00DA7FAB">
      <w:pPr>
        <w:rPr>
          <w:b/>
          <w:bCs/>
          <w:color w:val="365F91" w:themeColor="accent1" w:themeShade="BF"/>
          <w:lang w:val="en-GB"/>
        </w:rPr>
      </w:pPr>
      <w:r w:rsidRPr="00DA7FAB">
        <w:rPr>
          <w:b/>
          <w:bCs/>
          <w:color w:val="365F91" w:themeColor="accent1" w:themeShade="BF"/>
          <w:lang w:val="en-GB"/>
        </w:rPr>
        <w:t>1</w:t>
      </w:r>
      <w:r w:rsidR="00714557">
        <w:rPr>
          <w:b/>
          <w:bCs/>
          <w:color w:val="365F91" w:themeColor="accent1" w:themeShade="BF"/>
          <w:lang w:val="en-GB"/>
        </w:rPr>
        <w:t>7</w:t>
      </w:r>
      <w:r w:rsidRPr="00DA7FAB">
        <w:rPr>
          <w:b/>
          <w:bCs/>
          <w:color w:val="365F91" w:themeColor="accent1" w:themeShade="BF"/>
          <w:lang w:val="en-GB"/>
        </w:rPr>
        <w:t>.10 Enforcement</w:t>
      </w:r>
    </w:p>
    <w:p w14:paraId="08DEB4C9" w14:textId="77777777" w:rsidR="00DA7FAB" w:rsidRPr="00DA7FAB" w:rsidRDefault="00DA7FAB" w:rsidP="00DA7FAB">
      <w:pPr>
        <w:rPr>
          <w:lang w:val="en-GB"/>
        </w:rPr>
      </w:pPr>
      <w:r w:rsidRPr="00DA7FAB">
        <w:rPr>
          <w:lang w:val="en-GB"/>
        </w:rPr>
        <w:t>Where My Sports Coach reasonably believes that a user has engaged in a prohibited activity, we may take action including:</w:t>
      </w:r>
    </w:p>
    <w:p w14:paraId="62CA336C" w14:textId="77777777" w:rsidR="00DA7FAB" w:rsidRPr="00DA7FAB" w:rsidRDefault="00DA7FAB">
      <w:pPr>
        <w:numPr>
          <w:ilvl w:val="0"/>
          <w:numId w:val="93"/>
        </w:numPr>
        <w:rPr>
          <w:lang w:val="en-GB"/>
        </w:rPr>
      </w:pPr>
      <w:r w:rsidRPr="00DA7FAB">
        <w:rPr>
          <w:lang w:val="en-GB"/>
        </w:rPr>
        <w:t xml:space="preserve">issuing warnings; </w:t>
      </w:r>
    </w:p>
    <w:p w14:paraId="02239D1D" w14:textId="77777777" w:rsidR="00DA7FAB" w:rsidRPr="00DA7FAB" w:rsidRDefault="00DA7FAB">
      <w:pPr>
        <w:numPr>
          <w:ilvl w:val="0"/>
          <w:numId w:val="93"/>
        </w:numPr>
        <w:rPr>
          <w:lang w:val="en-GB"/>
        </w:rPr>
      </w:pPr>
      <w:r w:rsidRPr="00DA7FAB">
        <w:rPr>
          <w:lang w:val="en-GB"/>
        </w:rPr>
        <w:t xml:space="preserve">removing content; </w:t>
      </w:r>
    </w:p>
    <w:p w14:paraId="2B4F2413" w14:textId="77777777" w:rsidR="00DA7FAB" w:rsidRPr="00DA7FAB" w:rsidRDefault="00DA7FAB">
      <w:pPr>
        <w:numPr>
          <w:ilvl w:val="0"/>
          <w:numId w:val="93"/>
        </w:numPr>
        <w:rPr>
          <w:lang w:val="en-GB"/>
        </w:rPr>
      </w:pPr>
      <w:r w:rsidRPr="00DA7FAB">
        <w:rPr>
          <w:lang w:val="en-GB"/>
        </w:rPr>
        <w:t xml:space="preserve">restricting platform features; </w:t>
      </w:r>
    </w:p>
    <w:p w14:paraId="1627ABC6" w14:textId="77777777" w:rsidR="00DA7FAB" w:rsidRPr="00DA7FAB" w:rsidRDefault="00DA7FAB">
      <w:pPr>
        <w:numPr>
          <w:ilvl w:val="0"/>
          <w:numId w:val="93"/>
        </w:numPr>
        <w:rPr>
          <w:lang w:val="en-GB"/>
        </w:rPr>
      </w:pPr>
      <w:r w:rsidRPr="00DA7FAB">
        <w:rPr>
          <w:lang w:val="en-GB"/>
        </w:rPr>
        <w:t xml:space="preserve">suspending accounts; </w:t>
      </w:r>
    </w:p>
    <w:p w14:paraId="0AF57E42" w14:textId="77777777" w:rsidR="00DA7FAB" w:rsidRPr="00DA7FAB" w:rsidRDefault="00DA7FAB">
      <w:pPr>
        <w:numPr>
          <w:ilvl w:val="0"/>
          <w:numId w:val="93"/>
        </w:numPr>
        <w:rPr>
          <w:lang w:val="en-GB"/>
        </w:rPr>
      </w:pPr>
      <w:r w:rsidRPr="00DA7FAB">
        <w:rPr>
          <w:lang w:val="en-GB"/>
        </w:rPr>
        <w:t xml:space="preserve">terminating accounts; </w:t>
      </w:r>
    </w:p>
    <w:p w14:paraId="06F96DB7" w14:textId="77777777" w:rsidR="00DA7FAB" w:rsidRPr="00DA7FAB" w:rsidRDefault="00DA7FAB">
      <w:pPr>
        <w:numPr>
          <w:ilvl w:val="0"/>
          <w:numId w:val="93"/>
        </w:numPr>
        <w:rPr>
          <w:lang w:val="en-GB"/>
        </w:rPr>
      </w:pPr>
      <w:r w:rsidRPr="00DA7FAB">
        <w:rPr>
          <w:lang w:val="en-GB"/>
        </w:rPr>
        <w:t xml:space="preserve">withholding access to services where permitted; </w:t>
      </w:r>
    </w:p>
    <w:p w14:paraId="29F2C0C0" w14:textId="77777777" w:rsidR="00DA7FAB" w:rsidRPr="00DA7FAB" w:rsidRDefault="00DA7FAB">
      <w:pPr>
        <w:numPr>
          <w:ilvl w:val="0"/>
          <w:numId w:val="93"/>
        </w:numPr>
        <w:rPr>
          <w:lang w:val="en-GB"/>
        </w:rPr>
      </w:pPr>
      <w:r w:rsidRPr="00DA7FAB">
        <w:rPr>
          <w:lang w:val="en-GB"/>
        </w:rPr>
        <w:t xml:space="preserve">reporting matters to payment providers or relevant authorities where appropriate; and </w:t>
      </w:r>
    </w:p>
    <w:p w14:paraId="60D95339" w14:textId="77777777" w:rsidR="00DA7FAB" w:rsidRPr="00DA7FAB" w:rsidRDefault="00DA7FAB">
      <w:pPr>
        <w:numPr>
          <w:ilvl w:val="0"/>
          <w:numId w:val="93"/>
        </w:numPr>
        <w:rPr>
          <w:lang w:val="en-GB"/>
        </w:rPr>
      </w:pPr>
      <w:r w:rsidRPr="00DA7FAB">
        <w:rPr>
          <w:lang w:val="en-GB"/>
        </w:rPr>
        <w:t xml:space="preserve">taking any other action reasonably necessary to protect users or the platform. </w:t>
      </w:r>
    </w:p>
    <w:p w14:paraId="0C5AAADF" w14:textId="77777777" w:rsidR="00DA7FAB" w:rsidRPr="00DA7FAB" w:rsidRDefault="00DA7FAB" w:rsidP="00DA7FAB">
      <w:pPr>
        <w:rPr>
          <w:lang w:val="en-GB"/>
        </w:rPr>
      </w:pPr>
      <w:r w:rsidRPr="00DA7FAB">
        <w:rPr>
          <w:lang w:val="en-GB"/>
        </w:rPr>
        <w:t>Any action taken will be proportionate, fair and consistent with these Terms and applicable law.</w:t>
      </w:r>
    </w:p>
    <w:p w14:paraId="0DEA5530" w14:textId="77777777" w:rsidR="00714557" w:rsidRPr="00714557" w:rsidRDefault="00714557" w:rsidP="00714557">
      <w:pPr>
        <w:rPr>
          <w:b/>
          <w:bCs/>
          <w:color w:val="365F91" w:themeColor="accent1" w:themeShade="BF"/>
          <w:sz w:val="28"/>
          <w:szCs w:val="28"/>
          <w:lang w:val="en-GB"/>
        </w:rPr>
      </w:pPr>
      <w:r w:rsidRPr="00714557">
        <w:rPr>
          <w:b/>
          <w:bCs/>
          <w:color w:val="365F91" w:themeColor="accent1" w:themeShade="BF"/>
          <w:sz w:val="28"/>
          <w:szCs w:val="28"/>
          <w:lang w:val="en-GB"/>
        </w:rPr>
        <w:t>18. Privacy &amp; Data Protection</w:t>
      </w:r>
    </w:p>
    <w:p w14:paraId="71D2CB88" w14:textId="77777777" w:rsidR="00714557" w:rsidRPr="00714557" w:rsidRDefault="00714557" w:rsidP="00714557">
      <w:pPr>
        <w:rPr>
          <w:lang w:val="en-GB"/>
        </w:rPr>
      </w:pPr>
      <w:r w:rsidRPr="00714557">
        <w:rPr>
          <w:lang w:val="en-GB"/>
        </w:rPr>
        <w:t>My Sports Coach is committed to protecting the privacy and personal information of all users.</w:t>
      </w:r>
    </w:p>
    <w:p w14:paraId="3ED709FB" w14:textId="77777777" w:rsidR="00714557" w:rsidRPr="00714557" w:rsidRDefault="00714557" w:rsidP="00714557">
      <w:pPr>
        <w:rPr>
          <w:lang w:val="en-GB"/>
        </w:rPr>
      </w:pPr>
      <w:r w:rsidRPr="00714557">
        <w:rPr>
          <w:lang w:val="en-GB"/>
        </w:rPr>
        <w:t>The collection, use, storage, sharing and protection of personal information is governed by our Privacy Policy, which forms part of the My Sports Coach Policy Library and should be read alongside these Terms.</w:t>
      </w:r>
    </w:p>
    <w:p w14:paraId="5AA6B979" w14:textId="77777777" w:rsidR="00714557" w:rsidRPr="00714557" w:rsidRDefault="00714557" w:rsidP="00714557">
      <w:pPr>
        <w:rPr>
          <w:lang w:val="en-GB"/>
        </w:rPr>
      </w:pPr>
      <w:r w:rsidRPr="00714557">
        <w:rPr>
          <w:lang w:val="en-GB"/>
        </w:rPr>
        <w:t>By using the platform, you acknowledge that your personal information will be processed in accordance with our Privacy Policy and applicable data protection legislation.</w:t>
      </w:r>
    </w:p>
    <w:p w14:paraId="49264840" w14:textId="77777777" w:rsidR="00714557" w:rsidRPr="00714557" w:rsidRDefault="00000000" w:rsidP="00714557">
      <w:pPr>
        <w:rPr>
          <w:lang w:val="en-GB"/>
        </w:rPr>
      </w:pPr>
      <w:r>
        <w:rPr>
          <w:lang w:val="en-GB"/>
        </w:rPr>
        <w:pict w14:anchorId="19085971">
          <v:rect id="_x0000_i1163" style="width:0;height:1.5pt" o:hralign="center" o:hrstd="t" o:hr="t" fillcolor="#a0a0a0" stroked="f"/>
        </w:pict>
      </w:r>
    </w:p>
    <w:p w14:paraId="5CAE8B4D" w14:textId="77777777" w:rsidR="00714557" w:rsidRPr="00714557" w:rsidRDefault="00714557" w:rsidP="00714557">
      <w:pPr>
        <w:rPr>
          <w:b/>
          <w:bCs/>
          <w:color w:val="365F91" w:themeColor="accent1" w:themeShade="BF"/>
          <w:lang w:val="en-GB"/>
        </w:rPr>
      </w:pPr>
      <w:r w:rsidRPr="00714557">
        <w:rPr>
          <w:b/>
          <w:bCs/>
          <w:color w:val="365F91" w:themeColor="accent1" w:themeShade="BF"/>
          <w:lang w:val="en-GB"/>
        </w:rPr>
        <w:t>18.1 Privacy Policy</w:t>
      </w:r>
    </w:p>
    <w:p w14:paraId="2F22F0D3" w14:textId="77777777" w:rsidR="00714557" w:rsidRPr="00714557" w:rsidRDefault="00714557" w:rsidP="00714557">
      <w:pPr>
        <w:rPr>
          <w:lang w:val="en-GB"/>
        </w:rPr>
      </w:pPr>
      <w:r w:rsidRPr="00714557">
        <w:rPr>
          <w:lang w:val="en-GB"/>
        </w:rPr>
        <w:t>Our Privacy Policy explains:</w:t>
      </w:r>
    </w:p>
    <w:p w14:paraId="6A7D9F0C" w14:textId="77777777" w:rsidR="00714557" w:rsidRPr="00714557" w:rsidRDefault="00714557">
      <w:pPr>
        <w:numPr>
          <w:ilvl w:val="0"/>
          <w:numId w:val="96"/>
        </w:numPr>
        <w:rPr>
          <w:lang w:val="en-GB"/>
        </w:rPr>
      </w:pPr>
      <w:r w:rsidRPr="00714557">
        <w:rPr>
          <w:lang w:val="en-GB"/>
        </w:rPr>
        <w:t xml:space="preserve">what personal information we collect; </w:t>
      </w:r>
    </w:p>
    <w:p w14:paraId="704B8BBD" w14:textId="77777777" w:rsidR="00714557" w:rsidRPr="00714557" w:rsidRDefault="00714557">
      <w:pPr>
        <w:numPr>
          <w:ilvl w:val="0"/>
          <w:numId w:val="96"/>
        </w:numPr>
        <w:rPr>
          <w:lang w:val="en-GB"/>
        </w:rPr>
      </w:pPr>
      <w:r w:rsidRPr="00714557">
        <w:rPr>
          <w:lang w:val="en-GB"/>
        </w:rPr>
        <w:lastRenderedPageBreak/>
        <w:t xml:space="preserve">how we collect it; </w:t>
      </w:r>
    </w:p>
    <w:p w14:paraId="1D3CBF95" w14:textId="77777777" w:rsidR="00714557" w:rsidRPr="00714557" w:rsidRDefault="00714557">
      <w:pPr>
        <w:numPr>
          <w:ilvl w:val="0"/>
          <w:numId w:val="96"/>
        </w:numPr>
        <w:rPr>
          <w:lang w:val="en-GB"/>
        </w:rPr>
      </w:pPr>
      <w:r w:rsidRPr="00714557">
        <w:rPr>
          <w:lang w:val="en-GB"/>
        </w:rPr>
        <w:t xml:space="preserve">how it is used; </w:t>
      </w:r>
    </w:p>
    <w:p w14:paraId="3E8E7C96" w14:textId="77777777" w:rsidR="00714557" w:rsidRPr="00714557" w:rsidRDefault="00714557">
      <w:pPr>
        <w:numPr>
          <w:ilvl w:val="0"/>
          <w:numId w:val="96"/>
        </w:numPr>
        <w:rPr>
          <w:lang w:val="en-GB"/>
        </w:rPr>
      </w:pPr>
      <w:r w:rsidRPr="00714557">
        <w:rPr>
          <w:lang w:val="en-GB"/>
        </w:rPr>
        <w:t xml:space="preserve">who it may be shared with; </w:t>
      </w:r>
    </w:p>
    <w:p w14:paraId="7B4E6EF0" w14:textId="77777777" w:rsidR="00714557" w:rsidRPr="00714557" w:rsidRDefault="00714557">
      <w:pPr>
        <w:numPr>
          <w:ilvl w:val="0"/>
          <w:numId w:val="96"/>
        </w:numPr>
        <w:rPr>
          <w:lang w:val="en-GB"/>
        </w:rPr>
      </w:pPr>
      <w:r w:rsidRPr="00714557">
        <w:rPr>
          <w:lang w:val="en-GB"/>
        </w:rPr>
        <w:t xml:space="preserve">how long it is retained; </w:t>
      </w:r>
    </w:p>
    <w:p w14:paraId="0B02F556" w14:textId="77777777" w:rsidR="00714557" w:rsidRPr="00714557" w:rsidRDefault="00714557">
      <w:pPr>
        <w:numPr>
          <w:ilvl w:val="0"/>
          <w:numId w:val="96"/>
        </w:numPr>
        <w:rPr>
          <w:lang w:val="en-GB"/>
        </w:rPr>
      </w:pPr>
      <w:r w:rsidRPr="00714557">
        <w:rPr>
          <w:lang w:val="en-GB"/>
        </w:rPr>
        <w:t xml:space="preserve">the security measures we apply; and </w:t>
      </w:r>
    </w:p>
    <w:p w14:paraId="0B8A995F" w14:textId="77777777" w:rsidR="00714557" w:rsidRPr="00714557" w:rsidRDefault="00714557">
      <w:pPr>
        <w:numPr>
          <w:ilvl w:val="0"/>
          <w:numId w:val="96"/>
        </w:numPr>
        <w:rPr>
          <w:lang w:val="en-GB"/>
        </w:rPr>
      </w:pPr>
      <w:r w:rsidRPr="00714557">
        <w:rPr>
          <w:lang w:val="en-GB"/>
        </w:rPr>
        <w:t xml:space="preserve">the rights available to individuals under applicable data protection legislation. </w:t>
      </w:r>
    </w:p>
    <w:p w14:paraId="5F2A7CAB" w14:textId="77777777" w:rsidR="00714557" w:rsidRPr="00714557" w:rsidRDefault="00714557" w:rsidP="00714557">
      <w:pPr>
        <w:rPr>
          <w:lang w:val="en-GB"/>
        </w:rPr>
      </w:pPr>
      <w:r w:rsidRPr="00714557">
        <w:rPr>
          <w:lang w:val="en-GB"/>
        </w:rPr>
        <w:t>Users are encouraged to read the Privacy Policy carefully before using the platform.</w:t>
      </w:r>
    </w:p>
    <w:p w14:paraId="7BFD9DEF" w14:textId="77777777" w:rsidR="00714557" w:rsidRPr="00714557" w:rsidRDefault="00000000" w:rsidP="00714557">
      <w:pPr>
        <w:rPr>
          <w:lang w:val="en-GB"/>
        </w:rPr>
      </w:pPr>
      <w:r>
        <w:rPr>
          <w:lang w:val="en-GB"/>
        </w:rPr>
        <w:pict w14:anchorId="705C07B5">
          <v:rect id="_x0000_i1164" style="width:0;height:1.5pt" o:hralign="center" o:hrstd="t" o:hr="t" fillcolor="#a0a0a0" stroked="f"/>
        </w:pict>
      </w:r>
    </w:p>
    <w:p w14:paraId="4BA0D6A8" w14:textId="77777777" w:rsidR="00714557" w:rsidRPr="00714557" w:rsidRDefault="00714557" w:rsidP="00714557">
      <w:pPr>
        <w:rPr>
          <w:b/>
          <w:bCs/>
          <w:color w:val="365F91" w:themeColor="accent1" w:themeShade="BF"/>
          <w:lang w:val="en-GB"/>
        </w:rPr>
      </w:pPr>
      <w:r w:rsidRPr="00714557">
        <w:rPr>
          <w:b/>
          <w:bCs/>
          <w:color w:val="365F91" w:themeColor="accent1" w:themeShade="BF"/>
          <w:lang w:val="en-GB"/>
        </w:rPr>
        <w:t>18.2 User Responsibilities</w:t>
      </w:r>
    </w:p>
    <w:p w14:paraId="7457B62E" w14:textId="77777777" w:rsidR="00714557" w:rsidRPr="00714557" w:rsidRDefault="00714557" w:rsidP="00714557">
      <w:pPr>
        <w:rPr>
          <w:lang w:val="en-GB"/>
        </w:rPr>
      </w:pPr>
      <w:r w:rsidRPr="00714557">
        <w:rPr>
          <w:lang w:val="en-GB"/>
        </w:rPr>
        <w:t>Users are responsible for ensuring that any personal information they provide through the platform is accurate and kept up to date.</w:t>
      </w:r>
    </w:p>
    <w:p w14:paraId="63F50A08" w14:textId="77777777" w:rsidR="00714557" w:rsidRPr="00714557" w:rsidRDefault="00714557" w:rsidP="00714557">
      <w:pPr>
        <w:rPr>
          <w:lang w:val="en-GB"/>
        </w:rPr>
      </w:pPr>
      <w:r w:rsidRPr="00714557">
        <w:rPr>
          <w:lang w:val="en-GB"/>
        </w:rPr>
        <w:t>Users should also:</w:t>
      </w:r>
    </w:p>
    <w:p w14:paraId="4A8EB08B" w14:textId="77777777" w:rsidR="00714557" w:rsidRPr="00714557" w:rsidRDefault="00714557">
      <w:pPr>
        <w:numPr>
          <w:ilvl w:val="0"/>
          <w:numId w:val="97"/>
        </w:numPr>
        <w:rPr>
          <w:lang w:val="en-GB"/>
        </w:rPr>
      </w:pPr>
      <w:r w:rsidRPr="00714557">
        <w:rPr>
          <w:lang w:val="en-GB"/>
        </w:rPr>
        <w:t xml:space="preserve">protect their account credentials; </w:t>
      </w:r>
    </w:p>
    <w:p w14:paraId="5F17A3F4" w14:textId="77777777" w:rsidR="00714557" w:rsidRPr="00714557" w:rsidRDefault="00714557">
      <w:pPr>
        <w:numPr>
          <w:ilvl w:val="0"/>
          <w:numId w:val="97"/>
        </w:numPr>
        <w:rPr>
          <w:lang w:val="en-GB"/>
        </w:rPr>
      </w:pPr>
      <w:r w:rsidRPr="00714557">
        <w:rPr>
          <w:lang w:val="en-GB"/>
        </w:rPr>
        <w:t xml:space="preserve">avoid sharing unnecessary personal information; </w:t>
      </w:r>
    </w:p>
    <w:p w14:paraId="28F9B137" w14:textId="77777777" w:rsidR="00714557" w:rsidRPr="00714557" w:rsidRDefault="00714557">
      <w:pPr>
        <w:numPr>
          <w:ilvl w:val="0"/>
          <w:numId w:val="97"/>
        </w:numPr>
        <w:rPr>
          <w:lang w:val="en-GB"/>
        </w:rPr>
      </w:pPr>
      <w:r w:rsidRPr="00714557">
        <w:rPr>
          <w:lang w:val="en-GB"/>
        </w:rPr>
        <w:t xml:space="preserve">respect the privacy of other users; and </w:t>
      </w:r>
    </w:p>
    <w:p w14:paraId="0E106233" w14:textId="77777777" w:rsidR="00714557" w:rsidRPr="00714557" w:rsidRDefault="00714557">
      <w:pPr>
        <w:numPr>
          <w:ilvl w:val="0"/>
          <w:numId w:val="97"/>
        </w:numPr>
        <w:rPr>
          <w:lang w:val="en-GB"/>
        </w:rPr>
      </w:pPr>
      <w:r w:rsidRPr="00714557">
        <w:rPr>
          <w:lang w:val="en-GB"/>
        </w:rPr>
        <w:t xml:space="preserve">use personal information obtained through the platform only for legitimate purposes connected with the services provided. </w:t>
      </w:r>
    </w:p>
    <w:p w14:paraId="2594027D" w14:textId="77777777" w:rsidR="00714557" w:rsidRPr="00714557" w:rsidRDefault="00000000" w:rsidP="00714557">
      <w:pPr>
        <w:rPr>
          <w:lang w:val="en-GB"/>
        </w:rPr>
      </w:pPr>
      <w:r>
        <w:rPr>
          <w:lang w:val="en-GB"/>
        </w:rPr>
        <w:pict w14:anchorId="15A0ABC9">
          <v:rect id="_x0000_i1165" style="width:0;height:1.5pt" o:hralign="center" o:hrstd="t" o:hr="t" fillcolor="#a0a0a0" stroked="f"/>
        </w:pict>
      </w:r>
    </w:p>
    <w:p w14:paraId="3A304596" w14:textId="77777777" w:rsidR="00714557" w:rsidRPr="00714557" w:rsidRDefault="00714557" w:rsidP="00714557">
      <w:pPr>
        <w:rPr>
          <w:b/>
          <w:bCs/>
          <w:color w:val="365F91" w:themeColor="accent1" w:themeShade="BF"/>
          <w:lang w:val="en-GB"/>
        </w:rPr>
      </w:pPr>
      <w:r w:rsidRPr="00714557">
        <w:rPr>
          <w:b/>
          <w:bCs/>
          <w:color w:val="365F91" w:themeColor="accent1" w:themeShade="BF"/>
          <w:lang w:val="en-GB"/>
        </w:rPr>
        <w:t>18.3 Coach Responsibilities</w:t>
      </w:r>
    </w:p>
    <w:p w14:paraId="68EA4C9A" w14:textId="77777777" w:rsidR="00714557" w:rsidRPr="00714557" w:rsidRDefault="00714557" w:rsidP="00714557">
      <w:pPr>
        <w:rPr>
          <w:lang w:val="en-GB"/>
        </w:rPr>
      </w:pPr>
      <w:r w:rsidRPr="00714557">
        <w:rPr>
          <w:lang w:val="en-GB"/>
        </w:rPr>
        <w:t>Coaches may receive personal information relating to participants through bookings, enquiries or other authorised platform features.</w:t>
      </w:r>
    </w:p>
    <w:p w14:paraId="7F89AA3A" w14:textId="77777777" w:rsidR="00714557" w:rsidRPr="00714557" w:rsidRDefault="00714557" w:rsidP="00714557">
      <w:pPr>
        <w:rPr>
          <w:lang w:val="en-GB"/>
        </w:rPr>
      </w:pPr>
      <w:r w:rsidRPr="00714557">
        <w:rPr>
          <w:lang w:val="en-GB"/>
        </w:rPr>
        <w:t>Where coaches determine how that personal information is used for the purposes of delivering their own coaching services, they may act as independent data controllers and are responsible for complying with their own legal obligations under applicable data protection legislation.</w:t>
      </w:r>
    </w:p>
    <w:p w14:paraId="5F545DB1" w14:textId="77777777" w:rsidR="00714557" w:rsidRPr="00714557" w:rsidRDefault="00714557" w:rsidP="00714557">
      <w:pPr>
        <w:rPr>
          <w:lang w:val="en-GB"/>
        </w:rPr>
      </w:pPr>
      <w:r w:rsidRPr="00714557">
        <w:rPr>
          <w:lang w:val="en-GB"/>
        </w:rPr>
        <w:t>Nothing within these Terms transfers those legal responsibilities to My Sports Coach.</w:t>
      </w:r>
    </w:p>
    <w:p w14:paraId="429B3B6C" w14:textId="77777777" w:rsidR="00714557" w:rsidRPr="00714557" w:rsidRDefault="00000000" w:rsidP="00714557">
      <w:pPr>
        <w:rPr>
          <w:lang w:val="en-GB"/>
        </w:rPr>
      </w:pPr>
      <w:r>
        <w:rPr>
          <w:lang w:val="en-GB"/>
        </w:rPr>
        <w:pict w14:anchorId="4FEAE967">
          <v:rect id="_x0000_i1166" style="width:0;height:1.5pt" o:hralign="center" o:hrstd="t" o:hr="t" fillcolor="#a0a0a0" stroked="f"/>
        </w:pict>
      </w:r>
    </w:p>
    <w:p w14:paraId="58437C31" w14:textId="77777777" w:rsidR="00714557" w:rsidRPr="00714557" w:rsidRDefault="00714557" w:rsidP="00714557">
      <w:pPr>
        <w:rPr>
          <w:b/>
          <w:bCs/>
          <w:color w:val="365F91" w:themeColor="accent1" w:themeShade="BF"/>
          <w:lang w:val="en-GB"/>
        </w:rPr>
      </w:pPr>
      <w:r w:rsidRPr="00714557">
        <w:rPr>
          <w:b/>
          <w:bCs/>
          <w:color w:val="365F91" w:themeColor="accent1" w:themeShade="BF"/>
          <w:lang w:val="en-GB"/>
        </w:rPr>
        <w:t>18.4 Platform Security</w:t>
      </w:r>
    </w:p>
    <w:p w14:paraId="30005B76" w14:textId="77777777" w:rsidR="00714557" w:rsidRPr="00714557" w:rsidRDefault="00714557" w:rsidP="00714557">
      <w:pPr>
        <w:rPr>
          <w:lang w:val="en-GB"/>
        </w:rPr>
      </w:pPr>
      <w:r w:rsidRPr="00714557">
        <w:rPr>
          <w:lang w:val="en-GB"/>
        </w:rPr>
        <w:t>My Sports Coach implements reasonable technical and organisational measures designed to protect personal information against unauthorised access, loss, misuse or disclosure.</w:t>
      </w:r>
    </w:p>
    <w:p w14:paraId="18C19AC8" w14:textId="77777777" w:rsidR="00714557" w:rsidRPr="00714557" w:rsidRDefault="00714557" w:rsidP="00714557">
      <w:pPr>
        <w:rPr>
          <w:lang w:val="en-GB"/>
        </w:rPr>
      </w:pPr>
      <w:r w:rsidRPr="00714557">
        <w:rPr>
          <w:lang w:val="en-GB"/>
        </w:rPr>
        <w:lastRenderedPageBreak/>
        <w:t>While we take appropriate steps to safeguard personal information, no online platform or electronic transmission can be guaranteed to be completely secure.</w:t>
      </w:r>
    </w:p>
    <w:p w14:paraId="565BA71F" w14:textId="77777777" w:rsidR="00714557" w:rsidRPr="00714557" w:rsidRDefault="00714557" w:rsidP="00714557">
      <w:pPr>
        <w:rPr>
          <w:lang w:val="en-GB"/>
        </w:rPr>
      </w:pPr>
      <w:r w:rsidRPr="00714557">
        <w:rPr>
          <w:lang w:val="en-GB"/>
        </w:rPr>
        <w:t>Users also play an important role in protecting their own information by maintaining secure passwords and safeguarding access to their accounts.</w:t>
      </w:r>
    </w:p>
    <w:p w14:paraId="15274082" w14:textId="77777777" w:rsidR="00714557" w:rsidRPr="00714557" w:rsidRDefault="00000000" w:rsidP="00714557">
      <w:pPr>
        <w:rPr>
          <w:lang w:val="en-GB"/>
        </w:rPr>
      </w:pPr>
      <w:r>
        <w:rPr>
          <w:lang w:val="en-GB"/>
        </w:rPr>
        <w:pict w14:anchorId="0208F4C8">
          <v:rect id="_x0000_i1167" style="width:0;height:1.5pt" o:hralign="center" o:hrstd="t" o:hr="t" fillcolor="#a0a0a0" stroked="f"/>
        </w:pict>
      </w:r>
    </w:p>
    <w:p w14:paraId="1DE27273" w14:textId="77777777" w:rsidR="00714557" w:rsidRPr="00714557" w:rsidRDefault="00714557" w:rsidP="00714557">
      <w:pPr>
        <w:rPr>
          <w:b/>
          <w:bCs/>
          <w:color w:val="365F91" w:themeColor="accent1" w:themeShade="BF"/>
          <w:lang w:val="en-GB"/>
        </w:rPr>
      </w:pPr>
      <w:r w:rsidRPr="00714557">
        <w:rPr>
          <w:b/>
          <w:bCs/>
          <w:color w:val="365F91" w:themeColor="accent1" w:themeShade="BF"/>
          <w:lang w:val="en-GB"/>
        </w:rPr>
        <w:t>18.5 Data Protection Legislation</w:t>
      </w:r>
    </w:p>
    <w:p w14:paraId="134D7A99" w14:textId="77777777" w:rsidR="00714557" w:rsidRPr="00714557" w:rsidRDefault="00714557" w:rsidP="00714557">
      <w:pPr>
        <w:rPr>
          <w:lang w:val="en-GB"/>
        </w:rPr>
      </w:pPr>
      <w:r w:rsidRPr="00714557">
        <w:rPr>
          <w:lang w:val="en-GB"/>
        </w:rPr>
        <w:t>My Sports Coach processes personal information in accordance with applicable data protection legislation, including:</w:t>
      </w:r>
    </w:p>
    <w:p w14:paraId="1E650ABD" w14:textId="77777777" w:rsidR="00714557" w:rsidRPr="00714557" w:rsidRDefault="00714557">
      <w:pPr>
        <w:numPr>
          <w:ilvl w:val="0"/>
          <w:numId w:val="98"/>
        </w:numPr>
        <w:rPr>
          <w:lang w:val="en-GB"/>
        </w:rPr>
      </w:pPr>
      <w:r w:rsidRPr="00714557">
        <w:rPr>
          <w:lang w:val="en-GB"/>
        </w:rPr>
        <w:t xml:space="preserve">the UK General Data Protection Regulation (UK GDPR); </w:t>
      </w:r>
    </w:p>
    <w:p w14:paraId="2559AF42" w14:textId="77777777" w:rsidR="00714557" w:rsidRPr="00714557" w:rsidRDefault="00714557">
      <w:pPr>
        <w:numPr>
          <w:ilvl w:val="0"/>
          <w:numId w:val="98"/>
        </w:numPr>
        <w:rPr>
          <w:lang w:val="en-GB"/>
        </w:rPr>
      </w:pPr>
      <w:r w:rsidRPr="00714557">
        <w:rPr>
          <w:lang w:val="en-GB"/>
        </w:rPr>
        <w:t xml:space="preserve">the Data Protection Act 2018; and </w:t>
      </w:r>
    </w:p>
    <w:p w14:paraId="7CA52C19" w14:textId="77777777" w:rsidR="00714557" w:rsidRPr="00714557" w:rsidRDefault="00714557">
      <w:pPr>
        <w:numPr>
          <w:ilvl w:val="0"/>
          <w:numId w:val="98"/>
        </w:numPr>
        <w:rPr>
          <w:lang w:val="en-GB"/>
        </w:rPr>
      </w:pPr>
      <w:r w:rsidRPr="00714557">
        <w:rPr>
          <w:lang w:val="en-GB"/>
        </w:rPr>
        <w:t xml:space="preserve">any legislation that replaces or supplements those laws. </w:t>
      </w:r>
    </w:p>
    <w:p w14:paraId="6799B2F7" w14:textId="77777777" w:rsidR="00714557" w:rsidRPr="00714557" w:rsidRDefault="00714557" w:rsidP="00714557">
      <w:pPr>
        <w:rPr>
          <w:lang w:val="en-GB"/>
        </w:rPr>
      </w:pPr>
      <w:r w:rsidRPr="00714557">
        <w:rPr>
          <w:lang w:val="en-GB"/>
        </w:rPr>
        <w:t>Where legal requirements change, My Sports Coach may update its policies and procedures accordingly.</w:t>
      </w:r>
    </w:p>
    <w:p w14:paraId="0E739F8D" w14:textId="77777777" w:rsidR="00714557" w:rsidRPr="00714557" w:rsidRDefault="00000000" w:rsidP="00714557">
      <w:pPr>
        <w:rPr>
          <w:lang w:val="en-GB"/>
        </w:rPr>
      </w:pPr>
      <w:r>
        <w:rPr>
          <w:lang w:val="en-GB"/>
        </w:rPr>
        <w:pict w14:anchorId="2CA34066">
          <v:rect id="_x0000_i1168" style="width:0;height:1.5pt" o:hralign="center" o:hrstd="t" o:hr="t" fillcolor="#a0a0a0" stroked="f"/>
        </w:pict>
      </w:r>
    </w:p>
    <w:p w14:paraId="6335F459" w14:textId="77777777" w:rsidR="00714557" w:rsidRDefault="00714557" w:rsidP="00714557">
      <w:pPr>
        <w:rPr>
          <w:b/>
          <w:bCs/>
          <w:lang w:val="en-GB"/>
        </w:rPr>
      </w:pPr>
    </w:p>
    <w:p w14:paraId="04BC9455" w14:textId="74B51D67" w:rsidR="00714557" w:rsidRPr="00714557" w:rsidRDefault="00714557" w:rsidP="00714557">
      <w:pPr>
        <w:rPr>
          <w:b/>
          <w:bCs/>
          <w:color w:val="365F91" w:themeColor="accent1" w:themeShade="BF"/>
          <w:lang w:val="en-GB"/>
        </w:rPr>
      </w:pPr>
      <w:r w:rsidRPr="00714557">
        <w:rPr>
          <w:b/>
          <w:bCs/>
          <w:color w:val="365F91" w:themeColor="accent1" w:themeShade="BF"/>
          <w:lang w:val="en-GB"/>
        </w:rPr>
        <w:t>18.6 Contacting Us About Privacy</w:t>
      </w:r>
    </w:p>
    <w:p w14:paraId="51932585" w14:textId="77777777" w:rsidR="00714557" w:rsidRPr="00714557" w:rsidRDefault="00714557" w:rsidP="00714557">
      <w:pPr>
        <w:rPr>
          <w:lang w:val="en-GB"/>
        </w:rPr>
      </w:pPr>
      <w:r w:rsidRPr="00714557">
        <w:rPr>
          <w:lang w:val="en-GB"/>
        </w:rPr>
        <w:t>Questions relating to privacy or the processing of personal information should be directed to My Sports Coach using the contact details provided within our Privacy Policy or at the end of these Terms.</w:t>
      </w:r>
    </w:p>
    <w:p w14:paraId="15133257" w14:textId="77777777" w:rsidR="00714557" w:rsidRPr="00714557" w:rsidRDefault="00714557" w:rsidP="00714557">
      <w:pPr>
        <w:rPr>
          <w:lang w:val="en-GB"/>
        </w:rPr>
      </w:pPr>
      <w:r w:rsidRPr="00714557">
        <w:rPr>
          <w:lang w:val="en-GB"/>
        </w:rPr>
        <w:t>We are committed to responding to privacy enquiries in a timely and transparent manner.</w:t>
      </w:r>
    </w:p>
    <w:p w14:paraId="5C33C90B" w14:textId="77777777" w:rsidR="00E12B42" w:rsidRPr="00E12B42" w:rsidRDefault="00E12B42" w:rsidP="00E12B42">
      <w:pPr>
        <w:rPr>
          <w:b/>
          <w:bCs/>
          <w:color w:val="365F91" w:themeColor="accent1" w:themeShade="BF"/>
          <w:sz w:val="28"/>
          <w:szCs w:val="28"/>
          <w:lang w:val="en-GB"/>
        </w:rPr>
      </w:pPr>
      <w:r w:rsidRPr="00E12B42">
        <w:rPr>
          <w:b/>
          <w:bCs/>
          <w:color w:val="365F91" w:themeColor="accent1" w:themeShade="BF"/>
          <w:sz w:val="28"/>
          <w:szCs w:val="28"/>
          <w:lang w:val="en-GB"/>
        </w:rPr>
        <w:t>19. Third-Party Services</w:t>
      </w:r>
    </w:p>
    <w:p w14:paraId="49B49099" w14:textId="77777777" w:rsidR="00E12B42" w:rsidRPr="00E12B42" w:rsidRDefault="00E12B42" w:rsidP="00E12B42">
      <w:pPr>
        <w:rPr>
          <w:lang w:val="en-GB"/>
        </w:rPr>
      </w:pPr>
      <w:r w:rsidRPr="00E12B42">
        <w:rPr>
          <w:lang w:val="en-GB"/>
        </w:rPr>
        <w:t>To support the operation of the My Sports Coach platform, we may use or integrate services provided by carefully selected third-party organisations.</w:t>
      </w:r>
    </w:p>
    <w:p w14:paraId="2F1C231C" w14:textId="77777777" w:rsidR="00E12B42" w:rsidRPr="00E12B42" w:rsidRDefault="00E12B42" w:rsidP="00E12B42">
      <w:pPr>
        <w:rPr>
          <w:lang w:val="en-GB"/>
        </w:rPr>
      </w:pPr>
      <w:r w:rsidRPr="00E12B42">
        <w:rPr>
          <w:lang w:val="en-GB"/>
        </w:rPr>
        <w:t>These services help us deliver platform functionality, process payments, maintain security, communicate with users and improve the overall user experience.</w:t>
      </w:r>
    </w:p>
    <w:p w14:paraId="657BC7BB" w14:textId="77777777" w:rsidR="00E12B42" w:rsidRPr="00E12B42" w:rsidRDefault="00E12B42" w:rsidP="00E12B42">
      <w:pPr>
        <w:rPr>
          <w:lang w:val="en-GB"/>
        </w:rPr>
      </w:pPr>
      <w:r w:rsidRPr="00E12B42">
        <w:rPr>
          <w:lang w:val="en-GB"/>
        </w:rPr>
        <w:t>By using the platform, you acknowledge that certain features may rely on third-party services operating under their own terms and policies.</w:t>
      </w:r>
    </w:p>
    <w:p w14:paraId="58AA339D" w14:textId="77777777" w:rsidR="00E12B42" w:rsidRPr="00E12B42" w:rsidRDefault="00000000" w:rsidP="00E12B42">
      <w:pPr>
        <w:rPr>
          <w:lang w:val="en-GB"/>
        </w:rPr>
      </w:pPr>
      <w:r>
        <w:rPr>
          <w:lang w:val="en-GB"/>
        </w:rPr>
        <w:pict w14:anchorId="26193717">
          <v:rect id="_x0000_i1169" style="width:0;height:1.5pt" o:hralign="center" o:hrstd="t" o:hr="t" fillcolor="#a0a0a0" stroked="f"/>
        </w:pict>
      </w:r>
    </w:p>
    <w:p w14:paraId="148AF058" w14:textId="77777777" w:rsidR="00E12B42" w:rsidRPr="00E12B42" w:rsidRDefault="00E12B42" w:rsidP="00E12B42">
      <w:pPr>
        <w:rPr>
          <w:b/>
          <w:bCs/>
          <w:color w:val="365F91" w:themeColor="accent1" w:themeShade="BF"/>
          <w:lang w:val="en-GB"/>
        </w:rPr>
      </w:pPr>
      <w:r w:rsidRPr="00E12B42">
        <w:rPr>
          <w:b/>
          <w:bCs/>
          <w:color w:val="365F91" w:themeColor="accent1" w:themeShade="BF"/>
          <w:lang w:val="en-GB"/>
        </w:rPr>
        <w:t>19.1 Third-Party Providers</w:t>
      </w:r>
    </w:p>
    <w:p w14:paraId="31331F6F" w14:textId="77777777" w:rsidR="00E12B42" w:rsidRPr="00E12B42" w:rsidRDefault="00E12B42" w:rsidP="00E12B42">
      <w:pPr>
        <w:rPr>
          <w:lang w:val="en-GB"/>
        </w:rPr>
      </w:pPr>
      <w:r w:rsidRPr="00E12B42">
        <w:rPr>
          <w:lang w:val="en-GB"/>
        </w:rPr>
        <w:t>My Sports Coach may use third-party providers for services including, but not limited to:</w:t>
      </w:r>
    </w:p>
    <w:p w14:paraId="1149B966" w14:textId="77777777" w:rsidR="00E12B42" w:rsidRPr="00E12B42" w:rsidRDefault="00E12B42">
      <w:pPr>
        <w:numPr>
          <w:ilvl w:val="0"/>
          <w:numId w:val="99"/>
        </w:numPr>
        <w:rPr>
          <w:lang w:val="en-GB"/>
        </w:rPr>
      </w:pPr>
      <w:r w:rsidRPr="00E12B42">
        <w:rPr>
          <w:lang w:val="en-GB"/>
        </w:rPr>
        <w:t xml:space="preserve">payment processing; </w:t>
      </w:r>
    </w:p>
    <w:p w14:paraId="545A29E3" w14:textId="77777777" w:rsidR="00E12B42" w:rsidRPr="00E12B42" w:rsidRDefault="00E12B42">
      <w:pPr>
        <w:numPr>
          <w:ilvl w:val="0"/>
          <w:numId w:val="99"/>
        </w:numPr>
        <w:rPr>
          <w:lang w:val="en-GB"/>
        </w:rPr>
      </w:pPr>
      <w:r w:rsidRPr="00E12B42">
        <w:rPr>
          <w:lang w:val="en-GB"/>
        </w:rPr>
        <w:lastRenderedPageBreak/>
        <w:t xml:space="preserve">cloud hosting; </w:t>
      </w:r>
    </w:p>
    <w:p w14:paraId="2205CD45" w14:textId="77777777" w:rsidR="00E12B42" w:rsidRPr="00E12B42" w:rsidRDefault="00E12B42">
      <w:pPr>
        <w:numPr>
          <w:ilvl w:val="0"/>
          <w:numId w:val="99"/>
        </w:numPr>
        <w:rPr>
          <w:lang w:val="en-GB"/>
        </w:rPr>
      </w:pPr>
      <w:r w:rsidRPr="00E12B42">
        <w:rPr>
          <w:lang w:val="en-GB"/>
        </w:rPr>
        <w:t xml:space="preserve">website infrastructure; </w:t>
      </w:r>
    </w:p>
    <w:p w14:paraId="53A0A7CE" w14:textId="77777777" w:rsidR="00E12B42" w:rsidRPr="00E12B42" w:rsidRDefault="00E12B42">
      <w:pPr>
        <w:numPr>
          <w:ilvl w:val="0"/>
          <w:numId w:val="99"/>
        </w:numPr>
        <w:rPr>
          <w:lang w:val="en-GB"/>
        </w:rPr>
      </w:pPr>
      <w:r w:rsidRPr="00E12B42">
        <w:rPr>
          <w:lang w:val="en-GB"/>
        </w:rPr>
        <w:t xml:space="preserve">email communications; </w:t>
      </w:r>
    </w:p>
    <w:p w14:paraId="55527E93" w14:textId="77777777" w:rsidR="00E12B42" w:rsidRPr="00E12B42" w:rsidRDefault="00E12B42">
      <w:pPr>
        <w:numPr>
          <w:ilvl w:val="0"/>
          <w:numId w:val="99"/>
        </w:numPr>
        <w:rPr>
          <w:lang w:val="en-GB"/>
        </w:rPr>
      </w:pPr>
      <w:r w:rsidRPr="00E12B42">
        <w:rPr>
          <w:lang w:val="en-GB"/>
        </w:rPr>
        <w:t xml:space="preserve">customer support systems; </w:t>
      </w:r>
    </w:p>
    <w:p w14:paraId="58CEA717" w14:textId="77777777" w:rsidR="00E12B42" w:rsidRPr="00E12B42" w:rsidRDefault="00E12B42">
      <w:pPr>
        <w:numPr>
          <w:ilvl w:val="0"/>
          <w:numId w:val="99"/>
        </w:numPr>
        <w:rPr>
          <w:lang w:val="en-GB"/>
        </w:rPr>
      </w:pPr>
      <w:r w:rsidRPr="00E12B42">
        <w:rPr>
          <w:lang w:val="en-GB"/>
        </w:rPr>
        <w:t xml:space="preserve">analytics; </w:t>
      </w:r>
    </w:p>
    <w:p w14:paraId="0AED0775" w14:textId="77777777" w:rsidR="00E12B42" w:rsidRPr="00E12B42" w:rsidRDefault="00E12B42">
      <w:pPr>
        <w:numPr>
          <w:ilvl w:val="0"/>
          <w:numId w:val="99"/>
        </w:numPr>
        <w:rPr>
          <w:lang w:val="en-GB"/>
        </w:rPr>
      </w:pPr>
      <w:r w:rsidRPr="00E12B42">
        <w:rPr>
          <w:lang w:val="en-GB"/>
        </w:rPr>
        <w:t xml:space="preserve">identity or coach verification; </w:t>
      </w:r>
    </w:p>
    <w:p w14:paraId="4243CEC6" w14:textId="77777777" w:rsidR="00E12B42" w:rsidRPr="00E12B42" w:rsidRDefault="00E12B42">
      <w:pPr>
        <w:numPr>
          <w:ilvl w:val="0"/>
          <w:numId w:val="99"/>
        </w:numPr>
        <w:rPr>
          <w:lang w:val="en-GB"/>
        </w:rPr>
      </w:pPr>
      <w:r w:rsidRPr="00E12B42">
        <w:rPr>
          <w:lang w:val="en-GB"/>
        </w:rPr>
        <w:t xml:space="preserve">mapping and location services; </w:t>
      </w:r>
    </w:p>
    <w:p w14:paraId="3E604F68" w14:textId="77777777" w:rsidR="00E12B42" w:rsidRPr="00E12B42" w:rsidRDefault="00E12B42">
      <w:pPr>
        <w:numPr>
          <w:ilvl w:val="0"/>
          <w:numId w:val="99"/>
        </w:numPr>
        <w:rPr>
          <w:lang w:val="en-GB"/>
        </w:rPr>
      </w:pPr>
      <w:r w:rsidRPr="00E12B42">
        <w:rPr>
          <w:lang w:val="en-GB"/>
        </w:rPr>
        <w:t xml:space="preserve">security monitoring; and </w:t>
      </w:r>
    </w:p>
    <w:p w14:paraId="0FD31B95" w14:textId="77777777" w:rsidR="00E12B42" w:rsidRPr="00E12B42" w:rsidRDefault="00E12B42">
      <w:pPr>
        <w:numPr>
          <w:ilvl w:val="0"/>
          <w:numId w:val="99"/>
        </w:numPr>
        <w:rPr>
          <w:lang w:val="en-GB"/>
        </w:rPr>
      </w:pPr>
      <w:r w:rsidRPr="00E12B42">
        <w:rPr>
          <w:lang w:val="en-GB"/>
        </w:rPr>
        <w:t xml:space="preserve">other technology services that support the operation of the platform. </w:t>
      </w:r>
    </w:p>
    <w:p w14:paraId="30D5CB97" w14:textId="77777777" w:rsidR="00E12B42" w:rsidRPr="00E12B42" w:rsidRDefault="00E12B42" w:rsidP="00E12B42">
      <w:pPr>
        <w:rPr>
          <w:lang w:val="en-GB"/>
        </w:rPr>
      </w:pPr>
      <w:r w:rsidRPr="00E12B42">
        <w:rPr>
          <w:lang w:val="en-GB"/>
        </w:rPr>
        <w:t>The providers we use may change from time to time as our platform develops.</w:t>
      </w:r>
    </w:p>
    <w:p w14:paraId="14F03CFF" w14:textId="77777777" w:rsidR="00E12B42" w:rsidRPr="00E12B42" w:rsidRDefault="00000000" w:rsidP="00E12B42">
      <w:pPr>
        <w:rPr>
          <w:lang w:val="en-GB"/>
        </w:rPr>
      </w:pPr>
      <w:r>
        <w:rPr>
          <w:lang w:val="en-GB"/>
        </w:rPr>
        <w:pict w14:anchorId="3063228E">
          <v:rect id="_x0000_i1170" style="width:0;height:1.5pt" o:hralign="center" o:hrstd="t" o:hr="t" fillcolor="#a0a0a0" stroked="f"/>
        </w:pict>
      </w:r>
    </w:p>
    <w:p w14:paraId="6E5B7E95" w14:textId="77777777" w:rsidR="00E12B42" w:rsidRDefault="00E12B42" w:rsidP="00E12B42">
      <w:pPr>
        <w:rPr>
          <w:b/>
          <w:bCs/>
          <w:lang w:val="en-GB"/>
        </w:rPr>
      </w:pPr>
    </w:p>
    <w:p w14:paraId="65B98949" w14:textId="77777777" w:rsidR="00E12B42" w:rsidRDefault="00E12B42" w:rsidP="00E12B42">
      <w:pPr>
        <w:rPr>
          <w:b/>
          <w:bCs/>
          <w:lang w:val="en-GB"/>
        </w:rPr>
      </w:pPr>
    </w:p>
    <w:p w14:paraId="0F4C7764" w14:textId="77777777" w:rsidR="00E12B42" w:rsidRDefault="00E12B42" w:rsidP="00E12B42">
      <w:pPr>
        <w:rPr>
          <w:b/>
          <w:bCs/>
          <w:lang w:val="en-GB"/>
        </w:rPr>
      </w:pPr>
    </w:p>
    <w:p w14:paraId="5F60ADA5" w14:textId="19D4AF0E" w:rsidR="00E12B42" w:rsidRPr="00E12B42" w:rsidRDefault="00E12B42" w:rsidP="00E12B42">
      <w:pPr>
        <w:rPr>
          <w:b/>
          <w:bCs/>
          <w:color w:val="365F91" w:themeColor="accent1" w:themeShade="BF"/>
          <w:lang w:val="en-GB"/>
        </w:rPr>
      </w:pPr>
      <w:r w:rsidRPr="00E12B42">
        <w:rPr>
          <w:b/>
          <w:bCs/>
          <w:color w:val="365F91" w:themeColor="accent1" w:themeShade="BF"/>
          <w:lang w:val="en-GB"/>
        </w:rPr>
        <w:t>19.2 Independent Services</w:t>
      </w:r>
    </w:p>
    <w:p w14:paraId="1AF276D3" w14:textId="77777777" w:rsidR="00E12B42" w:rsidRPr="00E12B42" w:rsidRDefault="00E12B42" w:rsidP="00E12B42">
      <w:pPr>
        <w:rPr>
          <w:lang w:val="en-GB"/>
        </w:rPr>
      </w:pPr>
      <w:r w:rsidRPr="00E12B42">
        <w:rPr>
          <w:lang w:val="en-GB"/>
        </w:rPr>
        <w:t>Third-party providers operate independently from My Sports Coach.</w:t>
      </w:r>
    </w:p>
    <w:p w14:paraId="62C534FF" w14:textId="77777777" w:rsidR="00E12B42" w:rsidRPr="00E12B42" w:rsidRDefault="00E12B42" w:rsidP="00E12B42">
      <w:pPr>
        <w:rPr>
          <w:lang w:val="en-GB"/>
        </w:rPr>
      </w:pPr>
      <w:r w:rsidRPr="00E12B42">
        <w:rPr>
          <w:lang w:val="en-GB"/>
        </w:rPr>
        <w:t>Where users access services, websites or functionality provided by third parties, those services are governed by the third party's own:</w:t>
      </w:r>
    </w:p>
    <w:p w14:paraId="428F0B41" w14:textId="77777777" w:rsidR="00E12B42" w:rsidRPr="00E12B42" w:rsidRDefault="00E12B42">
      <w:pPr>
        <w:numPr>
          <w:ilvl w:val="0"/>
          <w:numId w:val="100"/>
        </w:numPr>
        <w:rPr>
          <w:lang w:val="en-GB"/>
        </w:rPr>
      </w:pPr>
      <w:r w:rsidRPr="00E12B42">
        <w:rPr>
          <w:lang w:val="en-GB"/>
        </w:rPr>
        <w:t xml:space="preserve">terms and conditions; </w:t>
      </w:r>
    </w:p>
    <w:p w14:paraId="04AF96AE" w14:textId="77777777" w:rsidR="00E12B42" w:rsidRPr="00E12B42" w:rsidRDefault="00E12B42">
      <w:pPr>
        <w:numPr>
          <w:ilvl w:val="0"/>
          <w:numId w:val="100"/>
        </w:numPr>
        <w:rPr>
          <w:lang w:val="en-GB"/>
        </w:rPr>
      </w:pPr>
      <w:r w:rsidRPr="00E12B42">
        <w:rPr>
          <w:lang w:val="en-GB"/>
        </w:rPr>
        <w:t xml:space="preserve">privacy policies; </w:t>
      </w:r>
    </w:p>
    <w:p w14:paraId="5F34516C" w14:textId="77777777" w:rsidR="00E12B42" w:rsidRPr="00E12B42" w:rsidRDefault="00E12B42">
      <w:pPr>
        <w:numPr>
          <w:ilvl w:val="0"/>
          <w:numId w:val="100"/>
        </w:numPr>
        <w:rPr>
          <w:lang w:val="en-GB"/>
        </w:rPr>
      </w:pPr>
      <w:r w:rsidRPr="00E12B42">
        <w:rPr>
          <w:lang w:val="en-GB"/>
        </w:rPr>
        <w:t xml:space="preserve">cookies policies; and </w:t>
      </w:r>
    </w:p>
    <w:p w14:paraId="75248F9F" w14:textId="77777777" w:rsidR="00E12B42" w:rsidRPr="00E12B42" w:rsidRDefault="00E12B42">
      <w:pPr>
        <w:numPr>
          <w:ilvl w:val="0"/>
          <w:numId w:val="100"/>
        </w:numPr>
        <w:rPr>
          <w:lang w:val="en-GB"/>
        </w:rPr>
      </w:pPr>
      <w:r w:rsidRPr="00E12B42">
        <w:rPr>
          <w:lang w:val="en-GB"/>
        </w:rPr>
        <w:t xml:space="preserve">other applicable agreements. </w:t>
      </w:r>
    </w:p>
    <w:p w14:paraId="16A6BC7A" w14:textId="77777777" w:rsidR="00E12B42" w:rsidRPr="00E12B42" w:rsidRDefault="00E12B42" w:rsidP="00E12B42">
      <w:pPr>
        <w:rPr>
          <w:lang w:val="en-GB"/>
        </w:rPr>
      </w:pPr>
      <w:r w:rsidRPr="00E12B42">
        <w:rPr>
          <w:lang w:val="en-GB"/>
        </w:rPr>
        <w:t>Users are encouraged to review those documents before using third-party services.</w:t>
      </w:r>
    </w:p>
    <w:p w14:paraId="15995596" w14:textId="77777777" w:rsidR="00E12B42" w:rsidRPr="00E12B42" w:rsidRDefault="00000000" w:rsidP="00E12B42">
      <w:pPr>
        <w:rPr>
          <w:lang w:val="en-GB"/>
        </w:rPr>
      </w:pPr>
      <w:r>
        <w:rPr>
          <w:lang w:val="en-GB"/>
        </w:rPr>
        <w:pict w14:anchorId="66317A13">
          <v:rect id="_x0000_i1171" style="width:0;height:1.5pt" o:hralign="center" o:hrstd="t" o:hr="t" fillcolor="#a0a0a0" stroked="f"/>
        </w:pict>
      </w:r>
    </w:p>
    <w:p w14:paraId="367516FC" w14:textId="77777777" w:rsidR="00E12B42" w:rsidRPr="00E12B42" w:rsidRDefault="00E12B42" w:rsidP="00E12B42">
      <w:pPr>
        <w:rPr>
          <w:b/>
          <w:bCs/>
          <w:color w:val="365F91" w:themeColor="accent1" w:themeShade="BF"/>
          <w:lang w:val="en-GB"/>
        </w:rPr>
      </w:pPr>
      <w:r w:rsidRPr="00E12B42">
        <w:rPr>
          <w:b/>
          <w:bCs/>
          <w:color w:val="365F91" w:themeColor="accent1" w:themeShade="BF"/>
          <w:lang w:val="en-GB"/>
        </w:rPr>
        <w:t>19.3 Third-Party Websites</w:t>
      </w:r>
    </w:p>
    <w:p w14:paraId="44FFA3EE" w14:textId="77777777" w:rsidR="00E12B42" w:rsidRPr="00E12B42" w:rsidRDefault="00E12B42" w:rsidP="00E12B42">
      <w:pPr>
        <w:rPr>
          <w:lang w:val="en-GB"/>
        </w:rPr>
      </w:pPr>
      <w:r w:rsidRPr="00E12B42">
        <w:rPr>
          <w:lang w:val="en-GB"/>
        </w:rPr>
        <w:t>The My Sports Coach platform may contain links to external websites for the convenience of users.</w:t>
      </w:r>
    </w:p>
    <w:p w14:paraId="1E40A7E5" w14:textId="77777777" w:rsidR="00E12B42" w:rsidRPr="00E12B42" w:rsidRDefault="00E12B42" w:rsidP="00E12B42">
      <w:pPr>
        <w:rPr>
          <w:lang w:val="en-GB"/>
        </w:rPr>
      </w:pPr>
      <w:r w:rsidRPr="00E12B42">
        <w:rPr>
          <w:lang w:val="en-GB"/>
        </w:rPr>
        <w:t>The inclusion of a link does not constitute an endorsement, recommendation or approval of the third-party website, its products or its services unless expressly stated.</w:t>
      </w:r>
    </w:p>
    <w:p w14:paraId="3175CC24" w14:textId="77777777" w:rsidR="00E12B42" w:rsidRPr="00E12B42" w:rsidRDefault="00E12B42" w:rsidP="00E12B42">
      <w:pPr>
        <w:rPr>
          <w:lang w:val="en-GB"/>
        </w:rPr>
      </w:pPr>
      <w:r w:rsidRPr="00E12B42">
        <w:rPr>
          <w:lang w:val="en-GB"/>
        </w:rPr>
        <w:lastRenderedPageBreak/>
        <w:t>My Sports Coach is not responsible for the content, availability, accuracy or security of external websites that are not under our control.</w:t>
      </w:r>
    </w:p>
    <w:p w14:paraId="0F2553A7" w14:textId="77777777" w:rsidR="00E12B42" w:rsidRPr="00E12B42" w:rsidRDefault="00000000" w:rsidP="00E12B42">
      <w:pPr>
        <w:rPr>
          <w:lang w:val="en-GB"/>
        </w:rPr>
      </w:pPr>
      <w:r>
        <w:rPr>
          <w:lang w:val="en-GB"/>
        </w:rPr>
        <w:pict w14:anchorId="1325189A">
          <v:rect id="_x0000_i1172" style="width:0;height:1.5pt" o:hralign="center" o:hrstd="t" o:hr="t" fillcolor="#a0a0a0" stroked="f"/>
        </w:pict>
      </w:r>
    </w:p>
    <w:p w14:paraId="2606E797" w14:textId="77777777" w:rsidR="00E12B42" w:rsidRPr="00E12B42" w:rsidRDefault="00E12B42" w:rsidP="00E12B42">
      <w:pPr>
        <w:rPr>
          <w:b/>
          <w:bCs/>
          <w:color w:val="365F91" w:themeColor="accent1" w:themeShade="BF"/>
          <w:lang w:val="en-GB"/>
        </w:rPr>
      </w:pPr>
      <w:r w:rsidRPr="00E12B42">
        <w:rPr>
          <w:b/>
          <w:bCs/>
          <w:color w:val="365F91" w:themeColor="accent1" w:themeShade="BF"/>
          <w:lang w:val="en-GB"/>
        </w:rPr>
        <w:t>19.4 Availability of Third-Party Services</w:t>
      </w:r>
    </w:p>
    <w:p w14:paraId="71EF4EFD" w14:textId="77777777" w:rsidR="00E12B42" w:rsidRPr="00E12B42" w:rsidRDefault="00E12B42" w:rsidP="00E12B42">
      <w:pPr>
        <w:rPr>
          <w:lang w:val="en-GB"/>
        </w:rPr>
      </w:pPr>
      <w:r w:rsidRPr="00E12B42">
        <w:rPr>
          <w:lang w:val="en-GB"/>
        </w:rPr>
        <w:t>Some features of the platform depend upon third-party providers.</w:t>
      </w:r>
    </w:p>
    <w:p w14:paraId="04B63687" w14:textId="77777777" w:rsidR="00E12B42" w:rsidRPr="00E12B42" w:rsidRDefault="00E12B42" w:rsidP="00E12B42">
      <w:pPr>
        <w:rPr>
          <w:lang w:val="en-GB"/>
        </w:rPr>
      </w:pPr>
      <w:r w:rsidRPr="00E12B42">
        <w:rPr>
          <w:lang w:val="en-GB"/>
        </w:rPr>
        <w:t>From time to time, those services may become unavailable due to:</w:t>
      </w:r>
    </w:p>
    <w:p w14:paraId="5D567AD6" w14:textId="77777777" w:rsidR="00E12B42" w:rsidRPr="00E12B42" w:rsidRDefault="00E12B42">
      <w:pPr>
        <w:numPr>
          <w:ilvl w:val="0"/>
          <w:numId w:val="101"/>
        </w:numPr>
        <w:rPr>
          <w:lang w:val="en-GB"/>
        </w:rPr>
      </w:pPr>
      <w:r w:rsidRPr="00E12B42">
        <w:rPr>
          <w:lang w:val="en-GB"/>
        </w:rPr>
        <w:t xml:space="preserve">planned maintenance; </w:t>
      </w:r>
    </w:p>
    <w:p w14:paraId="59B33A82" w14:textId="77777777" w:rsidR="00E12B42" w:rsidRPr="00E12B42" w:rsidRDefault="00E12B42">
      <w:pPr>
        <w:numPr>
          <w:ilvl w:val="0"/>
          <w:numId w:val="101"/>
        </w:numPr>
        <w:rPr>
          <w:lang w:val="en-GB"/>
        </w:rPr>
      </w:pPr>
      <w:r w:rsidRPr="00E12B42">
        <w:rPr>
          <w:lang w:val="en-GB"/>
        </w:rPr>
        <w:t xml:space="preserve">technical failures; </w:t>
      </w:r>
    </w:p>
    <w:p w14:paraId="4BD8741A" w14:textId="77777777" w:rsidR="00E12B42" w:rsidRPr="00E12B42" w:rsidRDefault="00E12B42">
      <w:pPr>
        <w:numPr>
          <w:ilvl w:val="0"/>
          <w:numId w:val="101"/>
        </w:numPr>
        <w:rPr>
          <w:lang w:val="en-GB"/>
        </w:rPr>
      </w:pPr>
      <w:r w:rsidRPr="00E12B42">
        <w:rPr>
          <w:lang w:val="en-GB"/>
        </w:rPr>
        <w:t xml:space="preserve">service interruptions; </w:t>
      </w:r>
    </w:p>
    <w:p w14:paraId="49EAF258" w14:textId="77777777" w:rsidR="00E12B42" w:rsidRPr="00E12B42" w:rsidRDefault="00E12B42">
      <w:pPr>
        <w:numPr>
          <w:ilvl w:val="0"/>
          <w:numId w:val="101"/>
        </w:numPr>
        <w:rPr>
          <w:lang w:val="en-GB"/>
        </w:rPr>
      </w:pPr>
      <w:r w:rsidRPr="00E12B42">
        <w:rPr>
          <w:lang w:val="en-GB"/>
        </w:rPr>
        <w:t xml:space="preserve">changes made by the provider; or </w:t>
      </w:r>
    </w:p>
    <w:p w14:paraId="555FFF32" w14:textId="77777777" w:rsidR="00E12B42" w:rsidRPr="00E12B42" w:rsidRDefault="00E12B42">
      <w:pPr>
        <w:numPr>
          <w:ilvl w:val="0"/>
          <w:numId w:val="101"/>
        </w:numPr>
        <w:rPr>
          <w:lang w:val="en-GB"/>
        </w:rPr>
      </w:pPr>
      <w:r w:rsidRPr="00E12B42">
        <w:rPr>
          <w:lang w:val="en-GB"/>
        </w:rPr>
        <w:t xml:space="preserve">circumstances beyond the reasonable control of My Sports Coach. </w:t>
      </w:r>
    </w:p>
    <w:p w14:paraId="5ECE0A36" w14:textId="77777777" w:rsidR="00E12B42" w:rsidRPr="00E12B42" w:rsidRDefault="00E12B42" w:rsidP="00E12B42">
      <w:pPr>
        <w:rPr>
          <w:lang w:val="en-GB"/>
        </w:rPr>
      </w:pPr>
      <w:r w:rsidRPr="00E12B42">
        <w:rPr>
          <w:lang w:val="en-GB"/>
        </w:rPr>
        <w:t>While we will use reasonable efforts to minimise disruption, we cannot guarantee the continuous availability of third-party services.</w:t>
      </w:r>
    </w:p>
    <w:p w14:paraId="216AACC9" w14:textId="77777777" w:rsidR="00E12B42" w:rsidRPr="00E12B42" w:rsidRDefault="00000000" w:rsidP="00E12B42">
      <w:pPr>
        <w:rPr>
          <w:lang w:val="en-GB"/>
        </w:rPr>
      </w:pPr>
      <w:r>
        <w:rPr>
          <w:lang w:val="en-GB"/>
        </w:rPr>
        <w:pict w14:anchorId="112D7C6D">
          <v:rect id="_x0000_i1173" style="width:0;height:1.5pt" o:hralign="center" o:hrstd="t" o:hr="t" fillcolor="#a0a0a0" stroked="f"/>
        </w:pict>
      </w:r>
    </w:p>
    <w:p w14:paraId="5E2E5BF9" w14:textId="77777777" w:rsidR="008F30D8" w:rsidRDefault="008F30D8" w:rsidP="00E12B42">
      <w:pPr>
        <w:rPr>
          <w:b/>
          <w:bCs/>
          <w:color w:val="365F91" w:themeColor="accent1" w:themeShade="BF"/>
          <w:lang w:val="en-GB"/>
        </w:rPr>
      </w:pPr>
    </w:p>
    <w:p w14:paraId="14735577" w14:textId="0DDC7983" w:rsidR="00E12B42" w:rsidRPr="00E12B42" w:rsidRDefault="00E12B42" w:rsidP="00E12B42">
      <w:pPr>
        <w:rPr>
          <w:b/>
          <w:bCs/>
          <w:color w:val="365F91" w:themeColor="accent1" w:themeShade="BF"/>
          <w:lang w:val="en-GB"/>
        </w:rPr>
      </w:pPr>
      <w:r w:rsidRPr="00E12B42">
        <w:rPr>
          <w:b/>
          <w:bCs/>
          <w:color w:val="365F91" w:themeColor="accent1" w:themeShade="BF"/>
          <w:lang w:val="en-GB"/>
        </w:rPr>
        <w:t>19.5 Changes to Third-Party Providers</w:t>
      </w:r>
    </w:p>
    <w:p w14:paraId="27A283C8" w14:textId="77777777" w:rsidR="00E12B42" w:rsidRPr="00E12B42" w:rsidRDefault="00E12B42" w:rsidP="00E12B42">
      <w:pPr>
        <w:rPr>
          <w:lang w:val="en-GB"/>
        </w:rPr>
      </w:pPr>
      <w:r w:rsidRPr="00E12B42">
        <w:rPr>
          <w:lang w:val="en-GB"/>
        </w:rPr>
        <w:t>My Sports Coach reserves the right to change, replace or discontinue third-party providers where reasonably necessary to improve the platform, maintain security, comply with legal obligations or support business operations.</w:t>
      </w:r>
    </w:p>
    <w:p w14:paraId="20A6696C" w14:textId="77777777" w:rsidR="00E12B42" w:rsidRPr="00E12B42" w:rsidRDefault="00E12B42" w:rsidP="00E12B42">
      <w:pPr>
        <w:rPr>
          <w:lang w:val="en-GB"/>
        </w:rPr>
      </w:pPr>
      <w:r w:rsidRPr="00E12B42">
        <w:rPr>
          <w:lang w:val="en-GB"/>
        </w:rPr>
        <w:t>Where changes materially affect the services available to users, we will take reasonable steps to communicate those changes where appropriate.</w:t>
      </w:r>
    </w:p>
    <w:p w14:paraId="2B271EF1" w14:textId="77777777" w:rsidR="00E12B42" w:rsidRPr="00E12B42" w:rsidRDefault="00000000" w:rsidP="00E12B42">
      <w:pPr>
        <w:rPr>
          <w:lang w:val="en-GB"/>
        </w:rPr>
      </w:pPr>
      <w:r>
        <w:rPr>
          <w:lang w:val="en-GB"/>
        </w:rPr>
        <w:pict w14:anchorId="190B2915">
          <v:rect id="_x0000_i1174" style="width:0;height:1.5pt" o:hralign="center" o:hrstd="t" o:hr="t" fillcolor="#a0a0a0" stroked="f"/>
        </w:pict>
      </w:r>
    </w:p>
    <w:p w14:paraId="16DABAB3" w14:textId="77777777" w:rsidR="00E12B42" w:rsidRPr="00E12B42" w:rsidRDefault="00E12B42" w:rsidP="00E12B42">
      <w:pPr>
        <w:rPr>
          <w:b/>
          <w:bCs/>
          <w:color w:val="365F91" w:themeColor="accent1" w:themeShade="BF"/>
          <w:lang w:val="en-GB"/>
        </w:rPr>
      </w:pPr>
      <w:r w:rsidRPr="00E12B42">
        <w:rPr>
          <w:b/>
          <w:bCs/>
          <w:color w:val="365F91" w:themeColor="accent1" w:themeShade="BF"/>
          <w:lang w:val="en-GB"/>
        </w:rPr>
        <w:t>19.6 Responsibility for Third-Party Services</w:t>
      </w:r>
    </w:p>
    <w:p w14:paraId="603932E0" w14:textId="77777777" w:rsidR="00E12B42" w:rsidRPr="00E12B42" w:rsidRDefault="00E12B42" w:rsidP="00E12B42">
      <w:pPr>
        <w:rPr>
          <w:lang w:val="en-GB"/>
        </w:rPr>
      </w:pPr>
      <w:r w:rsidRPr="00E12B42">
        <w:rPr>
          <w:lang w:val="en-GB"/>
        </w:rPr>
        <w:t>Although My Sports Coach seeks to work with reputable third-party providers, we are not responsible for:</w:t>
      </w:r>
    </w:p>
    <w:p w14:paraId="0D61B104" w14:textId="77777777" w:rsidR="00E12B42" w:rsidRPr="00E12B42" w:rsidRDefault="00E12B42">
      <w:pPr>
        <w:numPr>
          <w:ilvl w:val="0"/>
          <w:numId w:val="102"/>
        </w:numPr>
        <w:rPr>
          <w:lang w:val="en-GB"/>
        </w:rPr>
      </w:pPr>
      <w:r w:rsidRPr="00E12B42">
        <w:rPr>
          <w:lang w:val="en-GB"/>
        </w:rPr>
        <w:t xml:space="preserve">the operation of independent third-party services; </w:t>
      </w:r>
    </w:p>
    <w:p w14:paraId="77D0A0AB" w14:textId="77777777" w:rsidR="00E12B42" w:rsidRPr="00E12B42" w:rsidRDefault="00E12B42">
      <w:pPr>
        <w:numPr>
          <w:ilvl w:val="0"/>
          <w:numId w:val="102"/>
        </w:numPr>
        <w:rPr>
          <w:lang w:val="en-GB"/>
        </w:rPr>
      </w:pPr>
      <w:r w:rsidRPr="00E12B42">
        <w:rPr>
          <w:lang w:val="en-GB"/>
        </w:rPr>
        <w:t xml:space="preserve">changes made by third-party providers; </w:t>
      </w:r>
    </w:p>
    <w:p w14:paraId="19B0C57F" w14:textId="77777777" w:rsidR="00E12B42" w:rsidRPr="00E12B42" w:rsidRDefault="00E12B42">
      <w:pPr>
        <w:numPr>
          <w:ilvl w:val="0"/>
          <w:numId w:val="102"/>
        </w:numPr>
        <w:rPr>
          <w:lang w:val="en-GB"/>
        </w:rPr>
      </w:pPr>
      <w:r w:rsidRPr="00E12B42">
        <w:rPr>
          <w:lang w:val="en-GB"/>
        </w:rPr>
        <w:t xml:space="preserve">the availability of third-party websites; </w:t>
      </w:r>
    </w:p>
    <w:p w14:paraId="2D9558E7" w14:textId="77777777" w:rsidR="00E12B42" w:rsidRPr="00E12B42" w:rsidRDefault="00E12B42">
      <w:pPr>
        <w:numPr>
          <w:ilvl w:val="0"/>
          <w:numId w:val="102"/>
        </w:numPr>
        <w:rPr>
          <w:lang w:val="en-GB"/>
        </w:rPr>
      </w:pPr>
      <w:r w:rsidRPr="00E12B42">
        <w:rPr>
          <w:lang w:val="en-GB"/>
        </w:rPr>
        <w:t xml:space="preserve">the terms imposed by third-party providers; or </w:t>
      </w:r>
    </w:p>
    <w:p w14:paraId="55805F7F" w14:textId="77777777" w:rsidR="00E12B42" w:rsidRPr="00E12B42" w:rsidRDefault="00E12B42">
      <w:pPr>
        <w:numPr>
          <w:ilvl w:val="0"/>
          <w:numId w:val="102"/>
        </w:numPr>
        <w:rPr>
          <w:lang w:val="en-GB"/>
        </w:rPr>
      </w:pPr>
      <w:r w:rsidRPr="00E12B42">
        <w:rPr>
          <w:lang w:val="en-GB"/>
        </w:rPr>
        <w:t xml:space="preserve">losses arising solely from the failure of independent third-party services beyond our reasonable control. </w:t>
      </w:r>
    </w:p>
    <w:p w14:paraId="38DC7336" w14:textId="77777777" w:rsidR="00E12B42" w:rsidRDefault="00E12B42" w:rsidP="00E12B42">
      <w:pPr>
        <w:rPr>
          <w:lang w:val="en-GB"/>
        </w:rPr>
      </w:pPr>
      <w:r w:rsidRPr="00E12B42">
        <w:rPr>
          <w:lang w:val="en-GB"/>
        </w:rPr>
        <w:lastRenderedPageBreak/>
        <w:t>Nothing within this section limits any rights that users may have directly against the relevant third-party provider under applicable law.</w:t>
      </w:r>
    </w:p>
    <w:p w14:paraId="470F3B72" w14:textId="77777777" w:rsidR="008F30D8" w:rsidRPr="008F30D8" w:rsidRDefault="008F30D8" w:rsidP="008F30D8">
      <w:pPr>
        <w:rPr>
          <w:b/>
          <w:bCs/>
          <w:color w:val="365F91" w:themeColor="accent1" w:themeShade="BF"/>
          <w:sz w:val="28"/>
          <w:szCs w:val="28"/>
          <w:lang w:val="en-GB"/>
        </w:rPr>
      </w:pPr>
      <w:r w:rsidRPr="008F30D8">
        <w:rPr>
          <w:b/>
          <w:bCs/>
          <w:color w:val="365F91" w:themeColor="accent1" w:themeShade="BF"/>
          <w:sz w:val="28"/>
          <w:szCs w:val="28"/>
          <w:lang w:val="en-GB"/>
        </w:rPr>
        <w:t>20. Limitation of Liability</w:t>
      </w:r>
    </w:p>
    <w:p w14:paraId="2E686FF0" w14:textId="77777777" w:rsidR="008F30D8" w:rsidRPr="008F30D8" w:rsidRDefault="008F30D8" w:rsidP="008F30D8">
      <w:pPr>
        <w:rPr>
          <w:lang w:val="en-GB"/>
        </w:rPr>
      </w:pPr>
      <w:r w:rsidRPr="008F30D8">
        <w:rPr>
          <w:lang w:val="en-GB"/>
        </w:rPr>
        <w:t>Nothing in these Terms excludes or limits any liability that cannot lawfully be excluded or limited under applicable law.</w:t>
      </w:r>
    </w:p>
    <w:p w14:paraId="779B16C3" w14:textId="77777777" w:rsidR="008F30D8" w:rsidRPr="008F30D8" w:rsidRDefault="008F30D8" w:rsidP="008F30D8">
      <w:pPr>
        <w:rPr>
          <w:lang w:val="en-GB"/>
        </w:rPr>
      </w:pPr>
      <w:r w:rsidRPr="008F30D8">
        <w:rPr>
          <w:lang w:val="en-GB"/>
        </w:rPr>
        <w:t>Subject to that principle, this section explains the extent of My Sports Coach's responsibility for the operation of the platform and the services provided through it.</w:t>
      </w:r>
    </w:p>
    <w:p w14:paraId="13C5291C" w14:textId="77777777" w:rsidR="008F30D8" w:rsidRPr="008F30D8" w:rsidRDefault="00000000" w:rsidP="008F30D8">
      <w:pPr>
        <w:rPr>
          <w:lang w:val="en-GB"/>
        </w:rPr>
      </w:pPr>
      <w:r>
        <w:rPr>
          <w:lang w:val="en-GB"/>
        </w:rPr>
        <w:pict w14:anchorId="6F6595E4">
          <v:rect id="_x0000_i1175" style="width:0;height:1.5pt" o:hralign="center" o:hrstd="t" o:hr="t" fillcolor="#a0a0a0" stroked="f"/>
        </w:pict>
      </w:r>
    </w:p>
    <w:p w14:paraId="0DC6CACD"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20.1 Platform Provider</w:t>
      </w:r>
    </w:p>
    <w:p w14:paraId="1E5ED3B8" w14:textId="77777777" w:rsidR="008F30D8" w:rsidRPr="008F30D8" w:rsidRDefault="008F30D8" w:rsidP="008F30D8">
      <w:pPr>
        <w:rPr>
          <w:lang w:val="en-GB"/>
        </w:rPr>
      </w:pPr>
      <w:r w:rsidRPr="008F30D8">
        <w:rPr>
          <w:lang w:val="en-GB"/>
        </w:rPr>
        <w:t>My Sports Coach operates an online platform that enables participants and independent coaches to connect, communicate and arrange coaching services.</w:t>
      </w:r>
    </w:p>
    <w:p w14:paraId="36ED0AFE" w14:textId="77777777" w:rsidR="008F30D8" w:rsidRPr="008F30D8" w:rsidRDefault="008F30D8" w:rsidP="008F30D8">
      <w:pPr>
        <w:rPr>
          <w:lang w:val="en-GB"/>
        </w:rPr>
      </w:pPr>
      <w:r w:rsidRPr="008F30D8">
        <w:rPr>
          <w:lang w:val="en-GB"/>
        </w:rPr>
        <w:t>Unless expressly stated otherwise, My Sports Coach does not itself provide the coaching services advertised or delivered by independent coaches using the platform.</w:t>
      </w:r>
    </w:p>
    <w:p w14:paraId="3ECB8140" w14:textId="77777777" w:rsidR="008F30D8" w:rsidRPr="008F30D8" w:rsidRDefault="008F30D8" w:rsidP="008F30D8">
      <w:pPr>
        <w:rPr>
          <w:lang w:val="en-GB"/>
        </w:rPr>
      </w:pPr>
      <w:r w:rsidRPr="008F30D8">
        <w:rPr>
          <w:lang w:val="en-GB"/>
        </w:rPr>
        <w:t>Responsibility for the delivery, quality, suitability and safety of coaching services remains with the relevant coach.</w:t>
      </w:r>
    </w:p>
    <w:p w14:paraId="202A38F6" w14:textId="77777777" w:rsidR="008F30D8" w:rsidRPr="008F30D8" w:rsidRDefault="00000000" w:rsidP="008F30D8">
      <w:pPr>
        <w:rPr>
          <w:lang w:val="en-GB"/>
        </w:rPr>
      </w:pPr>
      <w:r>
        <w:rPr>
          <w:lang w:val="en-GB"/>
        </w:rPr>
        <w:pict w14:anchorId="27343EFF">
          <v:rect id="_x0000_i1176" style="width:0;height:1.5pt" o:hralign="center" o:hrstd="t" o:hr="t" fillcolor="#a0a0a0" stroked="f"/>
        </w:pict>
      </w:r>
    </w:p>
    <w:p w14:paraId="0ED7FE80"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20.2 Independent Coaches</w:t>
      </w:r>
    </w:p>
    <w:p w14:paraId="0F4B32C5" w14:textId="77777777" w:rsidR="008F30D8" w:rsidRPr="008F30D8" w:rsidRDefault="008F30D8" w:rsidP="008F30D8">
      <w:pPr>
        <w:rPr>
          <w:lang w:val="en-GB"/>
        </w:rPr>
      </w:pPr>
      <w:r w:rsidRPr="008F30D8">
        <w:rPr>
          <w:lang w:val="en-GB"/>
        </w:rPr>
        <w:t>Coaches using the My Sports Coach platform are independent service providers.</w:t>
      </w:r>
    </w:p>
    <w:p w14:paraId="52E760DE" w14:textId="77777777" w:rsidR="008F30D8" w:rsidRPr="008F30D8" w:rsidRDefault="008F30D8" w:rsidP="008F30D8">
      <w:pPr>
        <w:rPr>
          <w:lang w:val="en-GB"/>
        </w:rPr>
      </w:pPr>
      <w:r w:rsidRPr="008F30D8">
        <w:rPr>
          <w:lang w:val="en-GB"/>
        </w:rPr>
        <w:t>My Sports Coach is not responsible for:</w:t>
      </w:r>
    </w:p>
    <w:p w14:paraId="117C126C" w14:textId="77777777" w:rsidR="008F30D8" w:rsidRPr="008F30D8" w:rsidRDefault="008F30D8">
      <w:pPr>
        <w:numPr>
          <w:ilvl w:val="0"/>
          <w:numId w:val="103"/>
        </w:numPr>
        <w:rPr>
          <w:lang w:val="en-GB"/>
        </w:rPr>
      </w:pPr>
      <w:r w:rsidRPr="008F30D8">
        <w:rPr>
          <w:lang w:val="en-GB"/>
        </w:rPr>
        <w:t xml:space="preserve">the quality of coaching services; </w:t>
      </w:r>
    </w:p>
    <w:p w14:paraId="5FDB70AE" w14:textId="77777777" w:rsidR="008F30D8" w:rsidRPr="008F30D8" w:rsidRDefault="008F30D8">
      <w:pPr>
        <w:numPr>
          <w:ilvl w:val="0"/>
          <w:numId w:val="103"/>
        </w:numPr>
        <w:rPr>
          <w:lang w:val="en-GB"/>
        </w:rPr>
      </w:pPr>
      <w:r w:rsidRPr="008F30D8">
        <w:rPr>
          <w:lang w:val="en-GB"/>
        </w:rPr>
        <w:t xml:space="preserve">coaching methods; </w:t>
      </w:r>
    </w:p>
    <w:p w14:paraId="007EACF0" w14:textId="77777777" w:rsidR="008F30D8" w:rsidRPr="008F30D8" w:rsidRDefault="008F30D8">
      <w:pPr>
        <w:numPr>
          <w:ilvl w:val="0"/>
          <w:numId w:val="103"/>
        </w:numPr>
        <w:rPr>
          <w:lang w:val="en-GB"/>
        </w:rPr>
      </w:pPr>
      <w:r w:rsidRPr="008F30D8">
        <w:rPr>
          <w:lang w:val="en-GB"/>
        </w:rPr>
        <w:t xml:space="preserve">professional advice given by coaches; </w:t>
      </w:r>
    </w:p>
    <w:p w14:paraId="16BD31FB" w14:textId="77777777" w:rsidR="008F30D8" w:rsidRPr="008F30D8" w:rsidRDefault="008F30D8">
      <w:pPr>
        <w:numPr>
          <w:ilvl w:val="0"/>
          <w:numId w:val="103"/>
        </w:numPr>
        <w:rPr>
          <w:lang w:val="en-GB"/>
        </w:rPr>
      </w:pPr>
      <w:r w:rsidRPr="008F30D8">
        <w:rPr>
          <w:lang w:val="en-GB"/>
        </w:rPr>
        <w:t xml:space="preserve">decisions made by coaches during coaching sessions; </w:t>
      </w:r>
    </w:p>
    <w:p w14:paraId="733325E6" w14:textId="77777777" w:rsidR="008F30D8" w:rsidRPr="008F30D8" w:rsidRDefault="008F30D8">
      <w:pPr>
        <w:numPr>
          <w:ilvl w:val="0"/>
          <w:numId w:val="103"/>
        </w:numPr>
        <w:rPr>
          <w:lang w:val="en-GB"/>
        </w:rPr>
      </w:pPr>
      <w:r w:rsidRPr="008F30D8">
        <w:rPr>
          <w:lang w:val="en-GB"/>
        </w:rPr>
        <w:t xml:space="preserve">qualifications or experience beyond any verification expressly carried out by My Sports Coach; </w:t>
      </w:r>
    </w:p>
    <w:p w14:paraId="0C41EB58" w14:textId="77777777" w:rsidR="008F30D8" w:rsidRPr="008F30D8" w:rsidRDefault="008F30D8">
      <w:pPr>
        <w:numPr>
          <w:ilvl w:val="0"/>
          <w:numId w:val="103"/>
        </w:numPr>
        <w:rPr>
          <w:lang w:val="en-GB"/>
        </w:rPr>
      </w:pPr>
      <w:r w:rsidRPr="008F30D8">
        <w:rPr>
          <w:lang w:val="en-GB"/>
        </w:rPr>
        <w:t xml:space="preserve">the conduct of coaches outside the operation of the platform; or </w:t>
      </w:r>
    </w:p>
    <w:p w14:paraId="57EE57B9" w14:textId="77777777" w:rsidR="008F30D8" w:rsidRPr="008F30D8" w:rsidRDefault="008F30D8">
      <w:pPr>
        <w:numPr>
          <w:ilvl w:val="0"/>
          <w:numId w:val="103"/>
        </w:numPr>
        <w:rPr>
          <w:lang w:val="en-GB"/>
        </w:rPr>
      </w:pPr>
      <w:r w:rsidRPr="008F30D8">
        <w:rPr>
          <w:lang w:val="en-GB"/>
        </w:rPr>
        <w:t xml:space="preserve">contractual obligations owed by coaches to participants. </w:t>
      </w:r>
    </w:p>
    <w:p w14:paraId="6DA83C5B" w14:textId="77777777" w:rsidR="008F30D8" w:rsidRPr="008F30D8" w:rsidRDefault="008F30D8" w:rsidP="008F30D8">
      <w:pPr>
        <w:rPr>
          <w:lang w:val="en-GB"/>
        </w:rPr>
      </w:pPr>
      <w:r w:rsidRPr="008F30D8">
        <w:rPr>
          <w:lang w:val="en-GB"/>
        </w:rPr>
        <w:t>Participants should satisfy themselves that a coach is suitable for their individual needs before making a booking.</w:t>
      </w:r>
    </w:p>
    <w:p w14:paraId="6A205B54" w14:textId="77777777" w:rsidR="008F30D8" w:rsidRPr="008F30D8" w:rsidRDefault="00000000" w:rsidP="008F30D8">
      <w:pPr>
        <w:rPr>
          <w:lang w:val="en-GB"/>
        </w:rPr>
      </w:pPr>
      <w:r>
        <w:rPr>
          <w:lang w:val="en-GB"/>
        </w:rPr>
        <w:pict w14:anchorId="1A617729">
          <v:rect id="_x0000_i1177" style="width:0;height:1.5pt" o:hralign="center" o:hrstd="t" o:hr="t" fillcolor="#a0a0a0" stroked="f"/>
        </w:pict>
      </w:r>
    </w:p>
    <w:p w14:paraId="765C917C"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20.3 Platform Availability</w:t>
      </w:r>
    </w:p>
    <w:p w14:paraId="5846386F" w14:textId="77777777" w:rsidR="008F30D8" w:rsidRPr="008F30D8" w:rsidRDefault="008F30D8" w:rsidP="008F30D8">
      <w:pPr>
        <w:rPr>
          <w:lang w:val="en-GB"/>
        </w:rPr>
      </w:pPr>
      <w:r w:rsidRPr="008F30D8">
        <w:rPr>
          <w:lang w:val="en-GB"/>
        </w:rPr>
        <w:lastRenderedPageBreak/>
        <w:t>While My Sports Coach aims to provide a reliable and secure platform, we do not guarantee that the platform will always be:</w:t>
      </w:r>
    </w:p>
    <w:p w14:paraId="18EFD3DE" w14:textId="77777777" w:rsidR="008F30D8" w:rsidRPr="008F30D8" w:rsidRDefault="008F30D8">
      <w:pPr>
        <w:numPr>
          <w:ilvl w:val="0"/>
          <w:numId w:val="104"/>
        </w:numPr>
        <w:rPr>
          <w:lang w:val="en-GB"/>
        </w:rPr>
      </w:pPr>
      <w:r w:rsidRPr="008F30D8">
        <w:rPr>
          <w:lang w:val="en-GB"/>
        </w:rPr>
        <w:t xml:space="preserve">continuously available; </w:t>
      </w:r>
    </w:p>
    <w:p w14:paraId="439FA172" w14:textId="77777777" w:rsidR="008F30D8" w:rsidRPr="008F30D8" w:rsidRDefault="008F30D8">
      <w:pPr>
        <w:numPr>
          <w:ilvl w:val="0"/>
          <w:numId w:val="104"/>
        </w:numPr>
        <w:rPr>
          <w:lang w:val="en-GB"/>
        </w:rPr>
      </w:pPr>
      <w:r w:rsidRPr="008F30D8">
        <w:rPr>
          <w:lang w:val="en-GB"/>
        </w:rPr>
        <w:t xml:space="preserve">uninterrupted; </w:t>
      </w:r>
    </w:p>
    <w:p w14:paraId="5E017C49" w14:textId="77777777" w:rsidR="008F30D8" w:rsidRPr="008F30D8" w:rsidRDefault="008F30D8">
      <w:pPr>
        <w:numPr>
          <w:ilvl w:val="0"/>
          <w:numId w:val="104"/>
        </w:numPr>
        <w:rPr>
          <w:lang w:val="en-GB"/>
        </w:rPr>
      </w:pPr>
      <w:r w:rsidRPr="008F30D8">
        <w:rPr>
          <w:lang w:val="en-GB"/>
        </w:rPr>
        <w:t xml:space="preserve">error free; or </w:t>
      </w:r>
    </w:p>
    <w:p w14:paraId="7A09EF9B" w14:textId="77777777" w:rsidR="008F30D8" w:rsidRPr="008F30D8" w:rsidRDefault="008F30D8">
      <w:pPr>
        <w:numPr>
          <w:ilvl w:val="0"/>
          <w:numId w:val="104"/>
        </w:numPr>
        <w:rPr>
          <w:lang w:val="en-GB"/>
        </w:rPr>
      </w:pPr>
      <w:r w:rsidRPr="008F30D8">
        <w:rPr>
          <w:lang w:val="en-GB"/>
        </w:rPr>
        <w:t xml:space="preserve">free from technical faults. </w:t>
      </w:r>
    </w:p>
    <w:p w14:paraId="6A3A0D82" w14:textId="77777777" w:rsidR="008F30D8" w:rsidRPr="008F30D8" w:rsidRDefault="008F30D8" w:rsidP="008F30D8">
      <w:pPr>
        <w:rPr>
          <w:lang w:val="en-GB"/>
        </w:rPr>
      </w:pPr>
      <w:r w:rsidRPr="008F30D8">
        <w:rPr>
          <w:lang w:val="en-GB"/>
        </w:rPr>
        <w:t>Temporary interruptions may occur due to:</w:t>
      </w:r>
    </w:p>
    <w:p w14:paraId="50252C56" w14:textId="77777777" w:rsidR="008F30D8" w:rsidRPr="008F30D8" w:rsidRDefault="008F30D8">
      <w:pPr>
        <w:numPr>
          <w:ilvl w:val="0"/>
          <w:numId w:val="105"/>
        </w:numPr>
        <w:rPr>
          <w:lang w:val="en-GB"/>
        </w:rPr>
      </w:pPr>
      <w:r w:rsidRPr="008F30D8">
        <w:rPr>
          <w:lang w:val="en-GB"/>
        </w:rPr>
        <w:t xml:space="preserve">maintenance; </w:t>
      </w:r>
    </w:p>
    <w:p w14:paraId="3D22BF9A" w14:textId="77777777" w:rsidR="008F30D8" w:rsidRPr="008F30D8" w:rsidRDefault="008F30D8">
      <w:pPr>
        <w:numPr>
          <w:ilvl w:val="0"/>
          <w:numId w:val="105"/>
        </w:numPr>
        <w:rPr>
          <w:lang w:val="en-GB"/>
        </w:rPr>
      </w:pPr>
      <w:r w:rsidRPr="008F30D8">
        <w:rPr>
          <w:lang w:val="en-GB"/>
        </w:rPr>
        <w:t xml:space="preserve">software updates; </w:t>
      </w:r>
    </w:p>
    <w:p w14:paraId="791D410C" w14:textId="77777777" w:rsidR="008F30D8" w:rsidRPr="008F30D8" w:rsidRDefault="008F30D8">
      <w:pPr>
        <w:numPr>
          <w:ilvl w:val="0"/>
          <w:numId w:val="105"/>
        </w:numPr>
        <w:rPr>
          <w:lang w:val="en-GB"/>
        </w:rPr>
      </w:pPr>
      <w:r w:rsidRPr="008F30D8">
        <w:rPr>
          <w:lang w:val="en-GB"/>
        </w:rPr>
        <w:t xml:space="preserve">internet failures; </w:t>
      </w:r>
    </w:p>
    <w:p w14:paraId="72555BD9" w14:textId="77777777" w:rsidR="008F30D8" w:rsidRPr="008F30D8" w:rsidRDefault="008F30D8">
      <w:pPr>
        <w:numPr>
          <w:ilvl w:val="0"/>
          <w:numId w:val="105"/>
        </w:numPr>
        <w:rPr>
          <w:lang w:val="en-GB"/>
        </w:rPr>
      </w:pPr>
      <w:r w:rsidRPr="008F30D8">
        <w:rPr>
          <w:lang w:val="en-GB"/>
        </w:rPr>
        <w:t xml:space="preserve">third-party service interruptions; or </w:t>
      </w:r>
    </w:p>
    <w:p w14:paraId="4FB182A6" w14:textId="77777777" w:rsidR="008F30D8" w:rsidRPr="008F30D8" w:rsidRDefault="008F30D8">
      <w:pPr>
        <w:numPr>
          <w:ilvl w:val="0"/>
          <w:numId w:val="105"/>
        </w:numPr>
        <w:rPr>
          <w:lang w:val="en-GB"/>
        </w:rPr>
      </w:pPr>
      <w:r w:rsidRPr="008F30D8">
        <w:rPr>
          <w:lang w:val="en-GB"/>
        </w:rPr>
        <w:t xml:space="preserve">circumstances beyond our reasonable control. </w:t>
      </w:r>
    </w:p>
    <w:p w14:paraId="67EE0D05" w14:textId="77777777" w:rsidR="008F30D8" w:rsidRPr="008F30D8" w:rsidRDefault="00000000" w:rsidP="008F30D8">
      <w:pPr>
        <w:rPr>
          <w:lang w:val="en-GB"/>
        </w:rPr>
      </w:pPr>
      <w:r>
        <w:rPr>
          <w:lang w:val="en-GB"/>
        </w:rPr>
        <w:pict w14:anchorId="28250E0D">
          <v:rect id="_x0000_i1178" style="width:0;height:1.5pt" o:hralign="center" o:hrstd="t" o:hr="t" fillcolor="#a0a0a0" stroked="f"/>
        </w:pict>
      </w:r>
    </w:p>
    <w:p w14:paraId="37854841" w14:textId="77777777" w:rsidR="008F30D8" w:rsidRDefault="008F30D8" w:rsidP="008F30D8">
      <w:pPr>
        <w:rPr>
          <w:b/>
          <w:bCs/>
          <w:lang w:val="en-GB"/>
        </w:rPr>
      </w:pPr>
    </w:p>
    <w:p w14:paraId="3276562E" w14:textId="0F31B198" w:rsidR="008F30D8" w:rsidRPr="008F30D8" w:rsidRDefault="008F30D8" w:rsidP="008F30D8">
      <w:pPr>
        <w:rPr>
          <w:b/>
          <w:bCs/>
          <w:color w:val="365F91" w:themeColor="accent1" w:themeShade="BF"/>
          <w:lang w:val="en-GB"/>
        </w:rPr>
      </w:pPr>
      <w:r w:rsidRPr="008F30D8">
        <w:rPr>
          <w:b/>
          <w:bCs/>
          <w:color w:val="365F91" w:themeColor="accent1" w:themeShade="BF"/>
          <w:lang w:val="en-GB"/>
        </w:rPr>
        <w:t>20.4 User Decisions</w:t>
      </w:r>
    </w:p>
    <w:p w14:paraId="00D4E2A1" w14:textId="77777777" w:rsidR="008F30D8" w:rsidRPr="008F30D8" w:rsidRDefault="008F30D8" w:rsidP="008F30D8">
      <w:pPr>
        <w:rPr>
          <w:lang w:val="en-GB"/>
        </w:rPr>
      </w:pPr>
      <w:r w:rsidRPr="008F30D8">
        <w:rPr>
          <w:lang w:val="en-GB"/>
        </w:rPr>
        <w:t>Users remain responsible for the decisions they make when using the platform.</w:t>
      </w:r>
    </w:p>
    <w:p w14:paraId="0206EBA5" w14:textId="77777777" w:rsidR="008F30D8" w:rsidRPr="008F30D8" w:rsidRDefault="008F30D8" w:rsidP="008F30D8">
      <w:pPr>
        <w:rPr>
          <w:lang w:val="en-GB"/>
        </w:rPr>
      </w:pPr>
      <w:r w:rsidRPr="008F30D8">
        <w:rPr>
          <w:lang w:val="en-GB"/>
        </w:rPr>
        <w:t>This includes decisions relating to:</w:t>
      </w:r>
    </w:p>
    <w:p w14:paraId="5E8AD269" w14:textId="77777777" w:rsidR="008F30D8" w:rsidRPr="008F30D8" w:rsidRDefault="008F30D8">
      <w:pPr>
        <w:numPr>
          <w:ilvl w:val="0"/>
          <w:numId w:val="106"/>
        </w:numPr>
        <w:rPr>
          <w:lang w:val="en-GB"/>
        </w:rPr>
      </w:pPr>
      <w:r w:rsidRPr="008F30D8">
        <w:rPr>
          <w:lang w:val="en-GB"/>
        </w:rPr>
        <w:t xml:space="preserve">selecting a coach; </w:t>
      </w:r>
    </w:p>
    <w:p w14:paraId="0EB6F7B3" w14:textId="77777777" w:rsidR="008F30D8" w:rsidRPr="008F30D8" w:rsidRDefault="008F30D8">
      <w:pPr>
        <w:numPr>
          <w:ilvl w:val="0"/>
          <w:numId w:val="106"/>
        </w:numPr>
        <w:rPr>
          <w:lang w:val="en-GB"/>
        </w:rPr>
      </w:pPr>
      <w:r w:rsidRPr="008F30D8">
        <w:rPr>
          <w:lang w:val="en-GB"/>
        </w:rPr>
        <w:t xml:space="preserve">participating in coaching activities; </w:t>
      </w:r>
    </w:p>
    <w:p w14:paraId="1C494853" w14:textId="77777777" w:rsidR="008F30D8" w:rsidRPr="008F30D8" w:rsidRDefault="008F30D8">
      <w:pPr>
        <w:numPr>
          <w:ilvl w:val="0"/>
          <w:numId w:val="106"/>
        </w:numPr>
        <w:rPr>
          <w:lang w:val="en-GB"/>
        </w:rPr>
      </w:pPr>
      <w:r w:rsidRPr="008F30D8">
        <w:rPr>
          <w:lang w:val="en-GB"/>
        </w:rPr>
        <w:t xml:space="preserve">providing personal information; </w:t>
      </w:r>
    </w:p>
    <w:p w14:paraId="426857C4" w14:textId="77777777" w:rsidR="008F30D8" w:rsidRPr="008F30D8" w:rsidRDefault="008F30D8">
      <w:pPr>
        <w:numPr>
          <w:ilvl w:val="0"/>
          <w:numId w:val="106"/>
        </w:numPr>
        <w:rPr>
          <w:lang w:val="en-GB"/>
        </w:rPr>
      </w:pPr>
      <w:r w:rsidRPr="008F30D8">
        <w:rPr>
          <w:lang w:val="en-GB"/>
        </w:rPr>
        <w:t xml:space="preserve">arranging bookings; and </w:t>
      </w:r>
    </w:p>
    <w:p w14:paraId="37FBDC36" w14:textId="77777777" w:rsidR="008F30D8" w:rsidRPr="008F30D8" w:rsidRDefault="008F30D8">
      <w:pPr>
        <w:numPr>
          <w:ilvl w:val="0"/>
          <w:numId w:val="106"/>
        </w:numPr>
        <w:rPr>
          <w:lang w:val="en-GB"/>
        </w:rPr>
      </w:pPr>
      <w:r w:rsidRPr="008F30D8">
        <w:rPr>
          <w:lang w:val="en-GB"/>
        </w:rPr>
        <w:t xml:space="preserve">following coaching advice. </w:t>
      </w:r>
    </w:p>
    <w:p w14:paraId="543BCD92" w14:textId="77777777" w:rsidR="008F30D8" w:rsidRPr="008F30D8" w:rsidRDefault="008F30D8" w:rsidP="008F30D8">
      <w:pPr>
        <w:rPr>
          <w:lang w:val="en-GB"/>
        </w:rPr>
      </w:pPr>
      <w:r w:rsidRPr="008F30D8">
        <w:rPr>
          <w:lang w:val="en-GB"/>
        </w:rPr>
        <w:t>Information published through the platform should be considered alongside a user's own judgement and individual circumstances.</w:t>
      </w:r>
    </w:p>
    <w:p w14:paraId="154A3E99" w14:textId="77777777" w:rsidR="008F30D8" w:rsidRPr="008F30D8" w:rsidRDefault="00000000" w:rsidP="008F30D8">
      <w:pPr>
        <w:rPr>
          <w:lang w:val="en-GB"/>
        </w:rPr>
      </w:pPr>
      <w:r>
        <w:rPr>
          <w:lang w:val="en-GB"/>
        </w:rPr>
        <w:pict w14:anchorId="3098DE5E">
          <v:rect id="_x0000_i1179" style="width:0;height:1.5pt" o:hralign="center" o:hrstd="t" o:hr="t" fillcolor="#a0a0a0" stroked="f"/>
        </w:pict>
      </w:r>
    </w:p>
    <w:p w14:paraId="5C501DEA"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20.5 User-Generated Content</w:t>
      </w:r>
    </w:p>
    <w:p w14:paraId="08988BE7" w14:textId="77777777" w:rsidR="008F30D8" w:rsidRPr="008F30D8" w:rsidRDefault="008F30D8" w:rsidP="008F30D8">
      <w:pPr>
        <w:rPr>
          <w:lang w:val="en-GB"/>
        </w:rPr>
      </w:pPr>
      <w:r w:rsidRPr="008F30D8">
        <w:rPr>
          <w:lang w:val="en-GB"/>
        </w:rPr>
        <w:t>My Sports Coach is not responsible for the accuracy or completeness of content submitted by users, including:</w:t>
      </w:r>
    </w:p>
    <w:p w14:paraId="5F3BD3FD" w14:textId="77777777" w:rsidR="008F30D8" w:rsidRPr="008F30D8" w:rsidRDefault="008F30D8">
      <w:pPr>
        <w:numPr>
          <w:ilvl w:val="0"/>
          <w:numId w:val="107"/>
        </w:numPr>
        <w:rPr>
          <w:lang w:val="en-GB"/>
        </w:rPr>
      </w:pPr>
      <w:r w:rsidRPr="008F30D8">
        <w:rPr>
          <w:lang w:val="en-GB"/>
        </w:rPr>
        <w:t xml:space="preserve">coach profiles; </w:t>
      </w:r>
    </w:p>
    <w:p w14:paraId="15407E29" w14:textId="77777777" w:rsidR="008F30D8" w:rsidRPr="008F30D8" w:rsidRDefault="008F30D8">
      <w:pPr>
        <w:numPr>
          <w:ilvl w:val="0"/>
          <w:numId w:val="107"/>
        </w:numPr>
        <w:rPr>
          <w:lang w:val="en-GB"/>
        </w:rPr>
      </w:pPr>
      <w:r w:rsidRPr="008F30D8">
        <w:rPr>
          <w:lang w:val="en-GB"/>
        </w:rPr>
        <w:lastRenderedPageBreak/>
        <w:t xml:space="preserve">reviews; </w:t>
      </w:r>
    </w:p>
    <w:p w14:paraId="663497ED" w14:textId="77777777" w:rsidR="008F30D8" w:rsidRPr="008F30D8" w:rsidRDefault="008F30D8">
      <w:pPr>
        <w:numPr>
          <w:ilvl w:val="0"/>
          <w:numId w:val="107"/>
        </w:numPr>
        <w:rPr>
          <w:lang w:val="en-GB"/>
        </w:rPr>
      </w:pPr>
      <w:r w:rsidRPr="008F30D8">
        <w:rPr>
          <w:lang w:val="en-GB"/>
        </w:rPr>
        <w:t xml:space="preserve">ratings; </w:t>
      </w:r>
    </w:p>
    <w:p w14:paraId="0AB53F4F" w14:textId="77777777" w:rsidR="008F30D8" w:rsidRPr="008F30D8" w:rsidRDefault="008F30D8">
      <w:pPr>
        <w:numPr>
          <w:ilvl w:val="0"/>
          <w:numId w:val="107"/>
        </w:numPr>
        <w:rPr>
          <w:lang w:val="en-GB"/>
        </w:rPr>
      </w:pPr>
      <w:r w:rsidRPr="008F30D8">
        <w:rPr>
          <w:lang w:val="en-GB"/>
        </w:rPr>
        <w:t xml:space="preserve">photographs; </w:t>
      </w:r>
    </w:p>
    <w:p w14:paraId="664A75DD" w14:textId="77777777" w:rsidR="008F30D8" w:rsidRPr="008F30D8" w:rsidRDefault="008F30D8">
      <w:pPr>
        <w:numPr>
          <w:ilvl w:val="0"/>
          <w:numId w:val="107"/>
        </w:numPr>
        <w:rPr>
          <w:lang w:val="en-GB"/>
        </w:rPr>
      </w:pPr>
      <w:r w:rsidRPr="008F30D8">
        <w:rPr>
          <w:lang w:val="en-GB"/>
        </w:rPr>
        <w:t xml:space="preserve">videos; </w:t>
      </w:r>
    </w:p>
    <w:p w14:paraId="51989A04" w14:textId="77777777" w:rsidR="008F30D8" w:rsidRPr="008F30D8" w:rsidRDefault="008F30D8">
      <w:pPr>
        <w:numPr>
          <w:ilvl w:val="0"/>
          <w:numId w:val="107"/>
        </w:numPr>
        <w:rPr>
          <w:lang w:val="en-GB"/>
        </w:rPr>
      </w:pPr>
      <w:r w:rsidRPr="008F30D8">
        <w:rPr>
          <w:lang w:val="en-GB"/>
        </w:rPr>
        <w:t xml:space="preserve">messages; or </w:t>
      </w:r>
    </w:p>
    <w:p w14:paraId="66597985" w14:textId="77777777" w:rsidR="008F30D8" w:rsidRPr="008F30D8" w:rsidRDefault="008F30D8">
      <w:pPr>
        <w:numPr>
          <w:ilvl w:val="0"/>
          <w:numId w:val="107"/>
        </w:numPr>
        <w:rPr>
          <w:lang w:val="en-GB"/>
        </w:rPr>
      </w:pPr>
      <w:r w:rsidRPr="008F30D8">
        <w:rPr>
          <w:lang w:val="en-GB"/>
        </w:rPr>
        <w:t xml:space="preserve">other user-generated content. </w:t>
      </w:r>
    </w:p>
    <w:p w14:paraId="1197DD01" w14:textId="77777777" w:rsidR="008F30D8" w:rsidRPr="008F30D8" w:rsidRDefault="008F30D8" w:rsidP="008F30D8">
      <w:pPr>
        <w:rPr>
          <w:lang w:val="en-GB"/>
        </w:rPr>
      </w:pPr>
      <w:r w:rsidRPr="008F30D8">
        <w:rPr>
          <w:lang w:val="en-GB"/>
        </w:rPr>
        <w:t>Where concerns are reported, My Sports Coach may investigate and take appropriate action in accordance with these Terms.</w:t>
      </w:r>
    </w:p>
    <w:p w14:paraId="0A06223E" w14:textId="77777777" w:rsidR="008F30D8" w:rsidRPr="008F30D8" w:rsidRDefault="00000000" w:rsidP="008F30D8">
      <w:pPr>
        <w:rPr>
          <w:lang w:val="en-GB"/>
        </w:rPr>
      </w:pPr>
      <w:r>
        <w:rPr>
          <w:lang w:val="en-GB"/>
        </w:rPr>
        <w:pict w14:anchorId="73978739">
          <v:rect id="_x0000_i1180" style="width:0;height:1.5pt" o:hralign="center" o:hrstd="t" o:hr="t" fillcolor="#a0a0a0" stroked="f"/>
        </w:pict>
      </w:r>
    </w:p>
    <w:p w14:paraId="285C64D0"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20.6 Third-Party Services</w:t>
      </w:r>
    </w:p>
    <w:p w14:paraId="7B94538E" w14:textId="77777777" w:rsidR="008F30D8" w:rsidRPr="008F30D8" w:rsidRDefault="008F30D8" w:rsidP="008F30D8">
      <w:pPr>
        <w:rPr>
          <w:lang w:val="en-GB"/>
        </w:rPr>
      </w:pPr>
      <w:r w:rsidRPr="008F30D8">
        <w:rPr>
          <w:lang w:val="en-GB"/>
        </w:rPr>
        <w:t>My Sports Coach is not responsible for losses arising solely from the operation, failure or unavailability of independent third-party services used in connection with the platform, including payment providers, hosting services or other technology providers, where those matters are outside our reasonable control.</w:t>
      </w:r>
    </w:p>
    <w:p w14:paraId="0456602E" w14:textId="77777777" w:rsidR="008F30D8" w:rsidRPr="008F30D8" w:rsidRDefault="00000000" w:rsidP="008F30D8">
      <w:pPr>
        <w:rPr>
          <w:lang w:val="en-GB"/>
        </w:rPr>
      </w:pPr>
      <w:r>
        <w:rPr>
          <w:lang w:val="en-GB"/>
        </w:rPr>
        <w:pict w14:anchorId="172B9610">
          <v:rect id="_x0000_i1181" style="width:0;height:1.5pt" o:hralign="center" o:hrstd="t" o:hr="t" fillcolor="#a0a0a0" stroked="f"/>
        </w:pict>
      </w:r>
    </w:p>
    <w:p w14:paraId="2C7568FE" w14:textId="77777777" w:rsidR="008F30D8" w:rsidRDefault="008F30D8" w:rsidP="008F30D8">
      <w:pPr>
        <w:rPr>
          <w:b/>
          <w:bCs/>
          <w:lang w:val="en-GB"/>
        </w:rPr>
      </w:pPr>
    </w:p>
    <w:p w14:paraId="00B48647" w14:textId="11636063" w:rsidR="008F30D8" w:rsidRPr="008F30D8" w:rsidRDefault="008F30D8" w:rsidP="008F30D8">
      <w:pPr>
        <w:rPr>
          <w:b/>
          <w:bCs/>
          <w:color w:val="365F91" w:themeColor="accent1" w:themeShade="BF"/>
          <w:lang w:val="en-GB"/>
        </w:rPr>
      </w:pPr>
      <w:r w:rsidRPr="008F30D8">
        <w:rPr>
          <w:b/>
          <w:bCs/>
          <w:color w:val="365F91" w:themeColor="accent1" w:themeShade="BF"/>
          <w:lang w:val="en-GB"/>
        </w:rPr>
        <w:t>20.7 Indirect Loss</w:t>
      </w:r>
    </w:p>
    <w:p w14:paraId="289002CC" w14:textId="77777777" w:rsidR="008F30D8" w:rsidRPr="008F30D8" w:rsidRDefault="008F30D8" w:rsidP="008F30D8">
      <w:pPr>
        <w:rPr>
          <w:lang w:val="en-GB"/>
        </w:rPr>
      </w:pPr>
      <w:r w:rsidRPr="008F30D8">
        <w:rPr>
          <w:lang w:val="en-GB"/>
        </w:rPr>
        <w:t>To the fullest extent permitted by law, My Sports Coach will not be liable for indirect or consequential losses arising from the use of the platform.</w:t>
      </w:r>
    </w:p>
    <w:p w14:paraId="37C81E02" w14:textId="77777777" w:rsidR="008F30D8" w:rsidRPr="008F30D8" w:rsidRDefault="008F30D8" w:rsidP="008F30D8">
      <w:pPr>
        <w:rPr>
          <w:lang w:val="en-GB"/>
        </w:rPr>
      </w:pPr>
      <w:r w:rsidRPr="008F30D8">
        <w:rPr>
          <w:lang w:val="en-GB"/>
        </w:rPr>
        <w:t>Examples may include:</w:t>
      </w:r>
    </w:p>
    <w:p w14:paraId="1334062A" w14:textId="77777777" w:rsidR="008F30D8" w:rsidRPr="008F30D8" w:rsidRDefault="008F30D8">
      <w:pPr>
        <w:numPr>
          <w:ilvl w:val="0"/>
          <w:numId w:val="108"/>
        </w:numPr>
        <w:rPr>
          <w:lang w:val="en-GB"/>
        </w:rPr>
      </w:pPr>
      <w:r w:rsidRPr="008F30D8">
        <w:rPr>
          <w:lang w:val="en-GB"/>
        </w:rPr>
        <w:t xml:space="preserve">loss of profits; </w:t>
      </w:r>
    </w:p>
    <w:p w14:paraId="4DDD235E" w14:textId="77777777" w:rsidR="008F30D8" w:rsidRPr="008F30D8" w:rsidRDefault="008F30D8">
      <w:pPr>
        <w:numPr>
          <w:ilvl w:val="0"/>
          <w:numId w:val="108"/>
        </w:numPr>
        <w:rPr>
          <w:lang w:val="en-GB"/>
        </w:rPr>
      </w:pPr>
      <w:r w:rsidRPr="008F30D8">
        <w:rPr>
          <w:lang w:val="en-GB"/>
        </w:rPr>
        <w:t xml:space="preserve">loss of business opportunities; </w:t>
      </w:r>
    </w:p>
    <w:p w14:paraId="37A2AA23" w14:textId="77777777" w:rsidR="008F30D8" w:rsidRPr="008F30D8" w:rsidRDefault="008F30D8">
      <w:pPr>
        <w:numPr>
          <w:ilvl w:val="0"/>
          <w:numId w:val="108"/>
        </w:numPr>
        <w:rPr>
          <w:lang w:val="en-GB"/>
        </w:rPr>
      </w:pPr>
      <w:r w:rsidRPr="008F30D8">
        <w:rPr>
          <w:lang w:val="en-GB"/>
        </w:rPr>
        <w:t xml:space="preserve">loss of goodwill; </w:t>
      </w:r>
    </w:p>
    <w:p w14:paraId="7665C426" w14:textId="77777777" w:rsidR="008F30D8" w:rsidRPr="008F30D8" w:rsidRDefault="008F30D8">
      <w:pPr>
        <w:numPr>
          <w:ilvl w:val="0"/>
          <w:numId w:val="108"/>
        </w:numPr>
        <w:rPr>
          <w:lang w:val="en-GB"/>
        </w:rPr>
      </w:pPr>
      <w:r w:rsidRPr="008F30D8">
        <w:rPr>
          <w:lang w:val="en-GB"/>
        </w:rPr>
        <w:t xml:space="preserve">loss of anticipated savings; or </w:t>
      </w:r>
    </w:p>
    <w:p w14:paraId="3922D1ED" w14:textId="77777777" w:rsidR="008F30D8" w:rsidRPr="008F30D8" w:rsidRDefault="008F30D8">
      <w:pPr>
        <w:numPr>
          <w:ilvl w:val="0"/>
          <w:numId w:val="108"/>
        </w:numPr>
        <w:rPr>
          <w:lang w:val="en-GB"/>
        </w:rPr>
      </w:pPr>
      <w:r w:rsidRPr="008F30D8">
        <w:rPr>
          <w:lang w:val="en-GB"/>
        </w:rPr>
        <w:t xml:space="preserve">interruption to business activities. </w:t>
      </w:r>
    </w:p>
    <w:p w14:paraId="07DC4F23" w14:textId="77777777" w:rsidR="008F30D8" w:rsidRPr="008F30D8" w:rsidRDefault="008F30D8" w:rsidP="008F30D8">
      <w:pPr>
        <w:rPr>
          <w:lang w:val="en-GB"/>
        </w:rPr>
      </w:pPr>
      <w:r w:rsidRPr="008F30D8">
        <w:rPr>
          <w:lang w:val="en-GB"/>
        </w:rPr>
        <w:t>This does not affect any rights that cannot lawfully be excluded under applicable law.</w:t>
      </w:r>
    </w:p>
    <w:p w14:paraId="29D4A39E" w14:textId="77777777" w:rsidR="008F30D8" w:rsidRPr="008F30D8" w:rsidRDefault="00000000" w:rsidP="008F30D8">
      <w:pPr>
        <w:rPr>
          <w:lang w:val="en-GB"/>
        </w:rPr>
      </w:pPr>
      <w:r>
        <w:rPr>
          <w:lang w:val="en-GB"/>
        </w:rPr>
        <w:pict w14:anchorId="7E289D21">
          <v:rect id="_x0000_i1182" style="width:0;height:1.5pt" o:hralign="center" o:hrstd="t" o:hr="t" fillcolor="#a0a0a0" stroked="f"/>
        </w:pict>
      </w:r>
    </w:p>
    <w:p w14:paraId="5D95BD30"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20.8 Liability That Cannot Be Excluded</w:t>
      </w:r>
    </w:p>
    <w:p w14:paraId="5487BDA4" w14:textId="77777777" w:rsidR="008F30D8" w:rsidRPr="008F30D8" w:rsidRDefault="008F30D8" w:rsidP="008F30D8">
      <w:pPr>
        <w:rPr>
          <w:lang w:val="en-GB"/>
        </w:rPr>
      </w:pPr>
      <w:r w:rsidRPr="008F30D8">
        <w:rPr>
          <w:lang w:val="en-GB"/>
        </w:rPr>
        <w:t>Nothing in these Terms excludes or limits liability for:</w:t>
      </w:r>
    </w:p>
    <w:p w14:paraId="7683294C" w14:textId="77777777" w:rsidR="008F30D8" w:rsidRPr="008F30D8" w:rsidRDefault="008F30D8">
      <w:pPr>
        <w:numPr>
          <w:ilvl w:val="0"/>
          <w:numId w:val="109"/>
        </w:numPr>
        <w:rPr>
          <w:lang w:val="en-GB"/>
        </w:rPr>
      </w:pPr>
      <w:r w:rsidRPr="008F30D8">
        <w:rPr>
          <w:lang w:val="en-GB"/>
        </w:rPr>
        <w:t xml:space="preserve">death or personal injury caused by negligence; </w:t>
      </w:r>
    </w:p>
    <w:p w14:paraId="20D437F4" w14:textId="77777777" w:rsidR="008F30D8" w:rsidRPr="008F30D8" w:rsidRDefault="008F30D8">
      <w:pPr>
        <w:numPr>
          <w:ilvl w:val="0"/>
          <w:numId w:val="109"/>
        </w:numPr>
        <w:rPr>
          <w:lang w:val="en-GB"/>
        </w:rPr>
      </w:pPr>
      <w:r w:rsidRPr="008F30D8">
        <w:rPr>
          <w:lang w:val="en-GB"/>
        </w:rPr>
        <w:lastRenderedPageBreak/>
        <w:t xml:space="preserve">fraud or fraudulent misrepresentation; </w:t>
      </w:r>
    </w:p>
    <w:p w14:paraId="0873627C" w14:textId="77777777" w:rsidR="008F30D8" w:rsidRPr="008F30D8" w:rsidRDefault="008F30D8">
      <w:pPr>
        <w:numPr>
          <w:ilvl w:val="0"/>
          <w:numId w:val="109"/>
        </w:numPr>
        <w:rPr>
          <w:lang w:val="en-GB"/>
        </w:rPr>
      </w:pPr>
      <w:r w:rsidRPr="008F30D8">
        <w:rPr>
          <w:lang w:val="en-GB"/>
        </w:rPr>
        <w:t xml:space="preserve">any liability that cannot lawfully be excluded or restricted; or </w:t>
      </w:r>
    </w:p>
    <w:p w14:paraId="4D95F687" w14:textId="77777777" w:rsidR="008F30D8" w:rsidRPr="008F30D8" w:rsidRDefault="008F30D8">
      <w:pPr>
        <w:numPr>
          <w:ilvl w:val="0"/>
          <w:numId w:val="109"/>
        </w:numPr>
        <w:rPr>
          <w:lang w:val="en-GB"/>
        </w:rPr>
      </w:pPr>
      <w:r w:rsidRPr="008F30D8">
        <w:rPr>
          <w:lang w:val="en-GB"/>
        </w:rPr>
        <w:t xml:space="preserve">statutory rights available to consumers under applicable law. </w:t>
      </w:r>
    </w:p>
    <w:p w14:paraId="0D1F7DD3" w14:textId="77777777" w:rsidR="008F30D8" w:rsidRPr="008F30D8" w:rsidRDefault="00000000" w:rsidP="008F30D8">
      <w:pPr>
        <w:rPr>
          <w:lang w:val="en-GB"/>
        </w:rPr>
      </w:pPr>
      <w:r>
        <w:rPr>
          <w:lang w:val="en-GB"/>
        </w:rPr>
        <w:pict w14:anchorId="7720F977">
          <v:rect id="_x0000_i1183" style="width:0;height:1.5pt" o:hralign="center" o:hrstd="t" o:hr="t" fillcolor="#a0a0a0" stroked="f"/>
        </w:pict>
      </w:r>
    </w:p>
    <w:p w14:paraId="0C2AC6E5"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20.9 Reasonable Responsibility</w:t>
      </w:r>
    </w:p>
    <w:p w14:paraId="601CFE5B" w14:textId="77777777" w:rsidR="008F30D8" w:rsidRPr="008F30D8" w:rsidRDefault="008F30D8" w:rsidP="008F30D8">
      <w:pPr>
        <w:rPr>
          <w:lang w:val="en-GB"/>
        </w:rPr>
      </w:pPr>
      <w:r w:rsidRPr="008F30D8">
        <w:rPr>
          <w:lang w:val="en-GB"/>
        </w:rPr>
        <w:t>My Sports Coach will exercise reasonable skill and care in operating the platform and delivering the services that we are responsible for providing.</w:t>
      </w:r>
    </w:p>
    <w:p w14:paraId="5356C79E" w14:textId="77777777" w:rsidR="008F30D8" w:rsidRPr="008F30D8" w:rsidRDefault="008F30D8" w:rsidP="008F30D8">
      <w:pPr>
        <w:rPr>
          <w:lang w:val="en-GB"/>
        </w:rPr>
      </w:pPr>
      <w:r w:rsidRPr="008F30D8">
        <w:rPr>
          <w:lang w:val="en-GB"/>
        </w:rPr>
        <w:t>Where issues arise within our control, we will take reasonable steps to investigate and, where appropriate, resolve them fairly and promptly.</w:t>
      </w:r>
    </w:p>
    <w:p w14:paraId="09334B47" w14:textId="77777777" w:rsidR="008F30D8" w:rsidRPr="008F30D8" w:rsidRDefault="008F30D8" w:rsidP="008F30D8">
      <w:pPr>
        <w:rPr>
          <w:b/>
          <w:bCs/>
          <w:color w:val="365F91" w:themeColor="accent1" w:themeShade="BF"/>
          <w:sz w:val="28"/>
          <w:szCs w:val="28"/>
          <w:lang w:val="en-GB"/>
        </w:rPr>
      </w:pPr>
      <w:r w:rsidRPr="008F30D8">
        <w:rPr>
          <w:b/>
          <w:bCs/>
          <w:color w:val="365F91" w:themeColor="accent1" w:themeShade="BF"/>
          <w:sz w:val="28"/>
          <w:szCs w:val="28"/>
          <w:lang w:val="en-GB"/>
        </w:rPr>
        <w:t>21. Indemnity</w:t>
      </w:r>
    </w:p>
    <w:p w14:paraId="0FDB8962" w14:textId="77777777" w:rsidR="008F30D8" w:rsidRPr="008F30D8" w:rsidRDefault="008F30D8" w:rsidP="008F30D8">
      <w:pPr>
        <w:rPr>
          <w:lang w:val="en-GB"/>
        </w:rPr>
      </w:pPr>
      <w:r w:rsidRPr="008F30D8">
        <w:rPr>
          <w:lang w:val="en-GB"/>
        </w:rPr>
        <w:t>You agree to be responsible for your own use of the My Sports Coach platform and for complying with these Terms and all applicable laws.</w:t>
      </w:r>
    </w:p>
    <w:p w14:paraId="74323CFB" w14:textId="77777777" w:rsidR="008F30D8" w:rsidRPr="008F30D8" w:rsidRDefault="008F30D8" w:rsidP="008F30D8">
      <w:pPr>
        <w:rPr>
          <w:lang w:val="en-GB"/>
        </w:rPr>
      </w:pPr>
      <w:r w:rsidRPr="008F30D8">
        <w:rPr>
          <w:lang w:val="en-GB"/>
        </w:rPr>
        <w:t>Where permitted by law, you agree to indemnify My Sports Coach UK Ltd, together with its directors, officers, employees and authorised representatives, against reasonable losses, liabilities, costs, expenses and claims arising directly from:</w:t>
      </w:r>
    </w:p>
    <w:p w14:paraId="465A54DB" w14:textId="77777777" w:rsidR="008F30D8" w:rsidRPr="008F30D8" w:rsidRDefault="008F30D8">
      <w:pPr>
        <w:numPr>
          <w:ilvl w:val="0"/>
          <w:numId w:val="110"/>
        </w:numPr>
        <w:rPr>
          <w:lang w:val="en-GB"/>
        </w:rPr>
      </w:pPr>
      <w:r w:rsidRPr="008F30D8">
        <w:rPr>
          <w:lang w:val="en-GB"/>
        </w:rPr>
        <w:t xml:space="preserve">your breach of these Terms; </w:t>
      </w:r>
    </w:p>
    <w:p w14:paraId="12763026" w14:textId="77777777" w:rsidR="008F30D8" w:rsidRPr="008F30D8" w:rsidRDefault="008F30D8">
      <w:pPr>
        <w:numPr>
          <w:ilvl w:val="0"/>
          <w:numId w:val="110"/>
        </w:numPr>
        <w:rPr>
          <w:lang w:val="en-GB"/>
        </w:rPr>
      </w:pPr>
      <w:r w:rsidRPr="008F30D8">
        <w:rPr>
          <w:lang w:val="en-GB"/>
        </w:rPr>
        <w:t xml:space="preserve">your unlawful use of the platform; </w:t>
      </w:r>
    </w:p>
    <w:p w14:paraId="5B21EC6F" w14:textId="77777777" w:rsidR="008F30D8" w:rsidRPr="008F30D8" w:rsidRDefault="008F30D8">
      <w:pPr>
        <w:numPr>
          <w:ilvl w:val="0"/>
          <w:numId w:val="110"/>
        </w:numPr>
        <w:rPr>
          <w:lang w:val="en-GB"/>
        </w:rPr>
      </w:pPr>
      <w:r w:rsidRPr="008F30D8">
        <w:rPr>
          <w:lang w:val="en-GB"/>
        </w:rPr>
        <w:t xml:space="preserve">your negligent or fraudulent conduct; </w:t>
      </w:r>
    </w:p>
    <w:p w14:paraId="3F7834DE" w14:textId="77777777" w:rsidR="008F30D8" w:rsidRPr="008F30D8" w:rsidRDefault="008F30D8">
      <w:pPr>
        <w:numPr>
          <w:ilvl w:val="0"/>
          <w:numId w:val="110"/>
        </w:numPr>
        <w:rPr>
          <w:lang w:val="en-GB"/>
        </w:rPr>
      </w:pPr>
      <w:r w:rsidRPr="008F30D8">
        <w:rPr>
          <w:lang w:val="en-GB"/>
        </w:rPr>
        <w:t xml:space="preserve">your infringement of another person's legal rights, including intellectual property rights; or </w:t>
      </w:r>
    </w:p>
    <w:p w14:paraId="0190FAA0" w14:textId="77777777" w:rsidR="008F30D8" w:rsidRPr="008F30D8" w:rsidRDefault="008F30D8">
      <w:pPr>
        <w:numPr>
          <w:ilvl w:val="0"/>
          <w:numId w:val="110"/>
        </w:numPr>
        <w:rPr>
          <w:lang w:val="en-GB"/>
        </w:rPr>
      </w:pPr>
      <w:r w:rsidRPr="008F30D8">
        <w:rPr>
          <w:lang w:val="en-GB"/>
        </w:rPr>
        <w:t xml:space="preserve">information or content that you submit in breach of these Terms. </w:t>
      </w:r>
    </w:p>
    <w:p w14:paraId="31EB74AA" w14:textId="77777777" w:rsidR="008F30D8" w:rsidRPr="008F30D8" w:rsidRDefault="008F30D8" w:rsidP="008F30D8">
      <w:pPr>
        <w:rPr>
          <w:lang w:val="en-GB"/>
        </w:rPr>
      </w:pPr>
      <w:r w:rsidRPr="008F30D8">
        <w:rPr>
          <w:lang w:val="en-GB"/>
        </w:rPr>
        <w:t>This indemnity applies only to the extent that any loss or claim results from your own actions or omissions.</w:t>
      </w:r>
    </w:p>
    <w:p w14:paraId="30E75B80" w14:textId="77777777" w:rsidR="008F30D8" w:rsidRPr="008F30D8" w:rsidRDefault="00000000" w:rsidP="008F30D8">
      <w:pPr>
        <w:rPr>
          <w:lang w:val="en-GB"/>
        </w:rPr>
      </w:pPr>
      <w:r>
        <w:rPr>
          <w:lang w:val="en-GB"/>
        </w:rPr>
        <w:pict w14:anchorId="3F57EF0A">
          <v:rect id="_x0000_i1184" style="width:0;height:1.5pt" o:hralign="center" o:hrstd="t" o:hr="t" fillcolor="#a0a0a0" stroked="f"/>
        </w:pict>
      </w:r>
    </w:p>
    <w:p w14:paraId="36AE1641"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21.1 Cooperation</w:t>
      </w:r>
    </w:p>
    <w:p w14:paraId="4F988827" w14:textId="77777777" w:rsidR="008F30D8" w:rsidRPr="008F30D8" w:rsidRDefault="008F30D8" w:rsidP="008F30D8">
      <w:pPr>
        <w:rPr>
          <w:lang w:val="en-GB"/>
        </w:rPr>
      </w:pPr>
      <w:r w:rsidRPr="008F30D8">
        <w:rPr>
          <w:lang w:val="en-GB"/>
        </w:rPr>
        <w:t>Where an indemnity claim arises, you agree to provide reasonable assistance and information requested by My Sports Coach to help investigate or resolve the matter.</w:t>
      </w:r>
    </w:p>
    <w:p w14:paraId="29AC1BBB" w14:textId="77777777" w:rsidR="008F30D8" w:rsidRPr="008F30D8" w:rsidRDefault="008F30D8" w:rsidP="008F30D8">
      <w:pPr>
        <w:rPr>
          <w:lang w:val="en-GB"/>
        </w:rPr>
      </w:pPr>
      <w:r w:rsidRPr="008F30D8">
        <w:rPr>
          <w:lang w:val="en-GB"/>
        </w:rPr>
        <w:t>My Sports Coach will also take reasonable steps to minimise any losses where appropriate.</w:t>
      </w:r>
    </w:p>
    <w:p w14:paraId="4AB0AD6C" w14:textId="77777777" w:rsidR="008F30D8" w:rsidRPr="008F30D8" w:rsidRDefault="00000000" w:rsidP="008F30D8">
      <w:pPr>
        <w:rPr>
          <w:lang w:val="en-GB"/>
        </w:rPr>
      </w:pPr>
      <w:r>
        <w:rPr>
          <w:lang w:val="en-GB"/>
        </w:rPr>
        <w:pict w14:anchorId="2B7A2A00">
          <v:rect id="_x0000_i1185" style="width:0;height:1.5pt" o:hralign="center" o:hrstd="t" o:hr="t" fillcolor="#a0a0a0" stroked="f"/>
        </w:pict>
      </w:r>
    </w:p>
    <w:p w14:paraId="76F9F5ED"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21.2 Independent Coaches</w:t>
      </w:r>
    </w:p>
    <w:p w14:paraId="6E5C824D" w14:textId="77777777" w:rsidR="008F30D8" w:rsidRPr="008F30D8" w:rsidRDefault="008F30D8" w:rsidP="008F30D8">
      <w:pPr>
        <w:rPr>
          <w:lang w:val="en-GB"/>
        </w:rPr>
      </w:pPr>
      <w:r w:rsidRPr="008F30D8">
        <w:rPr>
          <w:lang w:val="en-GB"/>
        </w:rPr>
        <w:lastRenderedPageBreak/>
        <w:t>Coaches remain responsible for the coaching services they provide and for complying with all applicable legal, professional and regulatory obligations.</w:t>
      </w:r>
    </w:p>
    <w:p w14:paraId="6DFFB1E4" w14:textId="77777777" w:rsidR="008F30D8" w:rsidRPr="008F30D8" w:rsidRDefault="008F30D8" w:rsidP="008F30D8">
      <w:pPr>
        <w:rPr>
          <w:lang w:val="en-GB"/>
        </w:rPr>
      </w:pPr>
      <w:r w:rsidRPr="008F30D8">
        <w:rPr>
          <w:lang w:val="en-GB"/>
        </w:rPr>
        <w:t>Where a claim arises directly from the delivery of a coach's services, the coach remains responsible for that claim unless the law provides otherwise.</w:t>
      </w:r>
    </w:p>
    <w:p w14:paraId="055863A7" w14:textId="77777777" w:rsidR="008F30D8" w:rsidRPr="008F30D8" w:rsidRDefault="008F30D8" w:rsidP="008F30D8">
      <w:pPr>
        <w:rPr>
          <w:lang w:val="en-GB"/>
        </w:rPr>
      </w:pPr>
      <w:r w:rsidRPr="008F30D8">
        <w:rPr>
          <w:lang w:val="en-GB"/>
        </w:rPr>
        <w:t>Nothing within this section transfers responsibility for coaching services from the coach to My Sports Coach.</w:t>
      </w:r>
    </w:p>
    <w:p w14:paraId="2AF3BFD5" w14:textId="77777777" w:rsidR="008F30D8" w:rsidRPr="008F30D8" w:rsidRDefault="00000000" w:rsidP="008F30D8">
      <w:pPr>
        <w:rPr>
          <w:lang w:val="en-GB"/>
        </w:rPr>
      </w:pPr>
      <w:r>
        <w:rPr>
          <w:lang w:val="en-GB"/>
        </w:rPr>
        <w:pict w14:anchorId="08AA13E6">
          <v:rect id="_x0000_i1186" style="width:0;height:1.5pt" o:hralign="center" o:hrstd="t" o:hr="t" fillcolor="#a0a0a0" stroked="f"/>
        </w:pict>
      </w:r>
    </w:p>
    <w:p w14:paraId="641310C3"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21.3 Participant Responsibilities</w:t>
      </w:r>
    </w:p>
    <w:p w14:paraId="4A77067F" w14:textId="77777777" w:rsidR="008F30D8" w:rsidRPr="008F30D8" w:rsidRDefault="008F30D8" w:rsidP="008F30D8">
      <w:pPr>
        <w:rPr>
          <w:lang w:val="en-GB"/>
        </w:rPr>
      </w:pPr>
      <w:r w:rsidRPr="008F30D8">
        <w:rPr>
          <w:lang w:val="en-GB"/>
        </w:rPr>
        <w:t>Participants remain responsible for the information they provide, the decisions they make when using the platform and their compliance with these Terms.</w:t>
      </w:r>
    </w:p>
    <w:p w14:paraId="53410110" w14:textId="77777777" w:rsidR="008F30D8" w:rsidRPr="008F30D8" w:rsidRDefault="008F30D8" w:rsidP="008F30D8">
      <w:pPr>
        <w:rPr>
          <w:lang w:val="en-GB"/>
        </w:rPr>
      </w:pPr>
      <w:r w:rsidRPr="008F30D8">
        <w:rPr>
          <w:lang w:val="en-GB"/>
        </w:rPr>
        <w:t>Nothing within this section affects any statutory rights available to consumers under applicable law.</w:t>
      </w:r>
    </w:p>
    <w:p w14:paraId="7FD2B539" w14:textId="77777777" w:rsidR="008F30D8" w:rsidRPr="008F30D8" w:rsidRDefault="00000000" w:rsidP="008F30D8">
      <w:pPr>
        <w:rPr>
          <w:lang w:val="en-GB"/>
        </w:rPr>
      </w:pPr>
      <w:r>
        <w:rPr>
          <w:lang w:val="en-GB"/>
        </w:rPr>
        <w:pict w14:anchorId="7FCA267B">
          <v:rect id="_x0000_i1187" style="width:0;height:1.5pt" o:hralign="center" o:hrstd="t" o:hr="t" fillcolor="#a0a0a0" stroked="f"/>
        </w:pict>
      </w:r>
    </w:p>
    <w:p w14:paraId="517F59EC"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21.4 Fair Application</w:t>
      </w:r>
    </w:p>
    <w:p w14:paraId="1DA98349" w14:textId="77777777" w:rsidR="008F30D8" w:rsidRPr="008F30D8" w:rsidRDefault="008F30D8" w:rsidP="008F30D8">
      <w:pPr>
        <w:rPr>
          <w:lang w:val="en-GB"/>
        </w:rPr>
      </w:pPr>
      <w:r w:rsidRPr="008F30D8">
        <w:rPr>
          <w:lang w:val="en-GB"/>
        </w:rPr>
        <w:t xml:space="preserve">My Sports Coach will not seek to rely upon this indemnity in circumstances </w:t>
      </w:r>
      <w:proofErr w:type="gramStart"/>
      <w:r w:rsidRPr="008F30D8">
        <w:rPr>
          <w:lang w:val="en-GB"/>
        </w:rPr>
        <w:t>where</w:t>
      </w:r>
      <w:proofErr w:type="gramEnd"/>
      <w:r w:rsidRPr="008F30D8">
        <w:rPr>
          <w:lang w:val="en-GB"/>
        </w:rPr>
        <w:t xml:space="preserve"> doing so would be unlawful, unreasonable or inconsistent with applicable consumer protection legislation.</w:t>
      </w:r>
    </w:p>
    <w:p w14:paraId="0B1E451D" w14:textId="77777777" w:rsidR="008F30D8" w:rsidRPr="008F30D8" w:rsidRDefault="008F30D8" w:rsidP="008F30D8">
      <w:pPr>
        <w:rPr>
          <w:lang w:val="en-GB"/>
        </w:rPr>
      </w:pPr>
      <w:r w:rsidRPr="008F30D8">
        <w:rPr>
          <w:lang w:val="en-GB"/>
        </w:rPr>
        <w:t>Any indemnity will be interpreted and applied fairly and proportionately.</w:t>
      </w:r>
    </w:p>
    <w:p w14:paraId="32B46B6D" w14:textId="77777777" w:rsidR="008F30D8" w:rsidRPr="008F30D8" w:rsidRDefault="008F30D8" w:rsidP="008F30D8">
      <w:pPr>
        <w:rPr>
          <w:b/>
          <w:bCs/>
          <w:color w:val="365F91" w:themeColor="accent1" w:themeShade="BF"/>
          <w:sz w:val="28"/>
          <w:szCs w:val="28"/>
          <w:lang w:val="en-GB"/>
        </w:rPr>
      </w:pPr>
      <w:r w:rsidRPr="008F30D8">
        <w:rPr>
          <w:b/>
          <w:bCs/>
          <w:color w:val="365F91" w:themeColor="accent1" w:themeShade="BF"/>
          <w:sz w:val="28"/>
          <w:szCs w:val="28"/>
          <w:lang w:val="en-GB"/>
        </w:rPr>
        <w:t>22. Suspension &amp; Termination</w:t>
      </w:r>
    </w:p>
    <w:p w14:paraId="4E89FBA1" w14:textId="77777777" w:rsidR="008F30D8" w:rsidRPr="008F30D8" w:rsidRDefault="008F30D8" w:rsidP="008F30D8">
      <w:pPr>
        <w:rPr>
          <w:lang w:val="en-GB"/>
        </w:rPr>
      </w:pPr>
      <w:r w:rsidRPr="008F30D8">
        <w:rPr>
          <w:lang w:val="en-GB"/>
        </w:rPr>
        <w:t>My Sports Coach is committed to maintaining a safe, secure and professional platform for all users.</w:t>
      </w:r>
    </w:p>
    <w:p w14:paraId="1E8730D3" w14:textId="77777777" w:rsidR="008F30D8" w:rsidRPr="008F30D8" w:rsidRDefault="008F30D8" w:rsidP="008F30D8">
      <w:pPr>
        <w:rPr>
          <w:lang w:val="en-GB"/>
        </w:rPr>
      </w:pPr>
      <w:r w:rsidRPr="008F30D8">
        <w:rPr>
          <w:lang w:val="en-GB"/>
        </w:rPr>
        <w:t xml:space="preserve">Where necessary, we may suspend, restrict or terminate access to the platform in accordance with these Terms. Any action taken will be proportionate to the circumstances and, </w:t>
      </w:r>
      <w:proofErr w:type="gramStart"/>
      <w:r w:rsidRPr="008F30D8">
        <w:rPr>
          <w:lang w:val="en-GB"/>
        </w:rPr>
        <w:t>where</w:t>
      </w:r>
      <w:proofErr w:type="gramEnd"/>
      <w:r w:rsidRPr="008F30D8">
        <w:rPr>
          <w:lang w:val="en-GB"/>
        </w:rPr>
        <w:t xml:space="preserve"> reasonably practicable, users will be informed of the reasons for our decision.</w:t>
      </w:r>
    </w:p>
    <w:p w14:paraId="4368C041" w14:textId="77777777" w:rsidR="008F30D8" w:rsidRPr="008F30D8" w:rsidRDefault="008F30D8" w:rsidP="008F30D8">
      <w:pPr>
        <w:rPr>
          <w:lang w:val="en-GB"/>
        </w:rPr>
      </w:pPr>
      <w:r w:rsidRPr="008F30D8">
        <w:rPr>
          <w:lang w:val="en-GB"/>
        </w:rPr>
        <w:t>Nothing in this section limits our ability to take immediate action where required to protect users, comply with legal obligations or safeguard the integrity of the platform.</w:t>
      </w:r>
    </w:p>
    <w:p w14:paraId="24A460E5" w14:textId="77777777" w:rsidR="008F30D8" w:rsidRPr="008F30D8" w:rsidRDefault="00000000" w:rsidP="008F30D8">
      <w:pPr>
        <w:rPr>
          <w:lang w:val="en-GB"/>
        </w:rPr>
      </w:pPr>
      <w:r>
        <w:rPr>
          <w:lang w:val="en-GB"/>
        </w:rPr>
        <w:pict w14:anchorId="0D29984E">
          <v:rect id="_x0000_i1188" style="width:0;height:1.5pt" o:hralign="center" o:hrstd="t" o:hr="t" fillcolor="#a0a0a0" stroked="f"/>
        </w:pict>
      </w:r>
    </w:p>
    <w:p w14:paraId="5125FE84"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22.1 Suspension of Accounts</w:t>
      </w:r>
    </w:p>
    <w:p w14:paraId="39A1F92D" w14:textId="77777777" w:rsidR="008F30D8" w:rsidRPr="008F30D8" w:rsidRDefault="008F30D8" w:rsidP="008F30D8">
      <w:pPr>
        <w:rPr>
          <w:lang w:val="en-GB"/>
        </w:rPr>
      </w:pPr>
      <w:r w:rsidRPr="008F30D8">
        <w:rPr>
          <w:lang w:val="en-GB"/>
        </w:rPr>
        <w:t>My Sports Coach may temporarily suspend or restrict a user account where we reasonably believe that:</w:t>
      </w:r>
    </w:p>
    <w:p w14:paraId="15E10A6B" w14:textId="77777777" w:rsidR="008F30D8" w:rsidRPr="008F30D8" w:rsidRDefault="008F30D8">
      <w:pPr>
        <w:numPr>
          <w:ilvl w:val="0"/>
          <w:numId w:val="111"/>
        </w:numPr>
        <w:rPr>
          <w:lang w:val="en-GB"/>
        </w:rPr>
      </w:pPr>
      <w:r w:rsidRPr="008F30D8">
        <w:rPr>
          <w:lang w:val="en-GB"/>
        </w:rPr>
        <w:t xml:space="preserve">these Terms have been breached; </w:t>
      </w:r>
    </w:p>
    <w:p w14:paraId="755960E4" w14:textId="77777777" w:rsidR="008F30D8" w:rsidRPr="008F30D8" w:rsidRDefault="008F30D8">
      <w:pPr>
        <w:numPr>
          <w:ilvl w:val="0"/>
          <w:numId w:val="111"/>
        </w:numPr>
        <w:rPr>
          <w:lang w:val="en-GB"/>
        </w:rPr>
      </w:pPr>
      <w:r w:rsidRPr="008F30D8">
        <w:rPr>
          <w:lang w:val="en-GB"/>
        </w:rPr>
        <w:t xml:space="preserve">false or misleading information has been provided; </w:t>
      </w:r>
    </w:p>
    <w:p w14:paraId="00E7099C" w14:textId="77777777" w:rsidR="008F30D8" w:rsidRPr="008F30D8" w:rsidRDefault="008F30D8">
      <w:pPr>
        <w:numPr>
          <w:ilvl w:val="0"/>
          <w:numId w:val="111"/>
        </w:numPr>
        <w:rPr>
          <w:lang w:val="en-GB"/>
        </w:rPr>
      </w:pPr>
      <w:r w:rsidRPr="008F30D8">
        <w:rPr>
          <w:lang w:val="en-GB"/>
        </w:rPr>
        <w:lastRenderedPageBreak/>
        <w:t xml:space="preserve">fraudulent or unlawful activity is suspected; </w:t>
      </w:r>
    </w:p>
    <w:p w14:paraId="3A686609" w14:textId="77777777" w:rsidR="008F30D8" w:rsidRPr="008F30D8" w:rsidRDefault="008F30D8">
      <w:pPr>
        <w:numPr>
          <w:ilvl w:val="0"/>
          <w:numId w:val="111"/>
        </w:numPr>
        <w:rPr>
          <w:lang w:val="en-GB"/>
        </w:rPr>
      </w:pPr>
      <w:r w:rsidRPr="008F30D8">
        <w:rPr>
          <w:lang w:val="en-GB"/>
        </w:rPr>
        <w:t xml:space="preserve">safeguarding concerns have been identified; </w:t>
      </w:r>
    </w:p>
    <w:p w14:paraId="521F423C" w14:textId="77777777" w:rsidR="008F30D8" w:rsidRPr="008F30D8" w:rsidRDefault="008F30D8">
      <w:pPr>
        <w:numPr>
          <w:ilvl w:val="0"/>
          <w:numId w:val="111"/>
        </w:numPr>
        <w:rPr>
          <w:lang w:val="en-GB"/>
        </w:rPr>
      </w:pPr>
      <w:r w:rsidRPr="008F30D8">
        <w:rPr>
          <w:lang w:val="en-GB"/>
        </w:rPr>
        <w:t xml:space="preserve">platform security has been compromised; </w:t>
      </w:r>
    </w:p>
    <w:p w14:paraId="143CCA5F" w14:textId="77777777" w:rsidR="008F30D8" w:rsidRPr="008F30D8" w:rsidRDefault="008F30D8">
      <w:pPr>
        <w:numPr>
          <w:ilvl w:val="0"/>
          <w:numId w:val="111"/>
        </w:numPr>
        <w:rPr>
          <w:lang w:val="en-GB"/>
        </w:rPr>
      </w:pPr>
      <w:r w:rsidRPr="008F30D8">
        <w:rPr>
          <w:lang w:val="en-GB"/>
        </w:rPr>
        <w:t xml:space="preserve">payment issues require investigation; or </w:t>
      </w:r>
    </w:p>
    <w:p w14:paraId="7B2C586E" w14:textId="77777777" w:rsidR="008F30D8" w:rsidRPr="008F30D8" w:rsidRDefault="008F30D8">
      <w:pPr>
        <w:numPr>
          <w:ilvl w:val="0"/>
          <w:numId w:val="111"/>
        </w:numPr>
        <w:rPr>
          <w:lang w:val="en-GB"/>
        </w:rPr>
      </w:pPr>
      <w:r w:rsidRPr="008F30D8">
        <w:rPr>
          <w:lang w:val="en-GB"/>
        </w:rPr>
        <w:t xml:space="preserve">temporary suspension is necessary to protect users or the platform. </w:t>
      </w:r>
    </w:p>
    <w:p w14:paraId="6F495D75" w14:textId="77777777" w:rsidR="008F30D8" w:rsidRPr="008F30D8" w:rsidRDefault="008F30D8" w:rsidP="008F30D8">
      <w:pPr>
        <w:rPr>
          <w:lang w:val="en-GB"/>
        </w:rPr>
      </w:pPr>
      <w:r w:rsidRPr="008F30D8">
        <w:rPr>
          <w:lang w:val="en-GB"/>
        </w:rPr>
        <w:t>Where appropriate, suspended accounts may be reinstated once the relevant concerns have been satisfactorily resolved.</w:t>
      </w:r>
    </w:p>
    <w:p w14:paraId="6C93481D" w14:textId="77777777" w:rsidR="008F30D8" w:rsidRPr="008F30D8" w:rsidRDefault="00000000" w:rsidP="008F30D8">
      <w:pPr>
        <w:rPr>
          <w:lang w:val="en-GB"/>
        </w:rPr>
      </w:pPr>
      <w:r>
        <w:rPr>
          <w:lang w:val="en-GB"/>
        </w:rPr>
        <w:pict w14:anchorId="0FC4B118">
          <v:rect id="_x0000_i1189" style="width:0;height:1.5pt" o:hralign="center" o:hrstd="t" o:hr="t" fillcolor="#a0a0a0" stroked="f"/>
        </w:pict>
      </w:r>
    </w:p>
    <w:p w14:paraId="69426F0D"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22.2 Termination by My Sports Coach</w:t>
      </w:r>
    </w:p>
    <w:p w14:paraId="34AB42EE" w14:textId="77777777" w:rsidR="008F30D8" w:rsidRPr="008F30D8" w:rsidRDefault="008F30D8" w:rsidP="008F30D8">
      <w:pPr>
        <w:rPr>
          <w:lang w:val="en-GB"/>
        </w:rPr>
      </w:pPr>
      <w:r w:rsidRPr="008F30D8">
        <w:rPr>
          <w:lang w:val="en-GB"/>
        </w:rPr>
        <w:t>We may permanently terminate a user's access to the platform where:</w:t>
      </w:r>
    </w:p>
    <w:p w14:paraId="29336BF2" w14:textId="77777777" w:rsidR="008F30D8" w:rsidRPr="008F30D8" w:rsidRDefault="008F30D8">
      <w:pPr>
        <w:numPr>
          <w:ilvl w:val="0"/>
          <w:numId w:val="112"/>
        </w:numPr>
        <w:rPr>
          <w:lang w:val="en-GB"/>
        </w:rPr>
      </w:pPr>
      <w:r w:rsidRPr="008F30D8">
        <w:rPr>
          <w:lang w:val="en-GB"/>
        </w:rPr>
        <w:t xml:space="preserve">there are serious or repeated breaches of these Terms; </w:t>
      </w:r>
    </w:p>
    <w:p w14:paraId="34C0E155" w14:textId="77777777" w:rsidR="008F30D8" w:rsidRPr="008F30D8" w:rsidRDefault="008F30D8">
      <w:pPr>
        <w:numPr>
          <w:ilvl w:val="0"/>
          <w:numId w:val="112"/>
        </w:numPr>
        <w:rPr>
          <w:lang w:val="en-GB"/>
        </w:rPr>
      </w:pPr>
      <w:r w:rsidRPr="008F30D8">
        <w:rPr>
          <w:lang w:val="en-GB"/>
        </w:rPr>
        <w:t xml:space="preserve">fraudulent or criminal activity has been identified; </w:t>
      </w:r>
    </w:p>
    <w:p w14:paraId="6691391E" w14:textId="77777777" w:rsidR="008F30D8" w:rsidRPr="008F30D8" w:rsidRDefault="008F30D8">
      <w:pPr>
        <w:numPr>
          <w:ilvl w:val="0"/>
          <w:numId w:val="112"/>
        </w:numPr>
        <w:rPr>
          <w:lang w:val="en-GB"/>
        </w:rPr>
      </w:pPr>
      <w:r w:rsidRPr="008F30D8">
        <w:rPr>
          <w:lang w:val="en-GB"/>
        </w:rPr>
        <w:t xml:space="preserve">a user has deliberately circumvented the platform or its commercial processes; </w:t>
      </w:r>
    </w:p>
    <w:p w14:paraId="6C49196D" w14:textId="77777777" w:rsidR="008F30D8" w:rsidRPr="008F30D8" w:rsidRDefault="008F30D8">
      <w:pPr>
        <w:numPr>
          <w:ilvl w:val="0"/>
          <w:numId w:val="112"/>
        </w:numPr>
        <w:rPr>
          <w:lang w:val="en-GB"/>
        </w:rPr>
      </w:pPr>
      <w:r w:rsidRPr="008F30D8">
        <w:rPr>
          <w:lang w:val="en-GB"/>
        </w:rPr>
        <w:t xml:space="preserve">safeguarding concerns make continued access inappropriate; </w:t>
      </w:r>
    </w:p>
    <w:p w14:paraId="4B614928" w14:textId="77777777" w:rsidR="008F30D8" w:rsidRPr="008F30D8" w:rsidRDefault="008F30D8">
      <w:pPr>
        <w:numPr>
          <w:ilvl w:val="0"/>
          <w:numId w:val="112"/>
        </w:numPr>
        <w:rPr>
          <w:lang w:val="en-GB"/>
        </w:rPr>
      </w:pPr>
      <w:r w:rsidRPr="008F30D8">
        <w:rPr>
          <w:lang w:val="en-GB"/>
        </w:rPr>
        <w:t xml:space="preserve">a user has engaged in abusive, threatening or discriminatory behaviour; </w:t>
      </w:r>
    </w:p>
    <w:p w14:paraId="6E40665C" w14:textId="77777777" w:rsidR="008F30D8" w:rsidRPr="008F30D8" w:rsidRDefault="008F30D8">
      <w:pPr>
        <w:numPr>
          <w:ilvl w:val="0"/>
          <w:numId w:val="112"/>
        </w:numPr>
        <w:rPr>
          <w:lang w:val="en-GB"/>
        </w:rPr>
      </w:pPr>
      <w:r w:rsidRPr="008F30D8">
        <w:rPr>
          <w:lang w:val="en-GB"/>
        </w:rPr>
        <w:t xml:space="preserve">continued use would expose My Sports Coach or other users to unacceptable risk; or </w:t>
      </w:r>
    </w:p>
    <w:p w14:paraId="37A3C7AA" w14:textId="77777777" w:rsidR="008F30D8" w:rsidRPr="008F30D8" w:rsidRDefault="008F30D8">
      <w:pPr>
        <w:numPr>
          <w:ilvl w:val="0"/>
          <w:numId w:val="112"/>
        </w:numPr>
        <w:rPr>
          <w:lang w:val="en-GB"/>
        </w:rPr>
      </w:pPr>
      <w:r w:rsidRPr="008F30D8">
        <w:rPr>
          <w:lang w:val="en-GB"/>
        </w:rPr>
        <w:t xml:space="preserve">termination is otherwise required by law. </w:t>
      </w:r>
    </w:p>
    <w:p w14:paraId="212FA27F" w14:textId="77777777" w:rsidR="008F30D8" w:rsidRPr="008F30D8" w:rsidRDefault="008F30D8" w:rsidP="008F30D8">
      <w:pPr>
        <w:rPr>
          <w:lang w:val="en-GB"/>
        </w:rPr>
      </w:pPr>
      <w:r w:rsidRPr="008F30D8">
        <w:rPr>
          <w:lang w:val="en-GB"/>
        </w:rPr>
        <w:t>Termination decisions will be made fairly, reasonably and with regard to the circumstances of each case.</w:t>
      </w:r>
    </w:p>
    <w:p w14:paraId="3B799E88" w14:textId="77777777" w:rsidR="008F30D8" w:rsidRPr="008F30D8" w:rsidRDefault="00000000" w:rsidP="008F30D8">
      <w:pPr>
        <w:rPr>
          <w:lang w:val="en-GB"/>
        </w:rPr>
      </w:pPr>
      <w:r>
        <w:rPr>
          <w:lang w:val="en-GB"/>
        </w:rPr>
        <w:pict w14:anchorId="07CAA782">
          <v:rect id="_x0000_i1190" style="width:0;height:1.5pt" o:hralign="center" o:hrstd="t" o:hr="t" fillcolor="#a0a0a0" stroked="f"/>
        </w:pict>
      </w:r>
    </w:p>
    <w:p w14:paraId="43C38A51"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22.3 Account Closure by Users</w:t>
      </w:r>
    </w:p>
    <w:p w14:paraId="3F9E2722" w14:textId="77777777" w:rsidR="008F30D8" w:rsidRPr="008F30D8" w:rsidRDefault="008F30D8" w:rsidP="008F30D8">
      <w:pPr>
        <w:rPr>
          <w:lang w:val="en-GB"/>
        </w:rPr>
      </w:pPr>
      <w:r w:rsidRPr="008F30D8">
        <w:rPr>
          <w:lang w:val="en-GB"/>
        </w:rPr>
        <w:t>Users may close their account at any time by following the account closure process available through the platform or by contacting My Sports Coach.</w:t>
      </w:r>
    </w:p>
    <w:p w14:paraId="315017CC" w14:textId="77777777" w:rsidR="008F30D8" w:rsidRPr="008F30D8" w:rsidRDefault="008F30D8" w:rsidP="008F30D8">
      <w:pPr>
        <w:rPr>
          <w:lang w:val="en-GB"/>
        </w:rPr>
      </w:pPr>
      <w:r w:rsidRPr="008F30D8">
        <w:rPr>
          <w:lang w:val="en-GB"/>
        </w:rPr>
        <w:t>Closing an account does not automatically cancel outstanding bookings, remove contractual obligations or require My Sports Coach to immediately delete information that we are legally required or entitled to retain.</w:t>
      </w:r>
    </w:p>
    <w:p w14:paraId="68ADBBC8" w14:textId="77777777" w:rsidR="008F30D8" w:rsidRPr="008F30D8" w:rsidRDefault="008F30D8" w:rsidP="008F30D8">
      <w:pPr>
        <w:rPr>
          <w:lang w:val="en-GB"/>
        </w:rPr>
      </w:pPr>
      <w:r w:rsidRPr="008F30D8">
        <w:rPr>
          <w:lang w:val="en-GB"/>
        </w:rPr>
        <w:t>The processing of personal information following account closure is governed by our Privacy Policy.</w:t>
      </w:r>
    </w:p>
    <w:p w14:paraId="6C09DD37" w14:textId="77777777" w:rsidR="008F30D8" w:rsidRPr="008F30D8" w:rsidRDefault="00000000" w:rsidP="008F30D8">
      <w:pPr>
        <w:rPr>
          <w:lang w:val="en-GB"/>
        </w:rPr>
      </w:pPr>
      <w:r>
        <w:rPr>
          <w:lang w:val="en-GB"/>
        </w:rPr>
        <w:pict w14:anchorId="0488EC23">
          <v:rect id="_x0000_i1191" style="width:0;height:1.5pt" o:hralign="center" o:hrstd="t" o:hr="t" fillcolor="#a0a0a0" stroked="f"/>
        </w:pict>
      </w:r>
    </w:p>
    <w:p w14:paraId="517886F5"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22.4 Effect of Suspension or Termination</w:t>
      </w:r>
    </w:p>
    <w:p w14:paraId="17DE4823" w14:textId="77777777" w:rsidR="008F30D8" w:rsidRPr="008F30D8" w:rsidRDefault="008F30D8" w:rsidP="008F30D8">
      <w:pPr>
        <w:rPr>
          <w:lang w:val="en-GB"/>
        </w:rPr>
      </w:pPr>
      <w:r w:rsidRPr="008F30D8">
        <w:rPr>
          <w:lang w:val="en-GB"/>
        </w:rPr>
        <w:lastRenderedPageBreak/>
        <w:t>Where an account is suspended or terminated:</w:t>
      </w:r>
    </w:p>
    <w:p w14:paraId="4582261B" w14:textId="77777777" w:rsidR="008F30D8" w:rsidRPr="008F30D8" w:rsidRDefault="008F30D8">
      <w:pPr>
        <w:numPr>
          <w:ilvl w:val="0"/>
          <w:numId w:val="113"/>
        </w:numPr>
        <w:rPr>
          <w:lang w:val="en-GB"/>
        </w:rPr>
      </w:pPr>
      <w:r w:rsidRPr="008F30D8">
        <w:rPr>
          <w:lang w:val="en-GB"/>
        </w:rPr>
        <w:t xml:space="preserve">access to the platform may be restricted or removed; </w:t>
      </w:r>
    </w:p>
    <w:p w14:paraId="2CFCA6E9" w14:textId="77777777" w:rsidR="008F30D8" w:rsidRPr="008F30D8" w:rsidRDefault="008F30D8">
      <w:pPr>
        <w:numPr>
          <w:ilvl w:val="0"/>
          <w:numId w:val="113"/>
        </w:numPr>
        <w:rPr>
          <w:lang w:val="en-GB"/>
        </w:rPr>
      </w:pPr>
      <w:r w:rsidRPr="008F30D8">
        <w:rPr>
          <w:lang w:val="en-GB"/>
        </w:rPr>
        <w:t xml:space="preserve">active bookings may be affected; </w:t>
      </w:r>
    </w:p>
    <w:p w14:paraId="739C0EF6" w14:textId="77777777" w:rsidR="008F30D8" w:rsidRPr="008F30D8" w:rsidRDefault="008F30D8">
      <w:pPr>
        <w:numPr>
          <w:ilvl w:val="0"/>
          <w:numId w:val="113"/>
        </w:numPr>
        <w:rPr>
          <w:lang w:val="en-GB"/>
        </w:rPr>
      </w:pPr>
      <w:r w:rsidRPr="008F30D8">
        <w:rPr>
          <w:lang w:val="en-GB"/>
        </w:rPr>
        <w:t xml:space="preserve">access to paid features or subscriptions may cease; </w:t>
      </w:r>
    </w:p>
    <w:p w14:paraId="44F6D6CC" w14:textId="77777777" w:rsidR="008F30D8" w:rsidRPr="008F30D8" w:rsidRDefault="008F30D8">
      <w:pPr>
        <w:numPr>
          <w:ilvl w:val="0"/>
          <w:numId w:val="113"/>
        </w:numPr>
        <w:rPr>
          <w:lang w:val="en-GB"/>
        </w:rPr>
      </w:pPr>
      <w:r w:rsidRPr="008F30D8">
        <w:rPr>
          <w:lang w:val="en-GB"/>
        </w:rPr>
        <w:t xml:space="preserve">outstanding payments or financial obligations will remain payable where applicable; </w:t>
      </w:r>
    </w:p>
    <w:p w14:paraId="4C9B2B72" w14:textId="77777777" w:rsidR="008F30D8" w:rsidRPr="008F30D8" w:rsidRDefault="008F30D8">
      <w:pPr>
        <w:numPr>
          <w:ilvl w:val="0"/>
          <w:numId w:val="113"/>
        </w:numPr>
        <w:rPr>
          <w:lang w:val="en-GB"/>
        </w:rPr>
      </w:pPr>
      <w:r w:rsidRPr="008F30D8">
        <w:rPr>
          <w:lang w:val="en-GB"/>
        </w:rPr>
        <w:t xml:space="preserve">information may continue to be retained where required by law or for legitimate business purposes; and </w:t>
      </w:r>
    </w:p>
    <w:p w14:paraId="77DE9E5C" w14:textId="77777777" w:rsidR="008F30D8" w:rsidRPr="008F30D8" w:rsidRDefault="008F30D8">
      <w:pPr>
        <w:numPr>
          <w:ilvl w:val="0"/>
          <w:numId w:val="113"/>
        </w:numPr>
        <w:rPr>
          <w:lang w:val="en-GB"/>
        </w:rPr>
      </w:pPr>
      <w:r w:rsidRPr="008F30D8">
        <w:rPr>
          <w:lang w:val="en-GB"/>
        </w:rPr>
        <w:t xml:space="preserve">provisions of these Terms that are intended to continue after termination will remain in effect. </w:t>
      </w:r>
    </w:p>
    <w:p w14:paraId="326E297B" w14:textId="77777777" w:rsidR="008F30D8" w:rsidRPr="008F30D8" w:rsidRDefault="008F30D8" w:rsidP="008F30D8">
      <w:pPr>
        <w:rPr>
          <w:lang w:val="en-GB"/>
        </w:rPr>
      </w:pPr>
      <w:r w:rsidRPr="008F30D8">
        <w:rPr>
          <w:lang w:val="en-GB"/>
        </w:rPr>
        <w:t>Termination of an account does not affect any rights or obligations that arose before the termination took place.</w:t>
      </w:r>
    </w:p>
    <w:p w14:paraId="473A297A" w14:textId="77777777" w:rsidR="008F30D8" w:rsidRPr="008F30D8" w:rsidRDefault="00000000" w:rsidP="008F30D8">
      <w:pPr>
        <w:rPr>
          <w:lang w:val="en-GB"/>
        </w:rPr>
      </w:pPr>
      <w:r>
        <w:rPr>
          <w:lang w:val="en-GB"/>
        </w:rPr>
        <w:pict w14:anchorId="13D7C040">
          <v:rect id="_x0000_i1192" style="width:0;height:1.5pt" o:hralign="center" o:hrstd="t" o:hr="t" fillcolor="#a0a0a0" stroked="f"/>
        </w:pict>
      </w:r>
    </w:p>
    <w:p w14:paraId="1D560656"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22.5 Investigations</w:t>
      </w:r>
    </w:p>
    <w:p w14:paraId="083DE2FE" w14:textId="77777777" w:rsidR="008F30D8" w:rsidRPr="008F30D8" w:rsidRDefault="008F30D8" w:rsidP="008F30D8">
      <w:pPr>
        <w:rPr>
          <w:lang w:val="en-GB"/>
        </w:rPr>
      </w:pPr>
      <w:r w:rsidRPr="008F30D8">
        <w:rPr>
          <w:lang w:val="en-GB"/>
        </w:rPr>
        <w:t>My Sports Coach may investigate suspected breaches of these Terms or other concerns affecting the platform.</w:t>
      </w:r>
    </w:p>
    <w:p w14:paraId="4939E445" w14:textId="77777777" w:rsidR="008F30D8" w:rsidRPr="008F30D8" w:rsidRDefault="008F30D8" w:rsidP="008F30D8">
      <w:pPr>
        <w:rPr>
          <w:lang w:val="en-GB"/>
        </w:rPr>
      </w:pPr>
      <w:r w:rsidRPr="008F30D8">
        <w:rPr>
          <w:lang w:val="en-GB"/>
        </w:rPr>
        <w:t>Users agree to cooperate reasonably with any investigation by providing relevant information where requested.</w:t>
      </w:r>
    </w:p>
    <w:p w14:paraId="4CF6F52C" w14:textId="77777777" w:rsidR="008F30D8" w:rsidRPr="008F30D8" w:rsidRDefault="008F30D8" w:rsidP="008F30D8">
      <w:pPr>
        <w:rPr>
          <w:lang w:val="en-GB"/>
        </w:rPr>
      </w:pPr>
      <w:r w:rsidRPr="008F30D8">
        <w:rPr>
          <w:lang w:val="en-GB"/>
        </w:rPr>
        <w:t>Where appropriate, My Sports Coach may temporarily restrict access while enquiries are ongoing.</w:t>
      </w:r>
    </w:p>
    <w:p w14:paraId="3928651D" w14:textId="77777777" w:rsidR="008F30D8" w:rsidRPr="008F30D8" w:rsidRDefault="00000000" w:rsidP="008F30D8">
      <w:pPr>
        <w:rPr>
          <w:lang w:val="en-GB"/>
        </w:rPr>
      </w:pPr>
      <w:r>
        <w:rPr>
          <w:lang w:val="en-GB"/>
        </w:rPr>
        <w:pict w14:anchorId="56F7204E">
          <v:rect id="_x0000_i1193" style="width:0;height:1.5pt" o:hralign="center" o:hrstd="t" o:hr="t" fillcolor="#a0a0a0" stroked="f"/>
        </w:pict>
      </w:r>
    </w:p>
    <w:p w14:paraId="5DBBD1FD"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22.6 Appeals and Reviews</w:t>
      </w:r>
    </w:p>
    <w:p w14:paraId="0973C98E" w14:textId="77777777" w:rsidR="008F30D8" w:rsidRPr="008F30D8" w:rsidRDefault="008F30D8" w:rsidP="008F30D8">
      <w:pPr>
        <w:rPr>
          <w:lang w:val="en-GB"/>
        </w:rPr>
      </w:pPr>
      <w:r w:rsidRPr="008F30D8">
        <w:rPr>
          <w:lang w:val="en-GB"/>
        </w:rPr>
        <w:t>Where reasonably appropriate, users may request that My Sports Coach reviews a decision to suspend or terminate an account.</w:t>
      </w:r>
    </w:p>
    <w:p w14:paraId="3A07FC9E" w14:textId="77777777" w:rsidR="008F30D8" w:rsidRPr="008F30D8" w:rsidRDefault="008F30D8" w:rsidP="008F30D8">
      <w:pPr>
        <w:rPr>
          <w:lang w:val="en-GB"/>
        </w:rPr>
      </w:pPr>
      <w:r w:rsidRPr="008F30D8">
        <w:rPr>
          <w:lang w:val="en-GB"/>
        </w:rPr>
        <w:t>Requests for review should include any relevant information the user wishes us to consider.</w:t>
      </w:r>
    </w:p>
    <w:p w14:paraId="5F72FD6F" w14:textId="77777777" w:rsidR="008F30D8" w:rsidRPr="008F30D8" w:rsidRDefault="008F30D8" w:rsidP="008F30D8">
      <w:pPr>
        <w:rPr>
          <w:lang w:val="en-GB"/>
        </w:rPr>
      </w:pPr>
      <w:r w:rsidRPr="008F30D8">
        <w:rPr>
          <w:lang w:val="en-GB"/>
        </w:rPr>
        <w:t>Submission of a review request does not automatically suspend or reverse the original decision.</w:t>
      </w:r>
    </w:p>
    <w:p w14:paraId="59716277" w14:textId="77777777" w:rsidR="008F30D8" w:rsidRPr="008F30D8" w:rsidRDefault="008F30D8" w:rsidP="008F30D8">
      <w:pPr>
        <w:rPr>
          <w:lang w:val="en-GB"/>
        </w:rPr>
      </w:pPr>
      <w:r w:rsidRPr="008F30D8">
        <w:rPr>
          <w:lang w:val="en-GB"/>
        </w:rPr>
        <w:t>My Sports Coach will consider review requests fairly and communicate the outcome within a reasonable period where practicable.</w:t>
      </w:r>
    </w:p>
    <w:p w14:paraId="6DDB5295" w14:textId="77777777" w:rsidR="008F30D8" w:rsidRPr="008F30D8" w:rsidRDefault="00000000" w:rsidP="008F30D8">
      <w:pPr>
        <w:rPr>
          <w:lang w:val="en-GB"/>
        </w:rPr>
      </w:pPr>
      <w:r>
        <w:rPr>
          <w:lang w:val="en-GB"/>
        </w:rPr>
        <w:pict w14:anchorId="619F2DFF">
          <v:rect id="_x0000_i1194" style="width:0;height:1.5pt" o:hralign="center" o:hrstd="t" o:hr="t" fillcolor="#a0a0a0" stroked="f"/>
        </w:pict>
      </w:r>
    </w:p>
    <w:p w14:paraId="11FC18CA" w14:textId="77777777" w:rsidR="008F30D8" w:rsidRPr="008F30D8" w:rsidRDefault="008F30D8" w:rsidP="008F30D8">
      <w:pPr>
        <w:rPr>
          <w:b/>
          <w:bCs/>
          <w:color w:val="365F91" w:themeColor="accent1" w:themeShade="BF"/>
          <w:lang w:val="en-GB"/>
        </w:rPr>
      </w:pPr>
      <w:r w:rsidRPr="008F30D8">
        <w:rPr>
          <w:b/>
          <w:bCs/>
          <w:color w:val="365F91" w:themeColor="accent1" w:themeShade="BF"/>
          <w:lang w:val="en-GB"/>
        </w:rPr>
        <w:t>22.7 Immediate Action</w:t>
      </w:r>
    </w:p>
    <w:p w14:paraId="0F4FBE33" w14:textId="77777777" w:rsidR="008F30D8" w:rsidRPr="008F30D8" w:rsidRDefault="008F30D8" w:rsidP="008F30D8">
      <w:pPr>
        <w:rPr>
          <w:lang w:val="en-GB"/>
        </w:rPr>
      </w:pPr>
      <w:r w:rsidRPr="008F30D8">
        <w:rPr>
          <w:lang w:val="en-GB"/>
        </w:rPr>
        <w:lastRenderedPageBreak/>
        <w:t>Nothing within these Terms prevents My Sports Coach from taking immediate action without prior notice where this is reasonably necessary to:</w:t>
      </w:r>
    </w:p>
    <w:p w14:paraId="01406294" w14:textId="77777777" w:rsidR="008F30D8" w:rsidRPr="008F30D8" w:rsidRDefault="008F30D8">
      <w:pPr>
        <w:numPr>
          <w:ilvl w:val="0"/>
          <w:numId w:val="114"/>
        </w:numPr>
        <w:rPr>
          <w:lang w:val="en-GB"/>
        </w:rPr>
      </w:pPr>
      <w:r w:rsidRPr="008F30D8">
        <w:rPr>
          <w:lang w:val="en-GB"/>
        </w:rPr>
        <w:t xml:space="preserve">protect children or vulnerable adults; </w:t>
      </w:r>
    </w:p>
    <w:p w14:paraId="1E127626" w14:textId="77777777" w:rsidR="008F30D8" w:rsidRPr="008F30D8" w:rsidRDefault="008F30D8">
      <w:pPr>
        <w:numPr>
          <w:ilvl w:val="0"/>
          <w:numId w:val="114"/>
        </w:numPr>
        <w:rPr>
          <w:lang w:val="en-GB"/>
        </w:rPr>
      </w:pPr>
      <w:r w:rsidRPr="008F30D8">
        <w:rPr>
          <w:lang w:val="en-GB"/>
        </w:rPr>
        <w:t xml:space="preserve">protect the safety of users; </w:t>
      </w:r>
    </w:p>
    <w:p w14:paraId="454B53FE" w14:textId="77777777" w:rsidR="008F30D8" w:rsidRPr="008F30D8" w:rsidRDefault="008F30D8">
      <w:pPr>
        <w:numPr>
          <w:ilvl w:val="0"/>
          <w:numId w:val="114"/>
        </w:numPr>
        <w:rPr>
          <w:lang w:val="en-GB"/>
        </w:rPr>
      </w:pPr>
      <w:r w:rsidRPr="008F30D8">
        <w:rPr>
          <w:lang w:val="en-GB"/>
        </w:rPr>
        <w:t xml:space="preserve">prevent fraud or criminal activity; </w:t>
      </w:r>
    </w:p>
    <w:p w14:paraId="75E2017D" w14:textId="77777777" w:rsidR="008F30D8" w:rsidRPr="008F30D8" w:rsidRDefault="008F30D8">
      <w:pPr>
        <w:numPr>
          <w:ilvl w:val="0"/>
          <w:numId w:val="114"/>
        </w:numPr>
        <w:rPr>
          <w:lang w:val="en-GB"/>
        </w:rPr>
      </w:pPr>
      <w:r w:rsidRPr="008F30D8">
        <w:rPr>
          <w:lang w:val="en-GB"/>
        </w:rPr>
        <w:t xml:space="preserve">protect platform security; </w:t>
      </w:r>
    </w:p>
    <w:p w14:paraId="7A600235" w14:textId="77777777" w:rsidR="008F30D8" w:rsidRPr="008F30D8" w:rsidRDefault="008F30D8">
      <w:pPr>
        <w:numPr>
          <w:ilvl w:val="0"/>
          <w:numId w:val="114"/>
        </w:numPr>
        <w:rPr>
          <w:lang w:val="en-GB"/>
        </w:rPr>
      </w:pPr>
      <w:r w:rsidRPr="008F30D8">
        <w:rPr>
          <w:lang w:val="en-GB"/>
        </w:rPr>
        <w:t xml:space="preserve">comply with legal obligations; or </w:t>
      </w:r>
    </w:p>
    <w:p w14:paraId="50419760" w14:textId="77777777" w:rsidR="008F30D8" w:rsidRPr="008F30D8" w:rsidRDefault="008F30D8">
      <w:pPr>
        <w:numPr>
          <w:ilvl w:val="0"/>
          <w:numId w:val="114"/>
        </w:numPr>
        <w:rPr>
          <w:lang w:val="en-GB"/>
        </w:rPr>
      </w:pPr>
      <w:r w:rsidRPr="008F30D8">
        <w:rPr>
          <w:lang w:val="en-GB"/>
        </w:rPr>
        <w:t xml:space="preserve">prevent significant harm to the platform or its users. </w:t>
      </w:r>
    </w:p>
    <w:p w14:paraId="7F591BE8" w14:textId="77777777" w:rsidR="008F30D8" w:rsidRPr="008F30D8" w:rsidRDefault="008F30D8" w:rsidP="008F30D8">
      <w:pPr>
        <w:rPr>
          <w:lang w:val="en-GB"/>
        </w:rPr>
      </w:pPr>
      <w:r w:rsidRPr="008F30D8">
        <w:rPr>
          <w:lang w:val="en-GB"/>
        </w:rPr>
        <w:t>Where circumstances permit, we will provide information about the action taken as soon as reasonably practicable.</w:t>
      </w:r>
    </w:p>
    <w:p w14:paraId="105A9040"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23. Changes to these Terms</w:t>
      </w:r>
    </w:p>
    <w:p w14:paraId="7D5C933B" w14:textId="77777777" w:rsidR="00E57E6D" w:rsidRPr="00E57E6D" w:rsidRDefault="00E57E6D" w:rsidP="00E57E6D">
      <w:pPr>
        <w:rPr>
          <w:lang w:val="en-GB"/>
        </w:rPr>
      </w:pPr>
      <w:r w:rsidRPr="00E57E6D">
        <w:rPr>
          <w:lang w:val="en-GB"/>
        </w:rPr>
        <w:t>My Sports Coach may review and update these Terms from time to time to reflect changes in our business, the services we provide, legal or regulatory requirements, technological developments or other operational needs.</w:t>
      </w:r>
    </w:p>
    <w:p w14:paraId="6389302C" w14:textId="77777777" w:rsidR="00E57E6D" w:rsidRPr="00E57E6D" w:rsidRDefault="00E57E6D" w:rsidP="00E57E6D">
      <w:pPr>
        <w:rPr>
          <w:lang w:val="en-GB"/>
        </w:rPr>
      </w:pPr>
      <w:r w:rsidRPr="00E57E6D">
        <w:rPr>
          <w:lang w:val="en-GB"/>
        </w:rPr>
        <w:t>We are committed to ensuring that these Terms remain accurate, transparent and appropriate for the continued operation of the My Sports Coach platform.</w:t>
      </w:r>
    </w:p>
    <w:p w14:paraId="2109FE00" w14:textId="77777777" w:rsidR="00E57E6D" w:rsidRPr="00E57E6D" w:rsidRDefault="00000000" w:rsidP="00E57E6D">
      <w:pPr>
        <w:rPr>
          <w:lang w:val="en-GB"/>
        </w:rPr>
      </w:pPr>
      <w:r>
        <w:rPr>
          <w:lang w:val="en-GB"/>
        </w:rPr>
        <w:pict w14:anchorId="50187E9E">
          <v:rect id="_x0000_i1195" style="width:0;height:1.5pt" o:hralign="center" o:hrstd="t" o:hr="t" fillcolor="#a0a0a0" stroked="f"/>
        </w:pict>
      </w:r>
    </w:p>
    <w:p w14:paraId="1761FCB3" w14:textId="77777777" w:rsidR="00E57E6D" w:rsidRPr="00E57E6D" w:rsidRDefault="00E57E6D" w:rsidP="00E57E6D">
      <w:pPr>
        <w:rPr>
          <w:b/>
          <w:bCs/>
          <w:lang w:val="en-GB"/>
        </w:rPr>
      </w:pPr>
      <w:r w:rsidRPr="00E57E6D">
        <w:rPr>
          <w:b/>
          <w:bCs/>
          <w:color w:val="365F91" w:themeColor="accent1" w:themeShade="BF"/>
          <w:lang w:val="en-GB"/>
        </w:rPr>
        <w:t>23.1 Reasons for Changes</w:t>
      </w:r>
    </w:p>
    <w:p w14:paraId="2528296F" w14:textId="77777777" w:rsidR="00E57E6D" w:rsidRPr="00E57E6D" w:rsidRDefault="00E57E6D" w:rsidP="00E57E6D">
      <w:pPr>
        <w:rPr>
          <w:lang w:val="en-GB"/>
        </w:rPr>
      </w:pPr>
      <w:r w:rsidRPr="00E57E6D">
        <w:rPr>
          <w:lang w:val="en-GB"/>
        </w:rPr>
        <w:t>We may update these Terms for reasons including:</w:t>
      </w:r>
    </w:p>
    <w:p w14:paraId="10CA48F7" w14:textId="77777777" w:rsidR="00E57E6D" w:rsidRPr="00E57E6D" w:rsidRDefault="00E57E6D">
      <w:pPr>
        <w:numPr>
          <w:ilvl w:val="0"/>
          <w:numId w:val="115"/>
        </w:numPr>
        <w:rPr>
          <w:lang w:val="en-GB"/>
        </w:rPr>
      </w:pPr>
      <w:r w:rsidRPr="00E57E6D">
        <w:rPr>
          <w:lang w:val="en-GB"/>
        </w:rPr>
        <w:t xml:space="preserve">changes in legislation or regulation; </w:t>
      </w:r>
    </w:p>
    <w:p w14:paraId="3B5DE3B4" w14:textId="77777777" w:rsidR="00E57E6D" w:rsidRPr="00E57E6D" w:rsidRDefault="00E57E6D">
      <w:pPr>
        <w:numPr>
          <w:ilvl w:val="0"/>
          <w:numId w:val="115"/>
        </w:numPr>
        <w:rPr>
          <w:lang w:val="en-GB"/>
        </w:rPr>
      </w:pPr>
      <w:r w:rsidRPr="00E57E6D">
        <w:rPr>
          <w:lang w:val="en-GB"/>
        </w:rPr>
        <w:t xml:space="preserve">new or updated platform features; </w:t>
      </w:r>
    </w:p>
    <w:p w14:paraId="1BF53E2B" w14:textId="77777777" w:rsidR="00E57E6D" w:rsidRPr="00E57E6D" w:rsidRDefault="00E57E6D">
      <w:pPr>
        <w:numPr>
          <w:ilvl w:val="0"/>
          <w:numId w:val="115"/>
        </w:numPr>
        <w:rPr>
          <w:lang w:val="en-GB"/>
        </w:rPr>
      </w:pPr>
      <w:r w:rsidRPr="00E57E6D">
        <w:rPr>
          <w:lang w:val="en-GB"/>
        </w:rPr>
        <w:t xml:space="preserve">changes to payment services or commercial arrangements; </w:t>
      </w:r>
    </w:p>
    <w:p w14:paraId="2A5EBFEE" w14:textId="77777777" w:rsidR="00E57E6D" w:rsidRPr="00E57E6D" w:rsidRDefault="00E57E6D">
      <w:pPr>
        <w:numPr>
          <w:ilvl w:val="0"/>
          <w:numId w:val="115"/>
        </w:numPr>
        <w:rPr>
          <w:lang w:val="en-GB"/>
        </w:rPr>
      </w:pPr>
      <w:r w:rsidRPr="00E57E6D">
        <w:rPr>
          <w:lang w:val="en-GB"/>
        </w:rPr>
        <w:t xml:space="preserve">improvements to platform security; </w:t>
      </w:r>
    </w:p>
    <w:p w14:paraId="0FF5CBCE" w14:textId="77777777" w:rsidR="00E57E6D" w:rsidRPr="00E57E6D" w:rsidRDefault="00E57E6D">
      <w:pPr>
        <w:numPr>
          <w:ilvl w:val="0"/>
          <w:numId w:val="115"/>
        </w:numPr>
        <w:rPr>
          <w:lang w:val="en-GB"/>
        </w:rPr>
      </w:pPr>
      <w:r w:rsidRPr="00E57E6D">
        <w:rPr>
          <w:lang w:val="en-GB"/>
        </w:rPr>
        <w:t xml:space="preserve">operational or business developments; </w:t>
      </w:r>
    </w:p>
    <w:p w14:paraId="6398561B" w14:textId="77777777" w:rsidR="00E57E6D" w:rsidRPr="00E57E6D" w:rsidRDefault="00E57E6D">
      <w:pPr>
        <w:numPr>
          <w:ilvl w:val="0"/>
          <w:numId w:val="115"/>
        </w:numPr>
        <w:rPr>
          <w:lang w:val="en-GB"/>
        </w:rPr>
      </w:pPr>
      <w:r w:rsidRPr="00E57E6D">
        <w:rPr>
          <w:lang w:val="en-GB"/>
        </w:rPr>
        <w:t xml:space="preserve">changes to third-party services; or </w:t>
      </w:r>
    </w:p>
    <w:p w14:paraId="662C3375" w14:textId="77777777" w:rsidR="00E57E6D" w:rsidRPr="00E57E6D" w:rsidRDefault="00E57E6D">
      <w:pPr>
        <w:numPr>
          <w:ilvl w:val="0"/>
          <w:numId w:val="115"/>
        </w:numPr>
        <w:rPr>
          <w:lang w:val="en-GB"/>
        </w:rPr>
      </w:pPr>
      <w:r w:rsidRPr="00E57E6D">
        <w:rPr>
          <w:lang w:val="en-GB"/>
        </w:rPr>
        <w:t xml:space="preserve">clarification of existing provisions. </w:t>
      </w:r>
    </w:p>
    <w:p w14:paraId="48BEEDB0" w14:textId="77777777" w:rsidR="00E57E6D" w:rsidRPr="00E57E6D" w:rsidRDefault="00E57E6D" w:rsidP="00E57E6D">
      <w:pPr>
        <w:rPr>
          <w:lang w:val="en-GB"/>
        </w:rPr>
      </w:pPr>
      <w:r w:rsidRPr="00E57E6D">
        <w:rPr>
          <w:lang w:val="en-GB"/>
        </w:rPr>
        <w:t>Updates may also be made to improve the readability or consistency of these Terms without materially affecting users' rights or obligations.</w:t>
      </w:r>
    </w:p>
    <w:p w14:paraId="5FB15F23" w14:textId="77777777" w:rsidR="00E57E6D" w:rsidRPr="00E57E6D" w:rsidRDefault="00000000" w:rsidP="00E57E6D">
      <w:pPr>
        <w:rPr>
          <w:lang w:val="en-GB"/>
        </w:rPr>
      </w:pPr>
      <w:r>
        <w:rPr>
          <w:lang w:val="en-GB"/>
        </w:rPr>
        <w:pict w14:anchorId="56BE631E">
          <v:rect id="_x0000_i1196" style="width:0;height:1.5pt" o:hralign="center" o:hrstd="t" o:hr="t" fillcolor="#a0a0a0" stroked="f"/>
        </w:pict>
      </w:r>
    </w:p>
    <w:p w14:paraId="329BB8A1"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23.2 Notification of Changes</w:t>
      </w:r>
    </w:p>
    <w:p w14:paraId="1B06B615" w14:textId="77777777" w:rsidR="00E57E6D" w:rsidRPr="00E57E6D" w:rsidRDefault="00E57E6D" w:rsidP="00E57E6D">
      <w:pPr>
        <w:rPr>
          <w:lang w:val="en-GB"/>
        </w:rPr>
      </w:pPr>
      <w:r w:rsidRPr="00E57E6D">
        <w:rPr>
          <w:lang w:val="en-GB"/>
        </w:rPr>
        <w:lastRenderedPageBreak/>
        <w:t>Where changes materially affect users' rights or obligations, My Sports Coach will take reasonable steps to notify affected users before the revised Terms take effect.</w:t>
      </w:r>
    </w:p>
    <w:p w14:paraId="6B8402F1" w14:textId="77777777" w:rsidR="00E57E6D" w:rsidRPr="00E57E6D" w:rsidRDefault="00E57E6D" w:rsidP="00E57E6D">
      <w:pPr>
        <w:rPr>
          <w:lang w:val="en-GB"/>
        </w:rPr>
      </w:pPr>
      <w:r w:rsidRPr="00E57E6D">
        <w:rPr>
          <w:lang w:val="en-GB"/>
        </w:rPr>
        <w:t>Notification may be provided through:</w:t>
      </w:r>
    </w:p>
    <w:p w14:paraId="4271C40C" w14:textId="77777777" w:rsidR="00E57E6D" w:rsidRPr="00E57E6D" w:rsidRDefault="00E57E6D">
      <w:pPr>
        <w:numPr>
          <w:ilvl w:val="0"/>
          <w:numId w:val="116"/>
        </w:numPr>
        <w:rPr>
          <w:lang w:val="en-GB"/>
        </w:rPr>
      </w:pPr>
      <w:r w:rsidRPr="00E57E6D">
        <w:rPr>
          <w:lang w:val="en-GB"/>
        </w:rPr>
        <w:t xml:space="preserve">the My Sports Coach platform; </w:t>
      </w:r>
    </w:p>
    <w:p w14:paraId="217ADACD" w14:textId="77777777" w:rsidR="00E57E6D" w:rsidRPr="00E57E6D" w:rsidRDefault="00E57E6D">
      <w:pPr>
        <w:numPr>
          <w:ilvl w:val="0"/>
          <w:numId w:val="116"/>
        </w:numPr>
        <w:rPr>
          <w:lang w:val="en-GB"/>
        </w:rPr>
      </w:pPr>
      <w:r w:rsidRPr="00E57E6D">
        <w:rPr>
          <w:lang w:val="en-GB"/>
        </w:rPr>
        <w:t xml:space="preserve">email; </w:t>
      </w:r>
    </w:p>
    <w:p w14:paraId="0128A72B" w14:textId="77777777" w:rsidR="00E57E6D" w:rsidRPr="00E57E6D" w:rsidRDefault="00E57E6D">
      <w:pPr>
        <w:numPr>
          <w:ilvl w:val="0"/>
          <w:numId w:val="116"/>
        </w:numPr>
        <w:rPr>
          <w:lang w:val="en-GB"/>
        </w:rPr>
      </w:pPr>
      <w:r w:rsidRPr="00E57E6D">
        <w:rPr>
          <w:lang w:val="en-GB"/>
        </w:rPr>
        <w:t xml:space="preserve">account notifications; or </w:t>
      </w:r>
    </w:p>
    <w:p w14:paraId="0FA1D50C" w14:textId="77777777" w:rsidR="00E57E6D" w:rsidRPr="00E57E6D" w:rsidRDefault="00E57E6D">
      <w:pPr>
        <w:numPr>
          <w:ilvl w:val="0"/>
          <w:numId w:val="116"/>
        </w:numPr>
        <w:rPr>
          <w:lang w:val="en-GB"/>
        </w:rPr>
      </w:pPr>
      <w:r w:rsidRPr="00E57E6D">
        <w:rPr>
          <w:lang w:val="en-GB"/>
        </w:rPr>
        <w:t xml:space="preserve">other communication methods considered appropriate for the circumstances. </w:t>
      </w:r>
    </w:p>
    <w:p w14:paraId="4E76D838" w14:textId="77777777" w:rsidR="00E57E6D" w:rsidRPr="00E57E6D" w:rsidRDefault="00E57E6D" w:rsidP="00E57E6D">
      <w:pPr>
        <w:rPr>
          <w:lang w:val="en-GB"/>
        </w:rPr>
      </w:pPr>
      <w:r w:rsidRPr="00E57E6D">
        <w:rPr>
          <w:lang w:val="en-GB"/>
        </w:rPr>
        <w:t>Minor editorial or administrative updates that do not materially affect users may be made without individual notification.</w:t>
      </w:r>
    </w:p>
    <w:p w14:paraId="4051BDCA" w14:textId="77777777" w:rsidR="00E57E6D" w:rsidRPr="00E57E6D" w:rsidRDefault="00000000" w:rsidP="00E57E6D">
      <w:pPr>
        <w:rPr>
          <w:lang w:val="en-GB"/>
        </w:rPr>
      </w:pPr>
      <w:r>
        <w:rPr>
          <w:lang w:val="en-GB"/>
        </w:rPr>
        <w:pict w14:anchorId="60ED4911">
          <v:rect id="_x0000_i1197" style="width:0;height:1.5pt" o:hralign="center" o:hrstd="t" o:hr="t" fillcolor="#a0a0a0" stroked="f"/>
        </w:pict>
      </w:r>
    </w:p>
    <w:p w14:paraId="1AEABDA9"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23.3 Effective Date</w:t>
      </w:r>
    </w:p>
    <w:p w14:paraId="3A7AB69D" w14:textId="77777777" w:rsidR="00E57E6D" w:rsidRPr="00E57E6D" w:rsidRDefault="00E57E6D" w:rsidP="00E57E6D">
      <w:pPr>
        <w:rPr>
          <w:lang w:val="en-GB"/>
        </w:rPr>
      </w:pPr>
      <w:r w:rsidRPr="00E57E6D">
        <w:rPr>
          <w:lang w:val="en-GB"/>
        </w:rPr>
        <w:t>Unless otherwise stated, revised Terms will take effect from the date specified within the updated publication.</w:t>
      </w:r>
    </w:p>
    <w:p w14:paraId="10BC840C" w14:textId="77777777" w:rsidR="00E57E6D" w:rsidRPr="00E57E6D" w:rsidRDefault="00E57E6D" w:rsidP="00E57E6D">
      <w:pPr>
        <w:rPr>
          <w:lang w:val="en-GB"/>
        </w:rPr>
      </w:pPr>
      <w:r w:rsidRPr="00E57E6D">
        <w:rPr>
          <w:lang w:val="en-GB"/>
        </w:rPr>
        <w:t>The version number and publication date will be updated to reflect each official revision.</w:t>
      </w:r>
    </w:p>
    <w:p w14:paraId="2B228020" w14:textId="77777777" w:rsidR="00E57E6D" w:rsidRPr="00E57E6D" w:rsidRDefault="00000000" w:rsidP="00E57E6D">
      <w:pPr>
        <w:rPr>
          <w:lang w:val="en-GB"/>
        </w:rPr>
      </w:pPr>
      <w:r>
        <w:rPr>
          <w:lang w:val="en-GB"/>
        </w:rPr>
        <w:pict w14:anchorId="0A1902D8">
          <v:rect id="_x0000_i1198" style="width:0;height:1.5pt" o:hralign="center" o:hrstd="t" o:hr="t" fillcolor="#a0a0a0" stroked="f"/>
        </w:pict>
      </w:r>
    </w:p>
    <w:p w14:paraId="6D9FF362" w14:textId="77777777" w:rsidR="00E57E6D" w:rsidRDefault="00E57E6D" w:rsidP="00E57E6D">
      <w:pPr>
        <w:rPr>
          <w:b/>
          <w:bCs/>
          <w:lang w:val="en-GB"/>
        </w:rPr>
      </w:pPr>
    </w:p>
    <w:p w14:paraId="659A1534" w14:textId="482C7C0E" w:rsidR="00E57E6D" w:rsidRPr="00E57E6D" w:rsidRDefault="00E57E6D" w:rsidP="00E57E6D">
      <w:pPr>
        <w:rPr>
          <w:b/>
          <w:bCs/>
          <w:color w:val="365F91" w:themeColor="accent1" w:themeShade="BF"/>
          <w:lang w:val="en-GB"/>
        </w:rPr>
      </w:pPr>
      <w:r w:rsidRPr="00E57E6D">
        <w:rPr>
          <w:b/>
          <w:bCs/>
          <w:color w:val="365F91" w:themeColor="accent1" w:themeShade="BF"/>
          <w:lang w:val="en-GB"/>
        </w:rPr>
        <w:t>23.4 Continued Use of the Platform</w:t>
      </w:r>
    </w:p>
    <w:p w14:paraId="632C53F7" w14:textId="77777777" w:rsidR="00E57E6D" w:rsidRPr="00E57E6D" w:rsidRDefault="00E57E6D" w:rsidP="00E57E6D">
      <w:pPr>
        <w:rPr>
          <w:lang w:val="en-GB"/>
        </w:rPr>
      </w:pPr>
      <w:r w:rsidRPr="00E57E6D">
        <w:rPr>
          <w:lang w:val="en-GB"/>
        </w:rPr>
        <w:t>By continuing to access or use the My Sports Coach platform after revised Terms have taken effect, users confirm their acceptance of those updated Terms, where permitted by applicable law.</w:t>
      </w:r>
    </w:p>
    <w:p w14:paraId="369E1009" w14:textId="77777777" w:rsidR="00E57E6D" w:rsidRPr="00E57E6D" w:rsidRDefault="00E57E6D" w:rsidP="00E57E6D">
      <w:pPr>
        <w:rPr>
          <w:lang w:val="en-GB"/>
        </w:rPr>
      </w:pPr>
      <w:r w:rsidRPr="00E57E6D">
        <w:rPr>
          <w:lang w:val="en-GB"/>
        </w:rPr>
        <w:t>If you do not agree with the revised Terms, you should stop using the platform and, where applicable, close your account in accordance with these Terms.</w:t>
      </w:r>
    </w:p>
    <w:p w14:paraId="68D9F2EC" w14:textId="77777777" w:rsidR="00E57E6D" w:rsidRPr="00E57E6D" w:rsidRDefault="00000000" w:rsidP="00E57E6D">
      <w:pPr>
        <w:rPr>
          <w:lang w:val="en-GB"/>
        </w:rPr>
      </w:pPr>
      <w:r>
        <w:rPr>
          <w:lang w:val="en-GB"/>
        </w:rPr>
        <w:pict w14:anchorId="7C8EE0FF">
          <v:rect id="_x0000_i1199" style="width:0;height:1.5pt" o:hralign="center" o:hrstd="t" o:hr="t" fillcolor="#a0a0a0" stroked="f"/>
        </w:pict>
      </w:r>
    </w:p>
    <w:p w14:paraId="0C4936C8"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23.5 Previous Versions</w:t>
      </w:r>
    </w:p>
    <w:p w14:paraId="6FC75179" w14:textId="77777777" w:rsidR="00E57E6D" w:rsidRPr="00E57E6D" w:rsidRDefault="00E57E6D" w:rsidP="00E57E6D">
      <w:pPr>
        <w:rPr>
          <w:lang w:val="en-GB"/>
        </w:rPr>
      </w:pPr>
      <w:r w:rsidRPr="00E57E6D">
        <w:rPr>
          <w:lang w:val="en-GB"/>
        </w:rPr>
        <w:t>My Sports Coach may retain previous versions of these Terms for governance, legal and record-keeping purposes.</w:t>
      </w:r>
    </w:p>
    <w:p w14:paraId="4C8D7F59" w14:textId="77777777" w:rsidR="00E57E6D" w:rsidRDefault="00E57E6D" w:rsidP="00E57E6D">
      <w:pPr>
        <w:rPr>
          <w:lang w:val="en-GB"/>
        </w:rPr>
      </w:pPr>
      <w:r w:rsidRPr="00E57E6D">
        <w:rPr>
          <w:lang w:val="en-GB"/>
        </w:rPr>
        <w:t>Where appropriate, archived versions may be made available upon request or published for transparency.</w:t>
      </w:r>
    </w:p>
    <w:p w14:paraId="33901E09"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24. Governing Law</w:t>
      </w:r>
    </w:p>
    <w:p w14:paraId="3ADD17E9" w14:textId="77777777" w:rsidR="00E57E6D" w:rsidRPr="00E57E6D" w:rsidRDefault="00E57E6D" w:rsidP="00E57E6D">
      <w:pPr>
        <w:rPr>
          <w:lang w:val="en-GB"/>
        </w:rPr>
      </w:pPr>
      <w:r w:rsidRPr="00E57E6D">
        <w:rPr>
          <w:lang w:val="en-GB"/>
        </w:rPr>
        <w:t>These Terms and Conditions, together with any dispute or claim arising out of or in connection with them or the use of the My Sports Coach platform, shall be governed by and interpreted in accordance with the laws of England and Wales.</w:t>
      </w:r>
    </w:p>
    <w:p w14:paraId="4EEB1AEA" w14:textId="77777777" w:rsidR="00E57E6D" w:rsidRPr="00E57E6D" w:rsidRDefault="00E57E6D" w:rsidP="00E57E6D">
      <w:pPr>
        <w:rPr>
          <w:lang w:val="en-GB"/>
        </w:rPr>
      </w:pPr>
      <w:r w:rsidRPr="00E57E6D">
        <w:rPr>
          <w:lang w:val="en-GB"/>
        </w:rPr>
        <w:lastRenderedPageBreak/>
        <w:t>Nothing within these Terms affects any mandatory legal rights that users may have under applicable consumer protection legislation.</w:t>
      </w:r>
    </w:p>
    <w:p w14:paraId="2C74519C" w14:textId="77777777" w:rsidR="00E57E6D" w:rsidRPr="00E57E6D" w:rsidRDefault="00000000" w:rsidP="00E57E6D">
      <w:pPr>
        <w:rPr>
          <w:lang w:val="en-GB"/>
        </w:rPr>
      </w:pPr>
      <w:r>
        <w:rPr>
          <w:lang w:val="en-GB"/>
        </w:rPr>
        <w:pict w14:anchorId="1FDE1BF6">
          <v:rect id="_x0000_i1200" style="width:0;height:1.5pt" o:hralign="center" o:hrstd="t" o:hr="t" fillcolor="#a0a0a0" stroked="f"/>
        </w:pict>
      </w:r>
    </w:p>
    <w:p w14:paraId="056B95E8"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24.1 Applicable Law</w:t>
      </w:r>
    </w:p>
    <w:p w14:paraId="0B629CA8" w14:textId="77777777" w:rsidR="00E57E6D" w:rsidRPr="00E57E6D" w:rsidRDefault="00E57E6D" w:rsidP="00E57E6D">
      <w:pPr>
        <w:rPr>
          <w:lang w:val="en-GB"/>
        </w:rPr>
      </w:pPr>
      <w:r w:rsidRPr="00E57E6D">
        <w:rPr>
          <w:lang w:val="en-GB"/>
        </w:rPr>
        <w:t>The operation of the My Sports Coach platform and these Terms are governed by the laws of England and Wales.</w:t>
      </w:r>
    </w:p>
    <w:p w14:paraId="6120956C" w14:textId="77777777" w:rsidR="00E57E6D" w:rsidRPr="00E57E6D" w:rsidRDefault="00E57E6D" w:rsidP="00E57E6D">
      <w:pPr>
        <w:rPr>
          <w:lang w:val="en-GB"/>
        </w:rPr>
      </w:pPr>
      <w:r w:rsidRPr="00E57E6D">
        <w:rPr>
          <w:lang w:val="en-GB"/>
        </w:rPr>
        <w:t>Users agree that, subject to any mandatory legal rights available to consumers, any contractual relationship arising under these Terms will be interpreted in accordance with those laws.</w:t>
      </w:r>
    </w:p>
    <w:p w14:paraId="3A113982" w14:textId="77777777" w:rsidR="00E57E6D" w:rsidRPr="00E57E6D" w:rsidRDefault="00000000" w:rsidP="00E57E6D">
      <w:pPr>
        <w:rPr>
          <w:lang w:val="en-GB"/>
        </w:rPr>
      </w:pPr>
      <w:r>
        <w:rPr>
          <w:lang w:val="en-GB"/>
        </w:rPr>
        <w:pict w14:anchorId="26E37A72">
          <v:rect id="_x0000_i1201" style="width:0;height:1.5pt" o:hralign="center" o:hrstd="t" o:hr="t" fillcolor="#a0a0a0" stroked="f"/>
        </w:pict>
      </w:r>
    </w:p>
    <w:p w14:paraId="41D811EF"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24.2 Jurisdiction</w:t>
      </w:r>
    </w:p>
    <w:p w14:paraId="1934D245" w14:textId="77777777" w:rsidR="00E57E6D" w:rsidRPr="00E57E6D" w:rsidRDefault="00E57E6D" w:rsidP="00E57E6D">
      <w:pPr>
        <w:rPr>
          <w:lang w:val="en-GB"/>
        </w:rPr>
      </w:pPr>
      <w:r w:rsidRPr="00E57E6D">
        <w:rPr>
          <w:lang w:val="en-GB"/>
        </w:rPr>
        <w:t>Subject to applicable consumer protection legislation, the courts of England and Wales shall have jurisdiction to hear any dispute arising out of or relating to these Terms or the use of the My Sports Coach platform.</w:t>
      </w:r>
    </w:p>
    <w:p w14:paraId="1A736FBE" w14:textId="77777777" w:rsidR="00E57E6D" w:rsidRPr="00E57E6D" w:rsidRDefault="00E57E6D" w:rsidP="00E57E6D">
      <w:pPr>
        <w:rPr>
          <w:lang w:val="en-GB"/>
        </w:rPr>
      </w:pPr>
      <w:r w:rsidRPr="00E57E6D">
        <w:rPr>
          <w:lang w:val="en-GB"/>
        </w:rPr>
        <w:t>Where users are entitled by law to bring proceedings in another competent jurisdiction, nothing within these Terms limits those legal rights.</w:t>
      </w:r>
    </w:p>
    <w:p w14:paraId="59929B39" w14:textId="77777777" w:rsidR="00E57E6D" w:rsidRPr="00E57E6D" w:rsidRDefault="00000000" w:rsidP="00E57E6D">
      <w:pPr>
        <w:rPr>
          <w:lang w:val="en-GB"/>
        </w:rPr>
      </w:pPr>
      <w:r>
        <w:rPr>
          <w:lang w:val="en-GB"/>
        </w:rPr>
        <w:pict w14:anchorId="7FDD253A">
          <v:rect id="_x0000_i1202" style="width:0;height:1.5pt" o:hralign="center" o:hrstd="t" o:hr="t" fillcolor="#a0a0a0" stroked="f"/>
        </w:pict>
      </w:r>
    </w:p>
    <w:p w14:paraId="6859B352"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24.3 Dispute Resolution</w:t>
      </w:r>
    </w:p>
    <w:p w14:paraId="544133EB" w14:textId="77777777" w:rsidR="00E57E6D" w:rsidRPr="00E57E6D" w:rsidRDefault="00E57E6D" w:rsidP="00E57E6D">
      <w:pPr>
        <w:rPr>
          <w:lang w:val="en-GB"/>
        </w:rPr>
      </w:pPr>
      <w:r w:rsidRPr="00E57E6D">
        <w:rPr>
          <w:lang w:val="en-GB"/>
        </w:rPr>
        <w:t>Before commencing formal legal proceedings, My Sports Coach encourages users to contact us to seek an informal resolution wherever reasonably possible.</w:t>
      </w:r>
    </w:p>
    <w:p w14:paraId="6471A41F" w14:textId="77777777" w:rsidR="00E57E6D" w:rsidRPr="00E57E6D" w:rsidRDefault="00E57E6D" w:rsidP="00E57E6D">
      <w:pPr>
        <w:rPr>
          <w:lang w:val="en-GB"/>
        </w:rPr>
      </w:pPr>
      <w:r w:rsidRPr="00E57E6D">
        <w:rPr>
          <w:lang w:val="en-GB"/>
        </w:rPr>
        <w:t>Many concerns can be resolved quickly through communication, clarification or review of the relevant booking or account information.</w:t>
      </w:r>
    </w:p>
    <w:p w14:paraId="76B22CB9" w14:textId="77777777" w:rsidR="00E57E6D" w:rsidRPr="00E57E6D" w:rsidRDefault="00E57E6D" w:rsidP="00E57E6D">
      <w:pPr>
        <w:rPr>
          <w:lang w:val="en-GB"/>
        </w:rPr>
      </w:pPr>
      <w:r w:rsidRPr="00E57E6D">
        <w:rPr>
          <w:lang w:val="en-GB"/>
        </w:rPr>
        <w:t>Nothing within this section prevents either party from taking legal action where this is necessary or appropriate.</w:t>
      </w:r>
    </w:p>
    <w:p w14:paraId="2C6AB1E4" w14:textId="77777777" w:rsidR="00E57E6D" w:rsidRPr="00E57E6D" w:rsidRDefault="00000000" w:rsidP="00E57E6D">
      <w:pPr>
        <w:rPr>
          <w:lang w:val="en-GB"/>
        </w:rPr>
      </w:pPr>
      <w:r>
        <w:rPr>
          <w:lang w:val="en-GB"/>
        </w:rPr>
        <w:pict w14:anchorId="61EA1CA7">
          <v:rect id="_x0000_i1203" style="width:0;height:1.5pt" o:hralign="center" o:hrstd="t" o:hr="t" fillcolor="#a0a0a0" stroked="f"/>
        </w:pict>
      </w:r>
    </w:p>
    <w:p w14:paraId="143734E6"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24.4 Severability</w:t>
      </w:r>
    </w:p>
    <w:p w14:paraId="24F51075" w14:textId="77777777" w:rsidR="00E57E6D" w:rsidRPr="00E57E6D" w:rsidRDefault="00E57E6D" w:rsidP="00E57E6D">
      <w:pPr>
        <w:rPr>
          <w:lang w:val="en-GB"/>
        </w:rPr>
      </w:pPr>
      <w:r w:rsidRPr="00E57E6D">
        <w:rPr>
          <w:lang w:val="en-GB"/>
        </w:rPr>
        <w:t>If any provision of these Terms is found by a court or other competent authority to be unlawful, invalid or unenforceable, that provision shall be treated as severed from these Terms to the minimum extent necessary.</w:t>
      </w:r>
    </w:p>
    <w:p w14:paraId="6885151E" w14:textId="77777777" w:rsidR="00E57E6D" w:rsidRPr="00E57E6D" w:rsidRDefault="00E57E6D" w:rsidP="00E57E6D">
      <w:pPr>
        <w:rPr>
          <w:lang w:val="en-GB"/>
        </w:rPr>
      </w:pPr>
      <w:r w:rsidRPr="00E57E6D">
        <w:rPr>
          <w:lang w:val="en-GB"/>
        </w:rPr>
        <w:t>The remaining provisions shall continue in full force and effect.</w:t>
      </w:r>
    </w:p>
    <w:p w14:paraId="54881E14" w14:textId="77777777" w:rsidR="00E57E6D" w:rsidRPr="00E57E6D" w:rsidRDefault="00000000" w:rsidP="00E57E6D">
      <w:pPr>
        <w:rPr>
          <w:lang w:val="en-GB"/>
        </w:rPr>
      </w:pPr>
      <w:r>
        <w:rPr>
          <w:lang w:val="en-GB"/>
        </w:rPr>
        <w:pict w14:anchorId="6D5A12CC">
          <v:rect id="_x0000_i1204" style="width:0;height:1.5pt" o:hralign="center" o:hrstd="t" o:hr="t" fillcolor="#a0a0a0" stroked="f"/>
        </w:pict>
      </w:r>
    </w:p>
    <w:p w14:paraId="04F6BA9D"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24.5 Entire Agreement</w:t>
      </w:r>
    </w:p>
    <w:p w14:paraId="0861C83E" w14:textId="77777777" w:rsidR="00E57E6D" w:rsidRPr="00E57E6D" w:rsidRDefault="00E57E6D" w:rsidP="00E57E6D">
      <w:pPr>
        <w:rPr>
          <w:lang w:val="en-GB"/>
        </w:rPr>
      </w:pPr>
      <w:r w:rsidRPr="00E57E6D">
        <w:rPr>
          <w:lang w:val="en-GB"/>
        </w:rPr>
        <w:lastRenderedPageBreak/>
        <w:t>These Terms, together with any documents expressly incorporated by reference, including the My Sports Coach Privacy Policy and other applicable platform policies, constitute the entire agreement between My Sports Coach and the user regarding the use of the platform.</w:t>
      </w:r>
    </w:p>
    <w:p w14:paraId="2A4BB6A3" w14:textId="77777777" w:rsidR="00E57E6D" w:rsidRDefault="00E57E6D" w:rsidP="00E57E6D">
      <w:pPr>
        <w:rPr>
          <w:lang w:val="en-GB"/>
        </w:rPr>
      </w:pPr>
      <w:r w:rsidRPr="00E57E6D">
        <w:rPr>
          <w:lang w:val="en-GB"/>
        </w:rPr>
        <w:t>They replace any previous terms, understandings or agreements relating to the same subject matter, except where otherwise required by law.</w:t>
      </w:r>
    </w:p>
    <w:p w14:paraId="0FE25B34"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25. Contact Us</w:t>
      </w:r>
    </w:p>
    <w:p w14:paraId="79D19E5F" w14:textId="77777777" w:rsidR="00E57E6D" w:rsidRPr="00E57E6D" w:rsidRDefault="00E57E6D" w:rsidP="00E57E6D">
      <w:pPr>
        <w:rPr>
          <w:lang w:val="en-GB"/>
        </w:rPr>
      </w:pPr>
      <w:r w:rsidRPr="00E57E6D">
        <w:rPr>
          <w:lang w:val="en-GB"/>
        </w:rPr>
        <w:t>My Sports Coach welcomes questions, comments and feedback relating to these Terms and Conditions, the operation of the platform or any of the services we provide.</w:t>
      </w:r>
    </w:p>
    <w:p w14:paraId="79B5A376" w14:textId="77777777" w:rsidR="00E57E6D" w:rsidRPr="00E57E6D" w:rsidRDefault="00E57E6D" w:rsidP="00E57E6D">
      <w:pPr>
        <w:rPr>
          <w:lang w:val="en-GB"/>
        </w:rPr>
      </w:pPr>
      <w:r w:rsidRPr="00E57E6D">
        <w:rPr>
          <w:lang w:val="en-GB"/>
        </w:rPr>
        <w:t>If you require assistance, wish to report a concern or need clarification regarding these Terms, you may contact us using the appropriate contact details published on the My Sports Coach platform.</w:t>
      </w:r>
    </w:p>
    <w:p w14:paraId="484CD6EF" w14:textId="77777777" w:rsidR="00E57E6D" w:rsidRPr="00E57E6D" w:rsidRDefault="00E57E6D" w:rsidP="00E57E6D">
      <w:pPr>
        <w:rPr>
          <w:lang w:val="en-GB"/>
        </w:rPr>
      </w:pPr>
      <w:r w:rsidRPr="00E57E6D">
        <w:rPr>
          <w:lang w:val="en-GB"/>
        </w:rPr>
        <w:t>We are committed to responding to enquiries professionally, fairly and within a reasonable timeframe.</w:t>
      </w:r>
    </w:p>
    <w:p w14:paraId="46DE6C69" w14:textId="77777777" w:rsidR="00E57E6D" w:rsidRPr="00E57E6D" w:rsidRDefault="00000000" w:rsidP="00E57E6D">
      <w:pPr>
        <w:rPr>
          <w:lang w:val="en-GB"/>
        </w:rPr>
      </w:pPr>
      <w:r>
        <w:rPr>
          <w:lang w:val="en-GB"/>
        </w:rPr>
        <w:pict w14:anchorId="3C273EA8">
          <v:rect id="_x0000_i1205" style="width:0;height:1.5pt" o:hralign="center" o:hrstd="t" o:hr="t" fillcolor="#a0a0a0" stroked="f"/>
        </w:pict>
      </w:r>
    </w:p>
    <w:p w14:paraId="5DF1CCF6"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25.1 General Enquiries</w:t>
      </w:r>
    </w:p>
    <w:p w14:paraId="2050EAE3" w14:textId="77777777" w:rsidR="00E57E6D" w:rsidRPr="00E57E6D" w:rsidRDefault="00E57E6D" w:rsidP="00E57E6D">
      <w:pPr>
        <w:rPr>
          <w:lang w:val="en-GB"/>
        </w:rPr>
      </w:pPr>
      <w:r w:rsidRPr="00E57E6D">
        <w:rPr>
          <w:lang w:val="en-GB"/>
        </w:rPr>
        <w:t>General enquiries relating to the My Sports Coach platform, user accounts, bookings or other services may be submitted through our published customer support channels.</w:t>
      </w:r>
    </w:p>
    <w:p w14:paraId="5B4FC10F" w14:textId="77777777" w:rsidR="00E57E6D" w:rsidRPr="00E57E6D" w:rsidRDefault="00E57E6D" w:rsidP="00E57E6D">
      <w:pPr>
        <w:rPr>
          <w:lang w:val="en-GB"/>
        </w:rPr>
      </w:pPr>
      <w:r w:rsidRPr="00E57E6D">
        <w:rPr>
          <w:lang w:val="en-GB"/>
        </w:rPr>
        <w:t>Where possible, please provide sufficient information to help us identify your enquiry and respond efficiently.</w:t>
      </w:r>
    </w:p>
    <w:p w14:paraId="1DAE37F0" w14:textId="77777777" w:rsidR="00E57E6D" w:rsidRPr="00E57E6D" w:rsidRDefault="00000000" w:rsidP="00E57E6D">
      <w:pPr>
        <w:rPr>
          <w:lang w:val="en-GB"/>
        </w:rPr>
      </w:pPr>
      <w:r>
        <w:rPr>
          <w:lang w:val="en-GB"/>
        </w:rPr>
        <w:pict w14:anchorId="489B7F75">
          <v:rect id="_x0000_i1206" style="width:0;height:1.5pt" o:hralign="center" o:hrstd="t" o:hr="t" fillcolor="#a0a0a0" stroked="f"/>
        </w:pict>
      </w:r>
    </w:p>
    <w:p w14:paraId="3FA4C3B6"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25.2 Legal and Policy Enquiries</w:t>
      </w:r>
    </w:p>
    <w:p w14:paraId="2EF4E892" w14:textId="77777777" w:rsidR="00E57E6D" w:rsidRPr="00E57E6D" w:rsidRDefault="00E57E6D" w:rsidP="00E57E6D">
      <w:pPr>
        <w:rPr>
          <w:lang w:val="en-GB"/>
        </w:rPr>
      </w:pPr>
      <w:r w:rsidRPr="00E57E6D">
        <w:rPr>
          <w:lang w:val="en-GB"/>
        </w:rPr>
        <w:t>Questions relating to these Terms and Conditions or any other document within the My Sports Coach Policy Library may be directed to My Sports Coach using the contact information published on our website.</w:t>
      </w:r>
    </w:p>
    <w:p w14:paraId="048AFF83" w14:textId="77777777" w:rsidR="00E57E6D" w:rsidRPr="00E57E6D" w:rsidRDefault="00E57E6D" w:rsidP="00E57E6D">
      <w:pPr>
        <w:rPr>
          <w:lang w:val="en-GB"/>
        </w:rPr>
      </w:pPr>
      <w:r w:rsidRPr="00E57E6D">
        <w:rPr>
          <w:lang w:val="en-GB"/>
        </w:rPr>
        <w:t>This includes enquiries relating to:</w:t>
      </w:r>
    </w:p>
    <w:p w14:paraId="6378E93A" w14:textId="77777777" w:rsidR="00E57E6D" w:rsidRPr="00E57E6D" w:rsidRDefault="00E57E6D">
      <w:pPr>
        <w:numPr>
          <w:ilvl w:val="0"/>
          <w:numId w:val="117"/>
        </w:numPr>
        <w:rPr>
          <w:lang w:val="en-GB"/>
        </w:rPr>
      </w:pPr>
      <w:r w:rsidRPr="00E57E6D">
        <w:rPr>
          <w:lang w:val="en-GB"/>
        </w:rPr>
        <w:t xml:space="preserve">Terms &amp; Conditions; </w:t>
      </w:r>
    </w:p>
    <w:p w14:paraId="30984F75" w14:textId="77777777" w:rsidR="00E57E6D" w:rsidRPr="00E57E6D" w:rsidRDefault="00E57E6D">
      <w:pPr>
        <w:numPr>
          <w:ilvl w:val="0"/>
          <w:numId w:val="117"/>
        </w:numPr>
        <w:rPr>
          <w:lang w:val="en-GB"/>
        </w:rPr>
      </w:pPr>
      <w:r w:rsidRPr="00E57E6D">
        <w:rPr>
          <w:lang w:val="en-GB"/>
        </w:rPr>
        <w:t xml:space="preserve">Privacy Policy; </w:t>
      </w:r>
    </w:p>
    <w:p w14:paraId="5E2CF8DE" w14:textId="77777777" w:rsidR="00E57E6D" w:rsidRPr="00E57E6D" w:rsidRDefault="00E57E6D">
      <w:pPr>
        <w:numPr>
          <w:ilvl w:val="0"/>
          <w:numId w:val="117"/>
        </w:numPr>
        <w:rPr>
          <w:lang w:val="en-GB"/>
        </w:rPr>
      </w:pPr>
      <w:r w:rsidRPr="00E57E6D">
        <w:rPr>
          <w:lang w:val="en-GB"/>
        </w:rPr>
        <w:t xml:space="preserve">Cookie Policy; </w:t>
      </w:r>
    </w:p>
    <w:p w14:paraId="7E5453C8" w14:textId="77777777" w:rsidR="00E57E6D" w:rsidRPr="00E57E6D" w:rsidRDefault="00E57E6D">
      <w:pPr>
        <w:numPr>
          <w:ilvl w:val="0"/>
          <w:numId w:val="117"/>
        </w:numPr>
        <w:rPr>
          <w:lang w:val="en-GB"/>
        </w:rPr>
      </w:pPr>
      <w:r w:rsidRPr="00E57E6D">
        <w:rPr>
          <w:lang w:val="en-GB"/>
        </w:rPr>
        <w:t xml:space="preserve">Safeguarding Policy; </w:t>
      </w:r>
    </w:p>
    <w:p w14:paraId="041F1885" w14:textId="77777777" w:rsidR="00E57E6D" w:rsidRPr="00E57E6D" w:rsidRDefault="00E57E6D">
      <w:pPr>
        <w:numPr>
          <w:ilvl w:val="0"/>
          <w:numId w:val="117"/>
        </w:numPr>
        <w:rPr>
          <w:lang w:val="en-GB"/>
        </w:rPr>
      </w:pPr>
      <w:r w:rsidRPr="00E57E6D">
        <w:rPr>
          <w:lang w:val="en-GB"/>
        </w:rPr>
        <w:t xml:space="preserve">Complaints Policy; </w:t>
      </w:r>
    </w:p>
    <w:p w14:paraId="37FC5958" w14:textId="77777777" w:rsidR="00E57E6D" w:rsidRPr="00E57E6D" w:rsidRDefault="00E57E6D">
      <w:pPr>
        <w:numPr>
          <w:ilvl w:val="0"/>
          <w:numId w:val="117"/>
        </w:numPr>
        <w:rPr>
          <w:lang w:val="en-GB"/>
        </w:rPr>
      </w:pPr>
      <w:r w:rsidRPr="00E57E6D">
        <w:rPr>
          <w:lang w:val="en-GB"/>
        </w:rPr>
        <w:t xml:space="preserve">Code of Conduct; </w:t>
      </w:r>
    </w:p>
    <w:p w14:paraId="66FC5331" w14:textId="77777777" w:rsidR="00E57E6D" w:rsidRPr="00E57E6D" w:rsidRDefault="00E57E6D">
      <w:pPr>
        <w:numPr>
          <w:ilvl w:val="0"/>
          <w:numId w:val="117"/>
        </w:numPr>
        <w:rPr>
          <w:lang w:val="en-GB"/>
        </w:rPr>
      </w:pPr>
      <w:r w:rsidRPr="00E57E6D">
        <w:rPr>
          <w:lang w:val="en-GB"/>
        </w:rPr>
        <w:t xml:space="preserve">Community Guidelines; and </w:t>
      </w:r>
    </w:p>
    <w:p w14:paraId="791070EA" w14:textId="77777777" w:rsidR="00E57E6D" w:rsidRPr="00E57E6D" w:rsidRDefault="00E57E6D">
      <w:pPr>
        <w:numPr>
          <w:ilvl w:val="0"/>
          <w:numId w:val="117"/>
        </w:numPr>
        <w:rPr>
          <w:lang w:val="en-GB"/>
        </w:rPr>
      </w:pPr>
      <w:r w:rsidRPr="00E57E6D">
        <w:rPr>
          <w:lang w:val="en-GB"/>
        </w:rPr>
        <w:lastRenderedPageBreak/>
        <w:t xml:space="preserve">other governance documents published by My Sports Coach. </w:t>
      </w:r>
    </w:p>
    <w:p w14:paraId="06C8B35A" w14:textId="77777777" w:rsidR="00E57E6D" w:rsidRPr="00E57E6D" w:rsidRDefault="00000000" w:rsidP="00E57E6D">
      <w:pPr>
        <w:rPr>
          <w:lang w:val="en-GB"/>
        </w:rPr>
      </w:pPr>
      <w:r>
        <w:rPr>
          <w:lang w:val="en-GB"/>
        </w:rPr>
        <w:pict w14:anchorId="10758FD6">
          <v:rect id="_x0000_i1207" style="width:0;height:1.5pt" o:hralign="center" o:hrstd="t" o:hr="t" fillcolor="#a0a0a0" stroked="f"/>
        </w:pict>
      </w:r>
    </w:p>
    <w:p w14:paraId="5C953E5D"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25.3 Reporting Concerns</w:t>
      </w:r>
    </w:p>
    <w:p w14:paraId="6486583D" w14:textId="77777777" w:rsidR="00E57E6D" w:rsidRPr="00E57E6D" w:rsidRDefault="00E57E6D" w:rsidP="00E57E6D">
      <w:pPr>
        <w:rPr>
          <w:lang w:val="en-GB"/>
        </w:rPr>
      </w:pPr>
      <w:r w:rsidRPr="00E57E6D">
        <w:rPr>
          <w:lang w:val="en-GB"/>
        </w:rPr>
        <w:t>Users who wish to report:</w:t>
      </w:r>
    </w:p>
    <w:p w14:paraId="10F40FED" w14:textId="77777777" w:rsidR="00E57E6D" w:rsidRPr="00E57E6D" w:rsidRDefault="00E57E6D">
      <w:pPr>
        <w:numPr>
          <w:ilvl w:val="0"/>
          <w:numId w:val="118"/>
        </w:numPr>
        <w:rPr>
          <w:lang w:val="en-GB"/>
        </w:rPr>
      </w:pPr>
      <w:r w:rsidRPr="00E57E6D">
        <w:rPr>
          <w:lang w:val="en-GB"/>
        </w:rPr>
        <w:t xml:space="preserve">safeguarding concerns; </w:t>
      </w:r>
    </w:p>
    <w:p w14:paraId="7E13C2EC" w14:textId="77777777" w:rsidR="00E57E6D" w:rsidRPr="00E57E6D" w:rsidRDefault="00E57E6D">
      <w:pPr>
        <w:numPr>
          <w:ilvl w:val="0"/>
          <w:numId w:val="118"/>
        </w:numPr>
        <w:rPr>
          <w:lang w:val="en-GB"/>
        </w:rPr>
      </w:pPr>
      <w:r w:rsidRPr="00E57E6D">
        <w:rPr>
          <w:lang w:val="en-GB"/>
        </w:rPr>
        <w:t xml:space="preserve">suspected fraud; </w:t>
      </w:r>
    </w:p>
    <w:p w14:paraId="5729D10B" w14:textId="77777777" w:rsidR="00E57E6D" w:rsidRPr="00E57E6D" w:rsidRDefault="00E57E6D">
      <w:pPr>
        <w:numPr>
          <w:ilvl w:val="0"/>
          <w:numId w:val="118"/>
        </w:numPr>
        <w:rPr>
          <w:lang w:val="en-GB"/>
        </w:rPr>
      </w:pPr>
      <w:r w:rsidRPr="00E57E6D">
        <w:rPr>
          <w:lang w:val="en-GB"/>
        </w:rPr>
        <w:t xml:space="preserve">security vulnerabilities; </w:t>
      </w:r>
    </w:p>
    <w:p w14:paraId="7A456FD4" w14:textId="77777777" w:rsidR="00E57E6D" w:rsidRPr="00E57E6D" w:rsidRDefault="00E57E6D">
      <w:pPr>
        <w:numPr>
          <w:ilvl w:val="0"/>
          <w:numId w:val="118"/>
        </w:numPr>
        <w:rPr>
          <w:lang w:val="en-GB"/>
        </w:rPr>
      </w:pPr>
      <w:r w:rsidRPr="00E57E6D">
        <w:rPr>
          <w:lang w:val="en-GB"/>
        </w:rPr>
        <w:t xml:space="preserve">inappropriate behaviour; </w:t>
      </w:r>
    </w:p>
    <w:p w14:paraId="54E01A3D" w14:textId="77777777" w:rsidR="00E57E6D" w:rsidRPr="00E57E6D" w:rsidRDefault="00E57E6D">
      <w:pPr>
        <w:numPr>
          <w:ilvl w:val="0"/>
          <w:numId w:val="118"/>
        </w:numPr>
        <w:rPr>
          <w:lang w:val="en-GB"/>
        </w:rPr>
      </w:pPr>
      <w:r w:rsidRPr="00E57E6D">
        <w:rPr>
          <w:lang w:val="en-GB"/>
        </w:rPr>
        <w:t xml:space="preserve">breaches of these Terms; or </w:t>
      </w:r>
    </w:p>
    <w:p w14:paraId="345B8AAD" w14:textId="77777777" w:rsidR="00E57E6D" w:rsidRPr="00E57E6D" w:rsidRDefault="00E57E6D">
      <w:pPr>
        <w:numPr>
          <w:ilvl w:val="0"/>
          <w:numId w:val="118"/>
        </w:numPr>
        <w:rPr>
          <w:lang w:val="en-GB"/>
        </w:rPr>
      </w:pPr>
      <w:r w:rsidRPr="00E57E6D">
        <w:rPr>
          <w:lang w:val="en-GB"/>
        </w:rPr>
        <w:t xml:space="preserve">other matters affecting the safe operation of the platform, </w:t>
      </w:r>
    </w:p>
    <w:p w14:paraId="36E3D3A2" w14:textId="77777777" w:rsidR="00E57E6D" w:rsidRPr="00E57E6D" w:rsidRDefault="00E57E6D" w:rsidP="00E57E6D">
      <w:pPr>
        <w:rPr>
          <w:lang w:val="en-GB"/>
        </w:rPr>
      </w:pPr>
      <w:r w:rsidRPr="00E57E6D">
        <w:rPr>
          <w:lang w:val="en-GB"/>
        </w:rPr>
        <w:t>should contact My Sports Coach as soon as reasonably practicable using the appropriate reporting channels.</w:t>
      </w:r>
    </w:p>
    <w:p w14:paraId="5D3ABDF3" w14:textId="77777777" w:rsidR="00E57E6D" w:rsidRPr="00E57E6D" w:rsidRDefault="00E57E6D" w:rsidP="00E57E6D">
      <w:pPr>
        <w:rPr>
          <w:lang w:val="en-GB"/>
        </w:rPr>
      </w:pPr>
      <w:r w:rsidRPr="00E57E6D">
        <w:rPr>
          <w:lang w:val="en-GB"/>
        </w:rPr>
        <w:t xml:space="preserve">Reports will be handled fairly, confidentially where appropriate and in accordance with our published policies and applicable </w:t>
      </w:r>
      <w:r w:rsidRPr="00E57E6D">
        <w:rPr>
          <w:color w:val="365F91" w:themeColor="accent1" w:themeShade="BF"/>
          <w:lang w:val="en-GB"/>
        </w:rPr>
        <w:t>legal</w:t>
      </w:r>
      <w:r w:rsidRPr="00E57E6D">
        <w:rPr>
          <w:lang w:val="en-GB"/>
        </w:rPr>
        <w:t xml:space="preserve"> obligations.</w:t>
      </w:r>
    </w:p>
    <w:p w14:paraId="3195F3C9" w14:textId="77777777" w:rsidR="00E57E6D" w:rsidRPr="00E57E6D" w:rsidRDefault="00000000" w:rsidP="00E57E6D">
      <w:pPr>
        <w:rPr>
          <w:lang w:val="en-GB"/>
        </w:rPr>
      </w:pPr>
      <w:r>
        <w:rPr>
          <w:lang w:val="en-GB"/>
        </w:rPr>
        <w:pict w14:anchorId="091BC08A">
          <v:rect id="_x0000_i1208" style="width:0;height:1.5pt" o:hralign="center" o:hrstd="t" o:hr="t" fillcolor="#a0a0a0" stroked="f"/>
        </w:pict>
      </w:r>
    </w:p>
    <w:p w14:paraId="60B63E0F"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25.4 Keeping Contact Information Up to Date</w:t>
      </w:r>
    </w:p>
    <w:p w14:paraId="4A77AFB2" w14:textId="77777777" w:rsidR="00E57E6D" w:rsidRPr="00E57E6D" w:rsidRDefault="00E57E6D" w:rsidP="00E57E6D">
      <w:pPr>
        <w:rPr>
          <w:lang w:val="en-GB"/>
        </w:rPr>
      </w:pPr>
      <w:r w:rsidRPr="00E57E6D">
        <w:rPr>
          <w:lang w:val="en-GB"/>
        </w:rPr>
        <w:t>My Sports Coach may update its contact details from time to time.</w:t>
      </w:r>
    </w:p>
    <w:p w14:paraId="6C9C2F3B" w14:textId="77777777" w:rsidR="00E57E6D" w:rsidRPr="00E57E6D" w:rsidRDefault="00E57E6D" w:rsidP="00E57E6D">
      <w:pPr>
        <w:rPr>
          <w:lang w:val="en-GB"/>
        </w:rPr>
      </w:pPr>
      <w:r w:rsidRPr="00E57E6D">
        <w:rPr>
          <w:lang w:val="en-GB"/>
        </w:rPr>
        <w:t>The most up-to-date contact information will always be published on the official My Sports Coach website.</w:t>
      </w:r>
    </w:p>
    <w:p w14:paraId="3ECCD608" w14:textId="77777777" w:rsidR="00E57E6D" w:rsidRPr="00E57E6D" w:rsidRDefault="00E57E6D" w:rsidP="00E57E6D">
      <w:pPr>
        <w:rPr>
          <w:lang w:val="en-GB"/>
        </w:rPr>
      </w:pPr>
      <w:r w:rsidRPr="00E57E6D">
        <w:rPr>
          <w:lang w:val="en-GB"/>
        </w:rPr>
        <w:t>Users should refer to the website before submitting enquiries to ensure they are using the current contact details.</w:t>
      </w:r>
    </w:p>
    <w:p w14:paraId="533BC473" w14:textId="77777777" w:rsidR="00E57E6D" w:rsidRPr="00E57E6D" w:rsidRDefault="00000000" w:rsidP="00E57E6D">
      <w:pPr>
        <w:rPr>
          <w:lang w:val="en-GB"/>
        </w:rPr>
      </w:pPr>
      <w:r>
        <w:rPr>
          <w:lang w:val="en-GB"/>
        </w:rPr>
        <w:pict w14:anchorId="08B61FAA">
          <v:rect id="_x0000_i1209" style="width:0;height:1.5pt" o:hralign="center" o:hrstd="t" o:hr="t" fillcolor="#a0a0a0" stroked="f"/>
        </w:pict>
      </w:r>
    </w:p>
    <w:p w14:paraId="36EC5DEC"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t>25.5 Our Commitment</w:t>
      </w:r>
    </w:p>
    <w:p w14:paraId="24DC0106" w14:textId="77777777" w:rsidR="00E57E6D" w:rsidRPr="00E57E6D" w:rsidRDefault="00E57E6D" w:rsidP="00E57E6D">
      <w:pPr>
        <w:rPr>
          <w:lang w:val="en-GB"/>
        </w:rPr>
      </w:pPr>
      <w:r w:rsidRPr="00E57E6D">
        <w:rPr>
          <w:lang w:val="en-GB"/>
        </w:rPr>
        <w:t>My Sports Coach is committed to operating a trusted, transparent and professional marketplace for sports coaching.</w:t>
      </w:r>
    </w:p>
    <w:p w14:paraId="2720184D" w14:textId="77777777" w:rsidR="00E57E6D" w:rsidRPr="00E57E6D" w:rsidRDefault="00E57E6D" w:rsidP="00E57E6D">
      <w:pPr>
        <w:rPr>
          <w:lang w:val="en-GB"/>
        </w:rPr>
      </w:pPr>
      <w:r w:rsidRPr="00E57E6D">
        <w:rPr>
          <w:lang w:val="en-GB"/>
        </w:rPr>
        <w:t>We value constructive feedback and recognise the importance of maintaining open communication with coaches, participants, parents, guardians and organisations.</w:t>
      </w:r>
    </w:p>
    <w:p w14:paraId="155102A4" w14:textId="77777777" w:rsidR="00E57E6D" w:rsidRPr="00E57E6D" w:rsidRDefault="00E57E6D" w:rsidP="00E57E6D">
      <w:pPr>
        <w:rPr>
          <w:lang w:val="en-GB"/>
        </w:rPr>
      </w:pPr>
      <w:r w:rsidRPr="00E57E6D">
        <w:rPr>
          <w:lang w:val="en-GB"/>
        </w:rPr>
        <w:t>By working together and following these Terms, we aim to create a platform that supports safe, enjoyable and accessible sports coaching opportunities throughout the United Kingdom.</w:t>
      </w:r>
    </w:p>
    <w:p w14:paraId="5FDEF7B0" w14:textId="77777777" w:rsidR="00E57E6D" w:rsidRPr="00E57E6D" w:rsidRDefault="00000000" w:rsidP="00E57E6D">
      <w:pPr>
        <w:rPr>
          <w:lang w:val="en-GB"/>
        </w:rPr>
      </w:pPr>
      <w:r>
        <w:rPr>
          <w:lang w:val="en-GB"/>
        </w:rPr>
        <w:pict w14:anchorId="4DE972B5">
          <v:rect id="_x0000_i1210" style="width:0;height:1.5pt" o:hralign="center" o:hrstd="t" o:hr="t" fillcolor="#a0a0a0" stroked="f"/>
        </w:pict>
      </w:r>
    </w:p>
    <w:p w14:paraId="07D0F7ED" w14:textId="77777777" w:rsidR="00E57E6D" w:rsidRPr="00E57E6D" w:rsidRDefault="00E57E6D" w:rsidP="00E57E6D">
      <w:pPr>
        <w:rPr>
          <w:b/>
          <w:bCs/>
          <w:color w:val="365F91" w:themeColor="accent1" w:themeShade="BF"/>
          <w:lang w:val="en-GB"/>
        </w:rPr>
      </w:pPr>
      <w:r w:rsidRPr="00E57E6D">
        <w:rPr>
          <w:b/>
          <w:bCs/>
          <w:color w:val="365F91" w:themeColor="accent1" w:themeShade="BF"/>
          <w:lang w:val="en-GB"/>
        </w:rPr>
        <w:lastRenderedPageBreak/>
        <w:t>End of Terms &amp; Conditions</w:t>
      </w:r>
    </w:p>
    <w:p w14:paraId="76C40288" w14:textId="77777777" w:rsidR="00E57E6D" w:rsidRPr="00E57E6D" w:rsidRDefault="00E57E6D" w:rsidP="00E57E6D">
      <w:pPr>
        <w:rPr>
          <w:lang w:val="en-GB"/>
        </w:rPr>
      </w:pPr>
      <w:r w:rsidRPr="00E57E6D">
        <w:rPr>
          <w:lang w:val="en-GB"/>
        </w:rPr>
        <w:t>Thank you for taking the time to read these Terms and Conditions.</w:t>
      </w:r>
    </w:p>
    <w:p w14:paraId="58A20787" w14:textId="77777777" w:rsidR="00E57E6D" w:rsidRDefault="00E57E6D" w:rsidP="00E57E6D">
      <w:pPr>
        <w:rPr>
          <w:lang w:val="en-GB"/>
        </w:rPr>
      </w:pPr>
      <w:r w:rsidRPr="00E57E6D">
        <w:rPr>
          <w:lang w:val="en-GB"/>
        </w:rPr>
        <w:t>Your continued use of the My Sports Coach platform helps support a community built on professionalism, transparency, respect and a shared commitment to high-quality sports coaching.</w:t>
      </w:r>
    </w:p>
    <w:p w14:paraId="092919D5" w14:textId="77777777" w:rsidR="00E57E6D" w:rsidRPr="00E57E6D" w:rsidRDefault="00E57E6D" w:rsidP="00E57E6D">
      <w:pPr>
        <w:rPr>
          <w:b/>
          <w:bCs/>
          <w:color w:val="365F91" w:themeColor="accent1" w:themeShade="BF"/>
          <w:sz w:val="28"/>
          <w:szCs w:val="28"/>
          <w:lang w:val="en-GB"/>
        </w:rPr>
      </w:pPr>
      <w:bookmarkStart w:id="0" w:name="_Hlk237198328"/>
      <w:r w:rsidRPr="00E57E6D">
        <w:rPr>
          <w:b/>
          <w:bCs/>
          <w:color w:val="365F91" w:themeColor="accent1" w:themeShade="BF"/>
          <w:sz w:val="28"/>
          <w:szCs w:val="28"/>
          <w:lang w:val="en-GB"/>
        </w:rPr>
        <w:t>Copyright Notice</w:t>
      </w:r>
    </w:p>
    <w:p w14:paraId="08D0A46C" w14:textId="77777777" w:rsidR="00E57E6D" w:rsidRPr="00E57E6D" w:rsidRDefault="00E57E6D" w:rsidP="00E57E6D">
      <w:pPr>
        <w:rPr>
          <w:lang w:val="en-GB"/>
        </w:rPr>
      </w:pPr>
      <w:r w:rsidRPr="00E57E6D">
        <w:rPr>
          <w:b/>
          <w:bCs/>
          <w:lang w:val="en-GB"/>
        </w:rPr>
        <w:t>© My Sports Coach UK Ltd 2026. All Rights Reserved.</w:t>
      </w:r>
    </w:p>
    <w:p w14:paraId="474084DF" w14:textId="77777777" w:rsidR="00E57E6D" w:rsidRPr="00E57E6D" w:rsidRDefault="00E57E6D" w:rsidP="00E57E6D">
      <w:pPr>
        <w:rPr>
          <w:lang w:val="en-GB"/>
        </w:rPr>
      </w:pPr>
      <w:r w:rsidRPr="00E57E6D">
        <w:rPr>
          <w:lang w:val="en-GB"/>
        </w:rPr>
        <w:t xml:space="preserve">This publication is the intellectual property of </w:t>
      </w:r>
      <w:r w:rsidRPr="00E57E6D">
        <w:rPr>
          <w:b/>
          <w:bCs/>
          <w:lang w:val="en-GB"/>
        </w:rPr>
        <w:t>My Sports Coach UK Ltd</w:t>
      </w:r>
      <w:r w:rsidRPr="00E57E6D">
        <w:rPr>
          <w:lang w:val="en-GB"/>
        </w:rPr>
        <w:t>.</w:t>
      </w:r>
    </w:p>
    <w:p w14:paraId="11363D5A" w14:textId="77777777" w:rsidR="00E57E6D" w:rsidRPr="00E57E6D" w:rsidRDefault="00E57E6D" w:rsidP="00E57E6D">
      <w:pPr>
        <w:rPr>
          <w:lang w:val="en-GB"/>
        </w:rPr>
      </w:pPr>
      <w:r w:rsidRPr="00E57E6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E57E6D">
        <w:rPr>
          <w:lang w:val="en-GB"/>
        </w:rPr>
        <w:t>where</w:t>
      </w:r>
      <w:proofErr w:type="gramEnd"/>
      <w:r w:rsidRPr="00E57E6D">
        <w:rPr>
          <w:lang w:val="en-GB"/>
        </w:rPr>
        <w:t xml:space="preserve"> permitted by applicable copyright legislation.</w:t>
      </w:r>
    </w:p>
    <w:p w14:paraId="68DC4D1B" w14:textId="77777777" w:rsidR="00E57E6D" w:rsidRPr="00E57E6D" w:rsidRDefault="00E57E6D" w:rsidP="00E57E6D">
      <w:pPr>
        <w:rPr>
          <w:lang w:val="en-GB"/>
        </w:rPr>
      </w:pPr>
      <w:r w:rsidRPr="00E57E6D">
        <w:rPr>
          <w:lang w:val="en-GB"/>
        </w:rPr>
        <w:t xml:space="preserve">This document forms part of the </w:t>
      </w:r>
      <w:r w:rsidRPr="00E57E6D">
        <w:rPr>
          <w:b/>
          <w:bCs/>
          <w:lang w:val="en-GB"/>
        </w:rPr>
        <w:t>My Sports Coach Policy Library</w:t>
      </w:r>
      <w:r w:rsidRPr="00E57E6D">
        <w:rPr>
          <w:lang w:val="en-GB"/>
        </w:rPr>
        <w:t xml:space="preserve"> and has been produced to support the governance, operation and use of the My Sports Coach platform.</w:t>
      </w:r>
    </w:p>
    <w:p w14:paraId="6686F37A" w14:textId="77777777" w:rsidR="00E57E6D" w:rsidRPr="00E57E6D" w:rsidRDefault="00E57E6D" w:rsidP="00E57E6D">
      <w:pPr>
        <w:rPr>
          <w:lang w:val="en-GB"/>
        </w:rPr>
      </w:pPr>
      <w:r w:rsidRPr="00E57E6D">
        <w:rPr>
          <w:lang w:val="en-GB"/>
        </w:rPr>
        <w:t xml:space="preserve">Nothing in this publication grants any licence or right to use the </w:t>
      </w:r>
      <w:r w:rsidRPr="00E57E6D">
        <w:rPr>
          <w:b/>
          <w:bCs/>
          <w:lang w:val="en-GB"/>
        </w:rPr>
        <w:t>My Sports Coach</w:t>
      </w:r>
      <w:r w:rsidRPr="00E57E6D">
        <w:rPr>
          <w:lang w:val="en-GB"/>
        </w:rPr>
        <w:t xml:space="preserve"> name, logo, branding, trademarks or other intellectual property except where expressly authorised in writing by My Sports Coach UK Ltd.</w:t>
      </w:r>
    </w:p>
    <w:p w14:paraId="62377406" w14:textId="77777777" w:rsidR="00E57E6D" w:rsidRDefault="00E57E6D" w:rsidP="00E57E6D">
      <w:pPr>
        <w:rPr>
          <w:lang w:val="en-GB"/>
        </w:rPr>
      </w:pPr>
      <w:r w:rsidRPr="00E57E6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E57E6D" w:rsidRDefault="00E57E6D" w:rsidP="00E57E6D">
      <w:pPr>
        <w:rPr>
          <w:b/>
          <w:bCs/>
          <w:color w:val="365F91" w:themeColor="accent1" w:themeShade="BF"/>
          <w:sz w:val="28"/>
          <w:szCs w:val="28"/>
          <w:lang w:val="en-GB"/>
        </w:rPr>
      </w:pPr>
      <w:r w:rsidRPr="00E57E6D">
        <w:rPr>
          <w:b/>
          <w:bCs/>
          <w:color w:val="365F91" w:themeColor="accent1" w:themeShade="BF"/>
          <w:sz w:val="28"/>
          <w:szCs w:val="28"/>
          <w:lang w:val="en-GB"/>
        </w:rPr>
        <w:t>Official Publication Statement</w:t>
      </w:r>
    </w:p>
    <w:p w14:paraId="08A60DAB" w14:textId="77777777" w:rsidR="00E57E6D" w:rsidRPr="00E57E6D" w:rsidRDefault="00E57E6D" w:rsidP="00E57E6D">
      <w:pPr>
        <w:rPr>
          <w:lang w:val="en-GB"/>
        </w:rPr>
      </w:pPr>
      <w:r w:rsidRPr="00E57E6D">
        <w:rPr>
          <w:lang w:val="en-GB"/>
        </w:rPr>
        <w:t xml:space="preserve">This document forms part of the official </w:t>
      </w:r>
      <w:r w:rsidRPr="00E57E6D">
        <w:rPr>
          <w:b/>
          <w:bCs/>
          <w:lang w:val="en-GB"/>
        </w:rPr>
        <w:t>My Sports Coach Policy Library</w:t>
      </w:r>
      <w:r w:rsidRPr="00E57E6D">
        <w:rPr>
          <w:lang w:val="en-GB"/>
        </w:rPr>
        <w:t>.</w:t>
      </w:r>
    </w:p>
    <w:p w14:paraId="6567027B" w14:textId="77777777" w:rsidR="00E57E6D" w:rsidRPr="00E57E6D" w:rsidRDefault="00E57E6D" w:rsidP="00E57E6D">
      <w:pPr>
        <w:rPr>
          <w:lang w:val="en-GB"/>
        </w:rPr>
      </w:pPr>
      <w:r w:rsidRPr="00E57E6D">
        <w:rPr>
          <w:lang w:val="en-GB"/>
        </w:rPr>
        <w:t xml:space="preserve">It has been prepared and published by </w:t>
      </w:r>
      <w:r w:rsidRPr="00E57E6D">
        <w:rPr>
          <w:b/>
          <w:bCs/>
          <w:lang w:val="en-GB"/>
        </w:rPr>
        <w:t>My Sports Coach UK Ltd</w:t>
      </w:r>
      <w:r w:rsidRPr="00E57E6D">
        <w:rPr>
          <w:lang w:val="en-GB"/>
        </w:rPr>
        <w:t xml:space="preserve"> to support the safe, professional and transparent operation of the My Sports Coach platform.</w:t>
      </w:r>
    </w:p>
    <w:p w14:paraId="3BD70CB7" w14:textId="77777777" w:rsidR="00E57E6D" w:rsidRPr="00E57E6D" w:rsidRDefault="00E57E6D" w:rsidP="00E57E6D">
      <w:pPr>
        <w:rPr>
          <w:lang w:val="en-GB"/>
        </w:rPr>
      </w:pPr>
      <w:r w:rsidRPr="00E57E6D">
        <w:rPr>
          <w:lang w:val="en-GB"/>
        </w:rPr>
        <w:t>The Policy Library is maintained as a living collection of governance documents and may be updated from time to time to reflect changes in legislation, industry best practice and the continued development of the platform.</w:t>
      </w:r>
    </w:p>
    <w:p w14:paraId="440F8EC3" w14:textId="77777777" w:rsidR="00E57E6D" w:rsidRPr="00E57E6D" w:rsidRDefault="00E57E6D" w:rsidP="00E57E6D">
      <w:pPr>
        <w:rPr>
          <w:lang w:val="en-GB"/>
        </w:rPr>
      </w:pPr>
      <w:r w:rsidRPr="00E57E6D">
        <w:rPr>
          <w:lang w:val="en-GB"/>
        </w:rPr>
        <w:t>Users should ensure they refer to the latest published edition when relying upon any policy or governance document.</w:t>
      </w:r>
    </w:p>
    <w:bookmarkEnd w:id="0"/>
    <w:p w14:paraId="792ECA20" w14:textId="77777777" w:rsidR="00DD3B68" w:rsidRPr="00DD3B68" w:rsidRDefault="00DD3B68" w:rsidP="00DD3B68">
      <w:pPr>
        <w:rPr>
          <w:b/>
          <w:bCs/>
          <w:color w:val="365F91" w:themeColor="accent1" w:themeShade="BF"/>
          <w:sz w:val="28"/>
          <w:szCs w:val="28"/>
          <w:lang w:val="en-GB"/>
        </w:rPr>
      </w:pPr>
      <w:r w:rsidRPr="00DD3B68">
        <w:rPr>
          <w:b/>
          <w:bCs/>
          <w:color w:val="365F91" w:themeColor="accent1" w:themeShade="BF"/>
          <w:sz w:val="28"/>
          <w:szCs w:val="28"/>
          <w:lang w:val="en-GB"/>
        </w:rPr>
        <w:t>End of Terms &amp; Conditions</w:t>
      </w:r>
    </w:p>
    <w:p w14:paraId="130D3061" w14:textId="77777777" w:rsidR="00DD3B68" w:rsidRPr="00DD3B68" w:rsidRDefault="00DD3B68" w:rsidP="00DD3B68">
      <w:pPr>
        <w:rPr>
          <w:lang w:val="en-GB"/>
        </w:rPr>
      </w:pPr>
      <w:r w:rsidRPr="00DD3B68">
        <w:rPr>
          <w:lang w:val="en-GB"/>
        </w:rPr>
        <w:t>Thank you for taking the time to read these Terms and Conditions.</w:t>
      </w:r>
    </w:p>
    <w:p w14:paraId="7C05AB5D" w14:textId="77777777" w:rsidR="00DD3B68" w:rsidRPr="00DD3B68" w:rsidRDefault="00DD3B68" w:rsidP="00DD3B68">
      <w:pPr>
        <w:rPr>
          <w:lang w:val="en-GB"/>
        </w:rPr>
      </w:pPr>
      <w:r w:rsidRPr="00DD3B68">
        <w:rPr>
          <w:lang w:val="en-GB"/>
        </w:rPr>
        <w:lastRenderedPageBreak/>
        <w:t>Your continued use of the My Sports Coach platform helps support a community built on professionalism, transparency, respect and a shared commitment to high-quality sports coaching.</w:t>
      </w:r>
    </w:p>
    <w:p w14:paraId="1561D187" w14:textId="757F4F2D" w:rsidR="00DD3B68" w:rsidRPr="00DD3B68" w:rsidRDefault="00DD3B68" w:rsidP="00DD3B68">
      <w:pPr>
        <w:rPr>
          <w:lang w:val="en-GB"/>
        </w:rPr>
      </w:pPr>
      <w:r w:rsidRPr="00DD3B68">
        <w:rPr>
          <w:b/>
          <w:bCs/>
          <w:lang w:val="en-GB"/>
        </w:rPr>
        <w:t>— End of Main Document —</w:t>
      </w:r>
    </w:p>
    <w:p w14:paraId="64AFEF86" w14:textId="77777777" w:rsidR="00DD3B68" w:rsidRPr="00DD3B68" w:rsidRDefault="00000000" w:rsidP="00DD3B68">
      <w:pPr>
        <w:rPr>
          <w:lang w:val="en-GB"/>
        </w:rPr>
      </w:pPr>
      <w:r>
        <w:rPr>
          <w:lang w:val="en-GB"/>
        </w:rPr>
        <w:pict w14:anchorId="36626E50">
          <v:rect id="_x0000_i1211" style="width:0;height:1.5pt" o:hralign="center" o:hrstd="t" o:hr="t" fillcolor="#a0a0a0" stroked="f"/>
        </w:pict>
      </w:r>
    </w:p>
    <w:p w14:paraId="4C84D7F6" w14:textId="77777777" w:rsidR="00DD3B68" w:rsidRPr="00DD3B68" w:rsidRDefault="00DD3B68" w:rsidP="00DD3B68">
      <w:pPr>
        <w:rPr>
          <w:b/>
          <w:bCs/>
          <w:color w:val="365F91" w:themeColor="accent1" w:themeShade="BF"/>
          <w:sz w:val="28"/>
          <w:szCs w:val="28"/>
          <w:lang w:val="en-GB"/>
        </w:rPr>
      </w:pPr>
      <w:r w:rsidRPr="00DD3B68">
        <w:rPr>
          <w:b/>
          <w:bCs/>
          <w:color w:val="365F91" w:themeColor="accent1" w:themeShade="BF"/>
          <w:sz w:val="28"/>
          <w:szCs w:val="28"/>
          <w:lang w:val="en-GB"/>
        </w:rPr>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3953"/>
      </w:tblGrid>
      <w:tr w:rsidR="00DD3B68" w:rsidRPr="00DD3B68" w14:paraId="1B7EF4E0" w14:textId="77777777" w:rsidTr="00DD3B68">
        <w:trPr>
          <w:tblHeader/>
          <w:tblCellSpacing w:w="15" w:type="dxa"/>
        </w:trPr>
        <w:tc>
          <w:tcPr>
            <w:tcW w:w="0" w:type="auto"/>
            <w:vAlign w:val="center"/>
            <w:hideMark/>
          </w:tcPr>
          <w:p w14:paraId="1F5DC64C" w14:textId="77777777" w:rsidR="00DD3B68" w:rsidRPr="00DD3B68" w:rsidRDefault="00DD3B68" w:rsidP="00DD3B68">
            <w:pPr>
              <w:rPr>
                <w:b/>
                <w:bCs/>
                <w:lang w:val="en-GB"/>
              </w:rPr>
            </w:pPr>
            <w:r w:rsidRPr="00DD3B68">
              <w:rPr>
                <w:b/>
                <w:bCs/>
                <w:lang w:val="en-GB"/>
              </w:rPr>
              <w:t>Document</w:t>
            </w:r>
          </w:p>
        </w:tc>
        <w:tc>
          <w:tcPr>
            <w:tcW w:w="0" w:type="auto"/>
            <w:vAlign w:val="center"/>
            <w:hideMark/>
          </w:tcPr>
          <w:p w14:paraId="6B8D017C" w14:textId="77777777" w:rsidR="00DD3B68" w:rsidRPr="00DD3B68" w:rsidRDefault="00DD3B68" w:rsidP="00DD3B68">
            <w:pPr>
              <w:rPr>
                <w:b/>
                <w:bCs/>
                <w:lang w:val="en-GB"/>
              </w:rPr>
            </w:pPr>
            <w:r w:rsidRPr="00DD3B68">
              <w:rPr>
                <w:b/>
                <w:bCs/>
                <w:lang w:val="en-GB"/>
              </w:rPr>
              <w:t>Book 3 – Terms &amp; Conditions</w:t>
            </w:r>
          </w:p>
        </w:tc>
      </w:tr>
      <w:tr w:rsidR="00DD3B68" w:rsidRPr="00DD3B68" w14:paraId="07A5C1E2" w14:textId="77777777" w:rsidTr="00DD3B68">
        <w:trPr>
          <w:tblCellSpacing w:w="15" w:type="dxa"/>
        </w:trPr>
        <w:tc>
          <w:tcPr>
            <w:tcW w:w="0" w:type="auto"/>
            <w:vAlign w:val="center"/>
            <w:hideMark/>
          </w:tcPr>
          <w:p w14:paraId="7084EE8B" w14:textId="77777777" w:rsidR="00DD3B68" w:rsidRPr="00DD3B68" w:rsidRDefault="00DD3B68" w:rsidP="00DD3B68">
            <w:pPr>
              <w:rPr>
                <w:lang w:val="en-GB"/>
              </w:rPr>
            </w:pPr>
            <w:r w:rsidRPr="00DD3B68">
              <w:rPr>
                <w:lang w:val="en-GB"/>
              </w:rPr>
              <w:t>Document Number</w:t>
            </w:r>
          </w:p>
        </w:tc>
        <w:tc>
          <w:tcPr>
            <w:tcW w:w="0" w:type="auto"/>
            <w:vAlign w:val="center"/>
            <w:hideMark/>
          </w:tcPr>
          <w:p w14:paraId="36C03B0A" w14:textId="77777777" w:rsidR="00DD3B68" w:rsidRPr="00DD3B68" w:rsidRDefault="00DD3B68" w:rsidP="00DD3B68">
            <w:pPr>
              <w:rPr>
                <w:lang w:val="en-GB"/>
              </w:rPr>
            </w:pPr>
            <w:r w:rsidRPr="00DD3B68">
              <w:rPr>
                <w:lang w:val="en-GB"/>
              </w:rPr>
              <w:t>MSC-POL-003</w:t>
            </w:r>
          </w:p>
        </w:tc>
      </w:tr>
      <w:tr w:rsidR="00DD3B68" w:rsidRPr="00DD3B68" w14:paraId="46881C32" w14:textId="77777777" w:rsidTr="00DD3B68">
        <w:trPr>
          <w:tblCellSpacing w:w="15" w:type="dxa"/>
        </w:trPr>
        <w:tc>
          <w:tcPr>
            <w:tcW w:w="0" w:type="auto"/>
            <w:vAlign w:val="center"/>
            <w:hideMark/>
          </w:tcPr>
          <w:p w14:paraId="7D0BA702" w14:textId="77777777" w:rsidR="00DD3B68" w:rsidRPr="00DD3B68" w:rsidRDefault="00DD3B68" w:rsidP="00DD3B68">
            <w:pPr>
              <w:rPr>
                <w:lang w:val="en-GB"/>
              </w:rPr>
            </w:pPr>
            <w:r w:rsidRPr="00DD3B68">
              <w:rPr>
                <w:lang w:val="en-GB"/>
              </w:rPr>
              <w:t>Version</w:t>
            </w:r>
          </w:p>
        </w:tc>
        <w:tc>
          <w:tcPr>
            <w:tcW w:w="0" w:type="auto"/>
            <w:vAlign w:val="center"/>
            <w:hideMark/>
          </w:tcPr>
          <w:p w14:paraId="4312E280" w14:textId="77777777" w:rsidR="00DD3B68" w:rsidRPr="00DD3B68" w:rsidRDefault="00DD3B68" w:rsidP="00DD3B68">
            <w:pPr>
              <w:rPr>
                <w:lang w:val="en-GB"/>
              </w:rPr>
            </w:pPr>
            <w:r w:rsidRPr="00DD3B68">
              <w:rPr>
                <w:lang w:val="en-GB"/>
              </w:rPr>
              <w:t>1.0</w:t>
            </w:r>
          </w:p>
        </w:tc>
      </w:tr>
      <w:tr w:rsidR="00DD3B68" w:rsidRPr="00DD3B68" w14:paraId="64ED2EBF" w14:textId="77777777" w:rsidTr="00DD3B68">
        <w:trPr>
          <w:tblCellSpacing w:w="15" w:type="dxa"/>
        </w:trPr>
        <w:tc>
          <w:tcPr>
            <w:tcW w:w="0" w:type="auto"/>
            <w:vAlign w:val="center"/>
            <w:hideMark/>
          </w:tcPr>
          <w:p w14:paraId="6EAE7FE1" w14:textId="77777777" w:rsidR="00DD3B68" w:rsidRPr="00DD3B68" w:rsidRDefault="00DD3B68" w:rsidP="00DD3B68">
            <w:pPr>
              <w:rPr>
                <w:lang w:val="en-GB"/>
              </w:rPr>
            </w:pPr>
            <w:r w:rsidRPr="00DD3B68">
              <w:rPr>
                <w:lang w:val="en-GB"/>
              </w:rPr>
              <w:t>Status</w:t>
            </w:r>
          </w:p>
        </w:tc>
        <w:tc>
          <w:tcPr>
            <w:tcW w:w="0" w:type="auto"/>
            <w:vAlign w:val="center"/>
            <w:hideMark/>
          </w:tcPr>
          <w:p w14:paraId="376CD326" w14:textId="77777777" w:rsidR="00DD3B68" w:rsidRPr="00DD3B68" w:rsidRDefault="00DD3B68" w:rsidP="00DD3B68">
            <w:pPr>
              <w:rPr>
                <w:lang w:val="en-GB"/>
              </w:rPr>
            </w:pPr>
            <w:r w:rsidRPr="00DD3B68">
              <w:rPr>
                <w:lang w:val="en-GB"/>
              </w:rPr>
              <w:t>Official Publication Edition</w:t>
            </w:r>
          </w:p>
        </w:tc>
      </w:tr>
      <w:tr w:rsidR="00DD3B68" w:rsidRPr="00DD3B68" w14:paraId="6CDED65A" w14:textId="77777777" w:rsidTr="00DD3B68">
        <w:trPr>
          <w:tblCellSpacing w:w="15" w:type="dxa"/>
        </w:trPr>
        <w:tc>
          <w:tcPr>
            <w:tcW w:w="0" w:type="auto"/>
            <w:vAlign w:val="center"/>
            <w:hideMark/>
          </w:tcPr>
          <w:p w14:paraId="7A273C56" w14:textId="77777777" w:rsidR="00DD3B68" w:rsidRPr="00DD3B68" w:rsidRDefault="00DD3B68" w:rsidP="00DD3B68">
            <w:pPr>
              <w:rPr>
                <w:lang w:val="en-GB"/>
              </w:rPr>
            </w:pPr>
            <w:r w:rsidRPr="00DD3B68">
              <w:rPr>
                <w:lang w:val="en-GB"/>
              </w:rPr>
              <w:t>Effective Date</w:t>
            </w:r>
          </w:p>
        </w:tc>
        <w:tc>
          <w:tcPr>
            <w:tcW w:w="0" w:type="auto"/>
            <w:vAlign w:val="center"/>
            <w:hideMark/>
          </w:tcPr>
          <w:p w14:paraId="4E429F1C" w14:textId="77777777" w:rsidR="00DD3B68" w:rsidRPr="00DD3B68" w:rsidRDefault="00DD3B68" w:rsidP="00DD3B68">
            <w:pPr>
              <w:rPr>
                <w:lang w:val="en-GB"/>
              </w:rPr>
            </w:pPr>
            <w:r w:rsidRPr="00DD3B68">
              <w:rPr>
                <w:lang w:val="en-GB"/>
              </w:rPr>
              <w:t>August 2026</w:t>
            </w:r>
          </w:p>
        </w:tc>
      </w:tr>
      <w:tr w:rsidR="00DD3B68" w:rsidRPr="00DD3B68" w14:paraId="0EF15288" w14:textId="77777777" w:rsidTr="00DD3B68">
        <w:trPr>
          <w:tblCellSpacing w:w="15" w:type="dxa"/>
        </w:trPr>
        <w:tc>
          <w:tcPr>
            <w:tcW w:w="0" w:type="auto"/>
            <w:vAlign w:val="center"/>
            <w:hideMark/>
          </w:tcPr>
          <w:p w14:paraId="3BD22B17" w14:textId="77777777" w:rsidR="00DD3B68" w:rsidRPr="00DD3B68" w:rsidRDefault="00DD3B68" w:rsidP="00DD3B68">
            <w:pPr>
              <w:rPr>
                <w:lang w:val="en-GB"/>
              </w:rPr>
            </w:pPr>
            <w:r w:rsidRPr="00DD3B68">
              <w:rPr>
                <w:lang w:val="en-GB"/>
              </w:rPr>
              <w:t>Review Date</w:t>
            </w:r>
          </w:p>
        </w:tc>
        <w:tc>
          <w:tcPr>
            <w:tcW w:w="0" w:type="auto"/>
            <w:vAlign w:val="center"/>
            <w:hideMark/>
          </w:tcPr>
          <w:p w14:paraId="08CBD685" w14:textId="77777777" w:rsidR="00DD3B68" w:rsidRPr="00DD3B68" w:rsidRDefault="00DD3B68" w:rsidP="00DD3B68">
            <w:pPr>
              <w:rPr>
                <w:lang w:val="en-GB"/>
              </w:rPr>
            </w:pPr>
            <w:r w:rsidRPr="00DD3B68">
              <w:rPr>
                <w:lang w:val="en-GB"/>
              </w:rPr>
              <w:t>August 2027</w:t>
            </w:r>
          </w:p>
        </w:tc>
      </w:tr>
      <w:tr w:rsidR="00DD3B68" w:rsidRPr="00DD3B68" w14:paraId="64483EAC" w14:textId="77777777" w:rsidTr="00DD3B68">
        <w:trPr>
          <w:tblCellSpacing w:w="15" w:type="dxa"/>
        </w:trPr>
        <w:tc>
          <w:tcPr>
            <w:tcW w:w="0" w:type="auto"/>
            <w:vAlign w:val="center"/>
            <w:hideMark/>
          </w:tcPr>
          <w:p w14:paraId="5AF7F74F" w14:textId="77777777" w:rsidR="00DD3B68" w:rsidRPr="00DD3B68" w:rsidRDefault="00DD3B68" w:rsidP="00DD3B68">
            <w:pPr>
              <w:rPr>
                <w:lang w:val="en-GB"/>
              </w:rPr>
            </w:pPr>
            <w:r w:rsidRPr="00DD3B68">
              <w:rPr>
                <w:lang w:val="en-GB"/>
              </w:rPr>
              <w:t>Document Owner</w:t>
            </w:r>
          </w:p>
        </w:tc>
        <w:tc>
          <w:tcPr>
            <w:tcW w:w="0" w:type="auto"/>
            <w:vAlign w:val="center"/>
            <w:hideMark/>
          </w:tcPr>
          <w:p w14:paraId="75D76B9C" w14:textId="77777777" w:rsidR="00DD3B68" w:rsidRPr="00DD3B68" w:rsidRDefault="00DD3B68" w:rsidP="00DD3B68">
            <w:pPr>
              <w:rPr>
                <w:lang w:val="en-GB"/>
              </w:rPr>
            </w:pPr>
            <w:r w:rsidRPr="00DD3B68">
              <w:rPr>
                <w:lang w:val="en-GB"/>
              </w:rPr>
              <w:t>My Sports Coach UK Ltd</w:t>
            </w:r>
          </w:p>
        </w:tc>
      </w:tr>
      <w:tr w:rsidR="00DD3B68" w:rsidRPr="00DD3B68" w14:paraId="1C9EE1A0" w14:textId="77777777" w:rsidTr="00DD3B68">
        <w:trPr>
          <w:tblCellSpacing w:w="15" w:type="dxa"/>
        </w:trPr>
        <w:tc>
          <w:tcPr>
            <w:tcW w:w="0" w:type="auto"/>
            <w:vAlign w:val="center"/>
            <w:hideMark/>
          </w:tcPr>
          <w:p w14:paraId="42994831" w14:textId="77777777" w:rsidR="00DD3B68" w:rsidRPr="00DD3B68" w:rsidRDefault="00DD3B68" w:rsidP="00DD3B68">
            <w:pPr>
              <w:rPr>
                <w:lang w:val="en-GB"/>
              </w:rPr>
            </w:pPr>
            <w:r w:rsidRPr="00DD3B68">
              <w:rPr>
                <w:lang w:val="en-GB"/>
              </w:rPr>
              <w:t>Applies To</w:t>
            </w:r>
          </w:p>
        </w:tc>
        <w:tc>
          <w:tcPr>
            <w:tcW w:w="0" w:type="auto"/>
            <w:vAlign w:val="center"/>
            <w:hideMark/>
          </w:tcPr>
          <w:p w14:paraId="0D73555F" w14:textId="77777777" w:rsidR="00DD3B68" w:rsidRPr="00DD3B68" w:rsidRDefault="00DD3B68" w:rsidP="00DD3B68">
            <w:pPr>
              <w:rPr>
                <w:lang w:val="en-GB"/>
              </w:rPr>
            </w:pPr>
            <w:r w:rsidRPr="00DD3B68">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0D11" w14:textId="77777777" w:rsidR="001D0E7C" w:rsidRDefault="001D0E7C">
      <w:pPr>
        <w:spacing w:after="0" w:line="240" w:lineRule="auto"/>
      </w:pPr>
      <w:r>
        <w:separator/>
      </w:r>
    </w:p>
  </w:endnote>
  <w:endnote w:type="continuationSeparator" w:id="0">
    <w:p w14:paraId="6F99EF9A" w14:textId="77777777" w:rsidR="001D0E7C" w:rsidRDefault="001D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97CBC" w14:textId="77777777" w:rsidR="001D0E7C" w:rsidRDefault="001D0E7C">
      <w:pPr>
        <w:spacing w:after="0" w:line="240" w:lineRule="auto"/>
      </w:pPr>
      <w:r>
        <w:separator/>
      </w:r>
    </w:p>
  </w:footnote>
  <w:footnote w:type="continuationSeparator" w:id="0">
    <w:p w14:paraId="5B7A5B29" w14:textId="77777777" w:rsidR="001D0E7C" w:rsidRDefault="001D0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5602A89"/>
    <w:multiLevelType w:val="multilevel"/>
    <w:tmpl w:val="2F727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7"/>
  </w:num>
  <w:num w:numId="8" w16cid:durableId="1854832154">
    <w:abstractNumId w:val="101"/>
  </w:num>
  <w:num w:numId="9" w16cid:durableId="139615202">
    <w:abstractNumId w:val="109"/>
  </w:num>
  <w:num w:numId="10" w16cid:durableId="82191667">
    <w:abstractNumId w:val="67"/>
  </w:num>
  <w:num w:numId="11" w16cid:durableId="50882103">
    <w:abstractNumId w:val="64"/>
  </w:num>
  <w:num w:numId="12" w16cid:durableId="452943501">
    <w:abstractNumId w:val="28"/>
  </w:num>
  <w:num w:numId="13" w16cid:durableId="159123254">
    <w:abstractNumId w:val="13"/>
  </w:num>
  <w:num w:numId="14" w16cid:durableId="1031302036">
    <w:abstractNumId w:val="39"/>
  </w:num>
  <w:num w:numId="15" w16cid:durableId="932394089">
    <w:abstractNumId w:val="87"/>
  </w:num>
  <w:num w:numId="16" w16cid:durableId="879782732">
    <w:abstractNumId w:val="97"/>
  </w:num>
  <w:num w:numId="17" w16cid:durableId="323247438">
    <w:abstractNumId w:val="20"/>
  </w:num>
  <w:num w:numId="18" w16cid:durableId="452096927">
    <w:abstractNumId w:val="81"/>
  </w:num>
  <w:num w:numId="19" w16cid:durableId="1055157370">
    <w:abstractNumId w:val="24"/>
  </w:num>
  <w:num w:numId="20" w16cid:durableId="2098594500">
    <w:abstractNumId w:val="73"/>
  </w:num>
  <w:num w:numId="21" w16cid:durableId="1852836359">
    <w:abstractNumId w:val="61"/>
  </w:num>
  <w:num w:numId="22" w16cid:durableId="1195270005">
    <w:abstractNumId w:val="86"/>
  </w:num>
  <w:num w:numId="23" w16cid:durableId="25763844">
    <w:abstractNumId w:val="96"/>
  </w:num>
  <w:num w:numId="24" w16cid:durableId="1444307652">
    <w:abstractNumId w:val="115"/>
  </w:num>
  <w:num w:numId="25" w16cid:durableId="950548514">
    <w:abstractNumId w:val="71"/>
  </w:num>
  <w:num w:numId="26" w16cid:durableId="877625267">
    <w:abstractNumId w:val="42"/>
  </w:num>
  <w:num w:numId="27" w16cid:durableId="1733582714">
    <w:abstractNumId w:val="78"/>
  </w:num>
  <w:num w:numId="28" w16cid:durableId="2028142827">
    <w:abstractNumId w:val="41"/>
  </w:num>
  <w:num w:numId="29" w16cid:durableId="651102669">
    <w:abstractNumId w:val="80"/>
  </w:num>
  <w:num w:numId="30" w16cid:durableId="135494554">
    <w:abstractNumId w:val="40"/>
  </w:num>
  <w:num w:numId="31" w16cid:durableId="1008749491">
    <w:abstractNumId w:val="18"/>
  </w:num>
  <w:num w:numId="32" w16cid:durableId="217982102">
    <w:abstractNumId w:val="83"/>
  </w:num>
  <w:num w:numId="33" w16cid:durableId="1788695422">
    <w:abstractNumId w:val="74"/>
  </w:num>
  <w:num w:numId="34" w16cid:durableId="544682245">
    <w:abstractNumId w:val="89"/>
  </w:num>
  <w:num w:numId="35" w16cid:durableId="616570487">
    <w:abstractNumId w:val="52"/>
  </w:num>
  <w:num w:numId="36" w16cid:durableId="1248612839">
    <w:abstractNumId w:val="105"/>
  </w:num>
  <w:num w:numId="37" w16cid:durableId="877082632">
    <w:abstractNumId w:val="58"/>
  </w:num>
  <w:num w:numId="38" w16cid:durableId="193546479">
    <w:abstractNumId w:val="69"/>
  </w:num>
  <w:num w:numId="39" w16cid:durableId="1043335099">
    <w:abstractNumId w:val="56"/>
  </w:num>
  <w:num w:numId="40" w16cid:durableId="832377648">
    <w:abstractNumId w:val="79"/>
  </w:num>
  <w:num w:numId="41" w16cid:durableId="1840388014">
    <w:abstractNumId w:val="88"/>
  </w:num>
  <w:num w:numId="42" w16cid:durableId="2019261448">
    <w:abstractNumId w:val="23"/>
  </w:num>
  <w:num w:numId="43" w16cid:durableId="1230579541">
    <w:abstractNumId w:val="27"/>
  </w:num>
  <w:num w:numId="44" w16cid:durableId="636837097">
    <w:abstractNumId w:val="43"/>
  </w:num>
  <w:num w:numId="45" w16cid:durableId="385223347">
    <w:abstractNumId w:val="37"/>
  </w:num>
  <w:num w:numId="46" w16cid:durableId="1767261090">
    <w:abstractNumId w:val="26"/>
  </w:num>
  <w:num w:numId="47" w16cid:durableId="1570580057">
    <w:abstractNumId w:val="99"/>
  </w:num>
  <w:num w:numId="48" w16cid:durableId="286202594">
    <w:abstractNumId w:val="93"/>
  </w:num>
  <w:num w:numId="49" w16cid:durableId="1650940818">
    <w:abstractNumId w:val="113"/>
  </w:num>
  <w:num w:numId="50" w16cid:durableId="941035188">
    <w:abstractNumId w:val="59"/>
  </w:num>
  <w:num w:numId="51" w16cid:durableId="473454233">
    <w:abstractNumId w:val="47"/>
  </w:num>
  <w:num w:numId="52" w16cid:durableId="1854110042">
    <w:abstractNumId w:val="98"/>
  </w:num>
  <w:num w:numId="53" w16cid:durableId="1674645594">
    <w:abstractNumId w:val="60"/>
  </w:num>
  <w:num w:numId="54" w16cid:durableId="1340307098">
    <w:abstractNumId w:val="107"/>
  </w:num>
  <w:num w:numId="55" w16cid:durableId="1286740812">
    <w:abstractNumId w:val="72"/>
  </w:num>
  <w:num w:numId="56" w16cid:durableId="453404955">
    <w:abstractNumId w:val="90"/>
  </w:num>
  <w:num w:numId="57" w16cid:durableId="519054294">
    <w:abstractNumId w:val="12"/>
  </w:num>
  <w:num w:numId="58" w16cid:durableId="888415890">
    <w:abstractNumId w:val="111"/>
  </w:num>
  <w:num w:numId="59" w16cid:durableId="1215775643">
    <w:abstractNumId w:val="92"/>
  </w:num>
  <w:num w:numId="60" w16cid:durableId="159856295">
    <w:abstractNumId w:val="68"/>
  </w:num>
  <w:num w:numId="61" w16cid:durableId="895706988">
    <w:abstractNumId w:val="95"/>
  </w:num>
  <w:num w:numId="62" w16cid:durableId="1272129899">
    <w:abstractNumId w:val="110"/>
  </w:num>
  <w:num w:numId="63" w16cid:durableId="1718967928">
    <w:abstractNumId w:val="31"/>
  </w:num>
  <w:num w:numId="64" w16cid:durableId="432553520">
    <w:abstractNumId w:val="112"/>
  </w:num>
  <w:num w:numId="65" w16cid:durableId="1712917226">
    <w:abstractNumId w:val="104"/>
  </w:num>
  <w:num w:numId="66" w16cid:durableId="1160542555">
    <w:abstractNumId w:val="100"/>
  </w:num>
  <w:num w:numId="67" w16cid:durableId="1299916987">
    <w:abstractNumId w:val="35"/>
  </w:num>
  <w:num w:numId="68" w16cid:durableId="1816723528">
    <w:abstractNumId w:val="55"/>
  </w:num>
  <w:num w:numId="69" w16cid:durableId="1377464093">
    <w:abstractNumId w:val="103"/>
  </w:num>
  <w:num w:numId="70" w16cid:durableId="850921243">
    <w:abstractNumId w:val="6"/>
  </w:num>
  <w:num w:numId="71" w16cid:durableId="469632377">
    <w:abstractNumId w:val="85"/>
  </w:num>
  <w:num w:numId="72" w16cid:durableId="1895004602">
    <w:abstractNumId w:val="94"/>
  </w:num>
  <w:num w:numId="73" w16cid:durableId="499009519">
    <w:abstractNumId w:val="33"/>
  </w:num>
  <w:num w:numId="74" w16cid:durableId="1271278642">
    <w:abstractNumId w:val="106"/>
  </w:num>
  <w:num w:numId="75" w16cid:durableId="1091052398">
    <w:abstractNumId w:val="36"/>
  </w:num>
  <w:num w:numId="76" w16cid:durableId="1408654113">
    <w:abstractNumId w:val="117"/>
  </w:num>
  <w:num w:numId="77" w16cid:durableId="2044548929">
    <w:abstractNumId w:val="51"/>
  </w:num>
  <w:num w:numId="78" w16cid:durableId="1898324148">
    <w:abstractNumId w:val="34"/>
  </w:num>
  <w:num w:numId="79" w16cid:durableId="734739815">
    <w:abstractNumId w:val="91"/>
  </w:num>
  <w:num w:numId="80" w16cid:durableId="164635247">
    <w:abstractNumId w:val="84"/>
  </w:num>
  <w:num w:numId="81" w16cid:durableId="1960141330">
    <w:abstractNumId w:val="57"/>
  </w:num>
  <w:num w:numId="82" w16cid:durableId="1255940036">
    <w:abstractNumId w:val="29"/>
  </w:num>
  <w:num w:numId="83" w16cid:durableId="412047277">
    <w:abstractNumId w:val="82"/>
  </w:num>
  <w:num w:numId="84" w16cid:durableId="993876633">
    <w:abstractNumId w:val="25"/>
  </w:num>
  <w:num w:numId="85" w16cid:durableId="1821656990">
    <w:abstractNumId w:val="114"/>
  </w:num>
  <w:num w:numId="86" w16cid:durableId="965769812">
    <w:abstractNumId w:val="77"/>
  </w:num>
  <w:num w:numId="87" w16cid:durableId="1160199199">
    <w:abstractNumId w:val="44"/>
  </w:num>
  <w:num w:numId="88" w16cid:durableId="2077584279">
    <w:abstractNumId w:val="49"/>
  </w:num>
  <w:num w:numId="89" w16cid:durableId="1496536119">
    <w:abstractNumId w:val="54"/>
  </w:num>
  <w:num w:numId="90" w16cid:durableId="737095991">
    <w:abstractNumId w:val="11"/>
  </w:num>
  <w:num w:numId="91" w16cid:durableId="1704550347">
    <w:abstractNumId w:val="62"/>
  </w:num>
  <w:num w:numId="92" w16cid:durableId="829713673">
    <w:abstractNumId w:val="38"/>
  </w:num>
  <w:num w:numId="93" w16cid:durableId="1715620927">
    <w:abstractNumId w:val="50"/>
  </w:num>
  <w:num w:numId="94" w16cid:durableId="634991553">
    <w:abstractNumId w:val="32"/>
  </w:num>
  <w:num w:numId="95" w16cid:durableId="120535558">
    <w:abstractNumId w:val="48"/>
  </w:num>
  <w:num w:numId="96" w16cid:durableId="1205606137">
    <w:abstractNumId w:val="118"/>
  </w:num>
  <w:num w:numId="97" w16cid:durableId="1510173844">
    <w:abstractNumId w:val="116"/>
  </w:num>
  <w:num w:numId="98" w16cid:durableId="1937206084">
    <w:abstractNumId w:val="53"/>
  </w:num>
  <w:num w:numId="99" w16cid:durableId="192422777">
    <w:abstractNumId w:val="30"/>
  </w:num>
  <w:num w:numId="100" w16cid:durableId="48235171">
    <w:abstractNumId w:val="17"/>
  </w:num>
  <w:num w:numId="101" w16cid:durableId="60253565">
    <w:abstractNumId w:val="70"/>
  </w:num>
  <w:num w:numId="102" w16cid:durableId="1764645069">
    <w:abstractNumId w:val="45"/>
  </w:num>
  <w:num w:numId="103" w16cid:durableId="391734614">
    <w:abstractNumId w:val="66"/>
  </w:num>
  <w:num w:numId="104" w16cid:durableId="1435054547">
    <w:abstractNumId w:val="108"/>
  </w:num>
  <w:num w:numId="105" w16cid:durableId="567805151">
    <w:abstractNumId w:val="22"/>
  </w:num>
  <w:num w:numId="106" w16cid:durableId="374814543">
    <w:abstractNumId w:val="15"/>
  </w:num>
  <w:num w:numId="107" w16cid:durableId="1560019160">
    <w:abstractNumId w:val="9"/>
  </w:num>
  <w:num w:numId="108" w16cid:durableId="785929999">
    <w:abstractNumId w:val="14"/>
  </w:num>
  <w:num w:numId="109" w16cid:durableId="1596133608">
    <w:abstractNumId w:val="19"/>
  </w:num>
  <w:num w:numId="110" w16cid:durableId="1714499878">
    <w:abstractNumId w:val="46"/>
  </w:num>
  <w:num w:numId="111" w16cid:durableId="454376217">
    <w:abstractNumId w:val="16"/>
  </w:num>
  <w:num w:numId="112" w16cid:durableId="2054840795">
    <w:abstractNumId w:val="8"/>
  </w:num>
  <w:num w:numId="113" w16cid:durableId="1045758765">
    <w:abstractNumId w:val="102"/>
  </w:num>
  <w:num w:numId="114" w16cid:durableId="868957664">
    <w:abstractNumId w:val="21"/>
  </w:num>
  <w:num w:numId="115" w16cid:durableId="1133863750">
    <w:abstractNumId w:val="75"/>
  </w:num>
  <w:num w:numId="116" w16cid:durableId="1844516507">
    <w:abstractNumId w:val="76"/>
  </w:num>
  <w:num w:numId="117" w16cid:durableId="354886160">
    <w:abstractNumId w:val="63"/>
  </w:num>
  <w:num w:numId="118" w16cid:durableId="765347904">
    <w:abstractNumId w:val="10"/>
  </w:num>
  <w:num w:numId="119" w16cid:durableId="344788130">
    <w:abstractNumId w:val="65"/>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B5525"/>
    <w:rsid w:val="001100AC"/>
    <w:rsid w:val="0015074B"/>
    <w:rsid w:val="001A1491"/>
    <w:rsid w:val="001B758C"/>
    <w:rsid w:val="001B7B75"/>
    <w:rsid w:val="001D0E7C"/>
    <w:rsid w:val="00246DFB"/>
    <w:rsid w:val="0029639D"/>
    <w:rsid w:val="00304504"/>
    <w:rsid w:val="003166B8"/>
    <w:rsid w:val="00326F90"/>
    <w:rsid w:val="00372D00"/>
    <w:rsid w:val="003B2297"/>
    <w:rsid w:val="003D72AA"/>
    <w:rsid w:val="003E014C"/>
    <w:rsid w:val="00464E12"/>
    <w:rsid w:val="00473117"/>
    <w:rsid w:val="004A2C89"/>
    <w:rsid w:val="004B6338"/>
    <w:rsid w:val="00511565"/>
    <w:rsid w:val="00537AF1"/>
    <w:rsid w:val="005960D7"/>
    <w:rsid w:val="005B698A"/>
    <w:rsid w:val="005C1CDD"/>
    <w:rsid w:val="005E5414"/>
    <w:rsid w:val="00714557"/>
    <w:rsid w:val="00732483"/>
    <w:rsid w:val="007A648F"/>
    <w:rsid w:val="007D36AF"/>
    <w:rsid w:val="007F59CF"/>
    <w:rsid w:val="008F30D8"/>
    <w:rsid w:val="00976FAF"/>
    <w:rsid w:val="0098329C"/>
    <w:rsid w:val="009C62E1"/>
    <w:rsid w:val="00AA1D8D"/>
    <w:rsid w:val="00AA3BBD"/>
    <w:rsid w:val="00AB1699"/>
    <w:rsid w:val="00AE1DC6"/>
    <w:rsid w:val="00AE5723"/>
    <w:rsid w:val="00B160E3"/>
    <w:rsid w:val="00B47730"/>
    <w:rsid w:val="00B74EDB"/>
    <w:rsid w:val="00B9129F"/>
    <w:rsid w:val="00BC0A9A"/>
    <w:rsid w:val="00BF6E83"/>
    <w:rsid w:val="00CB0664"/>
    <w:rsid w:val="00CE2518"/>
    <w:rsid w:val="00D057F6"/>
    <w:rsid w:val="00DA7FAB"/>
    <w:rsid w:val="00DD3B68"/>
    <w:rsid w:val="00E12B42"/>
    <w:rsid w:val="00E57E6D"/>
    <w:rsid w:val="00E9076A"/>
    <w:rsid w:val="00EF0205"/>
    <w:rsid w:val="00F451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46D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F4517F"/>
    <w:pPr>
      <w:spacing w:after="100"/>
      <w:ind w:left="220"/>
    </w:pPr>
  </w:style>
  <w:style w:type="character" w:styleId="Hyperlink">
    <w:name w:val="Hyperlink"/>
    <w:basedOn w:val="DefaultParagraphFont"/>
    <w:uiPriority w:val="99"/>
    <w:unhideWhenUsed/>
    <w:rsid w:val="00F451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3560687">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18431578">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76275959">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73</Pages>
  <Words>14833</Words>
  <Characters>84549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99184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15</cp:revision>
  <dcterms:created xsi:type="dcterms:W3CDTF">2026-08-09T16:14:00Z</dcterms:created>
  <dcterms:modified xsi:type="dcterms:W3CDTF">2026-08-10T09:03:00Z</dcterms:modified>
  <cp:category/>
</cp:coreProperties>
</file>