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AE079" w14:textId="77777777" w:rsidR="003166B8" w:rsidRDefault="003166B8">
      <w:pPr>
        <w:jc w:val="center"/>
      </w:pPr>
    </w:p>
    <w:p w14:paraId="69122FBC" w14:textId="77777777" w:rsidR="003166B8" w:rsidRDefault="00000000">
      <w:pPr>
        <w:jc w:val="center"/>
      </w:pPr>
      <w:r>
        <w:rPr>
          <w:noProof/>
        </w:rPr>
        <w:drawing>
          <wp:inline distT="0" distB="0" distL="0" distR="0" wp14:anchorId="48C56A4B" wp14:editId="588B8AB3">
            <wp:extent cx="2011680" cy="11711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 Sports Coach Logo 1(3).png"/>
                    <pic:cNvPicPr/>
                  </pic:nvPicPr>
                  <pic:blipFill>
                    <a:blip r:embed="rId8"/>
                    <a:stretch>
                      <a:fillRect/>
                    </a:stretch>
                  </pic:blipFill>
                  <pic:spPr>
                    <a:xfrm>
                      <a:off x="0" y="0"/>
                      <a:ext cx="2011680" cy="1171119"/>
                    </a:xfrm>
                    <a:prstGeom prst="rect">
                      <a:avLst/>
                    </a:prstGeom>
                  </pic:spPr>
                </pic:pic>
              </a:graphicData>
            </a:graphic>
          </wp:inline>
        </w:drawing>
      </w:r>
    </w:p>
    <w:p w14:paraId="79BE3ED2" w14:textId="528AAC0A" w:rsidR="003166B8" w:rsidRDefault="00000000">
      <w:pPr>
        <w:jc w:val="center"/>
      </w:pPr>
      <w:r>
        <w:rPr>
          <w:b/>
          <w:sz w:val="40"/>
        </w:rPr>
        <w:t xml:space="preserve">BOOK </w:t>
      </w:r>
      <w:r w:rsidR="00906869">
        <w:rPr>
          <w:b/>
          <w:sz w:val="40"/>
        </w:rPr>
        <w:t>6</w:t>
      </w:r>
      <w:r>
        <w:rPr>
          <w:b/>
          <w:sz w:val="40"/>
        </w:rPr>
        <w:br/>
      </w:r>
      <w:r w:rsidR="005F4B6F">
        <w:rPr>
          <w:b/>
          <w:sz w:val="48"/>
        </w:rPr>
        <w:t>Com</w:t>
      </w:r>
      <w:r w:rsidR="00906869">
        <w:rPr>
          <w:b/>
          <w:sz w:val="48"/>
        </w:rPr>
        <w:t>munity Guidelines</w:t>
      </w:r>
      <w:r>
        <w:rPr>
          <w:sz w:val="28"/>
        </w:rPr>
        <w:br/>
      </w:r>
      <w:r>
        <w:t>Version 1.0</w:t>
      </w:r>
      <w:r>
        <w:br/>
        <w:t>August 2026</w:t>
      </w:r>
    </w:p>
    <w:p w14:paraId="2FB1035E" w14:textId="432D6A53" w:rsidR="00196ADD" w:rsidRPr="00E57E6D" w:rsidRDefault="00000000" w:rsidP="00196ADD">
      <w:pPr>
        <w:rPr>
          <w:lang w:val="en-GB"/>
        </w:rPr>
      </w:pPr>
      <w:r>
        <w:br w:type="page"/>
      </w:r>
    </w:p>
    <w:bookmarkStart w:id="0" w:name="_Hlk237198328" w:displacedByCustomXml="next"/>
    <w:sdt>
      <w:sdtPr>
        <w:id w:val="-679966891"/>
        <w:docPartObj>
          <w:docPartGallery w:val="Table of Contents"/>
          <w:docPartUnique/>
        </w:docPartObj>
      </w:sdtPr>
      <w:sdtEndPr>
        <w:rPr>
          <w:rFonts w:asciiTheme="minorHAnsi" w:eastAsiaTheme="minorEastAsia" w:hAnsiTheme="minorHAnsi" w:cstheme="minorBidi"/>
          <w:noProof/>
          <w:color w:val="auto"/>
          <w:sz w:val="22"/>
          <w:szCs w:val="22"/>
        </w:rPr>
      </w:sdtEndPr>
      <w:sdtContent>
        <w:p w14:paraId="29B62970" w14:textId="6D12B5E5" w:rsidR="00C60AD9" w:rsidRDefault="00C60AD9">
          <w:pPr>
            <w:pStyle w:val="TOCHeading"/>
          </w:pPr>
          <w:r>
            <w:t>Table of Contents</w:t>
          </w:r>
        </w:p>
        <w:p w14:paraId="50486E3A" w14:textId="0063F457" w:rsidR="00C60AD9" w:rsidRDefault="00C60AD9">
          <w:pPr>
            <w:pStyle w:val="TOC1"/>
            <w:tabs>
              <w:tab w:val="right" w:leader="dot" w:pos="8630"/>
            </w:tabs>
            <w:rPr>
              <w:noProof/>
            </w:rPr>
          </w:pPr>
          <w:r>
            <w:fldChar w:fldCharType="begin"/>
          </w:r>
          <w:r>
            <w:instrText xml:space="preserve"> TOC \o "1-3" \h \z \u </w:instrText>
          </w:r>
          <w:r>
            <w:fldChar w:fldCharType="separate"/>
          </w:r>
          <w:hyperlink w:anchor="_Toc237248434" w:history="1">
            <w:r w:rsidRPr="007F7F2E">
              <w:rPr>
                <w:rStyle w:val="Hyperlink"/>
                <w:noProof/>
              </w:rPr>
              <w:t>Purpose of this Document</w:t>
            </w:r>
            <w:r>
              <w:rPr>
                <w:noProof/>
                <w:webHidden/>
              </w:rPr>
              <w:tab/>
            </w:r>
            <w:r>
              <w:rPr>
                <w:noProof/>
                <w:webHidden/>
              </w:rPr>
              <w:fldChar w:fldCharType="begin"/>
            </w:r>
            <w:r>
              <w:rPr>
                <w:noProof/>
                <w:webHidden/>
              </w:rPr>
              <w:instrText xml:space="preserve"> PAGEREF _Toc237248434 \h </w:instrText>
            </w:r>
            <w:r>
              <w:rPr>
                <w:noProof/>
                <w:webHidden/>
              </w:rPr>
            </w:r>
            <w:r>
              <w:rPr>
                <w:noProof/>
                <w:webHidden/>
              </w:rPr>
              <w:fldChar w:fldCharType="separate"/>
            </w:r>
            <w:r>
              <w:rPr>
                <w:noProof/>
                <w:webHidden/>
              </w:rPr>
              <w:t>2</w:t>
            </w:r>
            <w:r>
              <w:rPr>
                <w:noProof/>
                <w:webHidden/>
              </w:rPr>
              <w:fldChar w:fldCharType="end"/>
            </w:r>
          </w:hyperlink>
        </w:p>
        <w:p w14:paraId="05B993B8" w14:textId="6D0A4564" w:rsidR="00C60AD9" w:rsidRDefault="00C60AD9">
          <w:pPr>
            <w:pStyle w:val="TOC1"/>
            <w:tabs>
              <w:tab w:val="right" w:leader="dot" w:pos="8630"/>
            </w:tabs>
            <w:rPr>
              <w:noProof/>
            </w:rPr>
          </w:pPr>
          <w:hyperlink w:anchor="_Toc237248435" w:history="1">
            <w:r w:rsidRPr="007F7F2E">
              <w:rPr>
                <w:rStyle w:val="Hyperlink"/>
                <w:noProof/>
              </w:rPr>
              <w:t>1. Introduction</w:t>
            </w:r>
            <w:r>
              <w:rPr>
                <w:noProof/>
                <w:webHidden/>
              </w:rPr>
              <w:tab/>
            </w:r>
            <w:r>
              <w:rPr>
                <w:noProof/>
                <w:webHidden/>
              </w:rPr>
              <w:fldChar w:fldCharType="begin"/>
            </w:r>
            <w:r>
              <w:rPr>
                <w:noProof/>
                <w:webHidden/>
              </w:rPr>
              <w:instrText xml:space="preserve"> PAGEREF _Toc237248435 \h </w:instrText>
            </w:r>
            <w:r>
              <w:rPr>
                <w:noProof/>
                <w:webHidden/>
              </w:rPr>
            </w:r>
            <w:r>
              <w:rPr>
                <w:noProof/>
                <w:webHidden/>
              </w:rPr>
              <w:fldChar w:fldCharType="separate"/>
            </w:r>
            <w:r>
              <w:rPr>
                <w:noProof/>
                <w:webHidden/>
              </w:rPr>
              <w:t>2</w:t>
            </w:r>
            <w:r>
              <w:rPr>
                <w:noProof/>
                <w:webHidden/>
              </w:rPr>
              <w:fldChar w:fldCharType="end"/>
            </w:r>
          </w:hyperlink>
        </w:p>
        <w:p w14:paraId="3B64BBDB" w14:textId="469E6B45" w:rsidR="00C60AD9" w:rsidRDefault="00C60AD9">
          <w:pPr>
            <w:pStyle w:val="TOC1"/>
            <w:tabs>
              <w:tab w:val="right" w:leader="dot" w:pos="8630"/>
            </w:tabs>
            <w:rPr>
              <w:noProof/>
            </w:rPr>
          </w:pPr>
          <w:hyperlink w:anchor="_Toc237248436" w:history="1">
            <w:r w:rsidRPr="007F7F2E">
              <w:rPr>
                <w:rStyle w:val="Hyperlink"/>
                <w:noProof/>
              </w:rPr>
              <w:t>2. Definitions</w:t>
            </w:r>
            <w:r>
              <w:rPr>
                <w:noProof/>
                <w:webHidden/>
              </w:rPr>
              <w:tab/>
            </w:r>
            <w:r>
              <w:rPr>
                <w:noProof/>
                <w:webHidden/>
              </w:rPr>
              <w:fldChar w:fldCharType="begin"/>
            </w:r>
            <w:r>
              <w:rPr>
                <w:noProof/>
                <w:webHidden/>
              </w:rPr>
              <w:instrText xml:space="preserve"> PAGEREF _Toc237248436 \h </w:instrText>
            </w:r>
            <w:r>
              <w:rPr>
                <w:noProof/>
                <w:webHidden/>
              </w:rPr>
            </w:r>
            <w:r>
              <w:rPr>
                <w:noProof/>
                <w:webHidden/>
              </w:rPr>
              <w:fldChar w:fldCharType="separate"/>
            </w:r>
            <w:r>
              <w:rPr>
                <w:noProof/>
                <w:webHidden/>
              </w:rPr>
              <w:t>3</w:t>
            </w:r>
            <w:r>
              <w:rPr>
                <w:noProof/>
                <w:webHidden/>
              </w:rPr>
              <w:fldChar w:fldCharType="end"/>
            </w:r>
          </w:hyperlink>
        </w:p>
        <w:p w14:paraId="22879B60" w14:textId="3AC3D6BE" w:rsidR="00C60AD9" w:rsidRDefault="00C60AD9">
          <w:pPr>
            <w:pStyle w:val="TOC2"/>
            <w:tabs>
              <w:tab w:val="right" w:leader="dot" w:pos="8630"/>
            </w:tabs>
            <w:rPr>
              <w:noProof/>
            </w:rPr>
          </w:pPr>
          <w:hyperlink w:anchor="_Toc237248437" w:history="1">
            <w:r w:rsidRPr="007F7F2E">
              <w:rPr>
                <w:rStyle w:val="Hyperlink"/>
                <w:noProof/>
              </w:rPr>
              <w:t>Community</w:t>
            </w:r>
            <w:r>
              <w:rPr>
                <w:noProof/>
                <w:webHidden/>
              </w:rPr>
              <w:tab/>
            </w:r>
            <w:r>
              <w:rPr>
                <w:noProof/>
                <w:webHidden/>
              </w:rPr>
              <w:fldChar w:fldCharType="begin"/>
            </w:r>
            <w:r>
              <w:rPr>
                <w:noProof/>
                <w:webHidden/>
              </w:rPr>
              <w:instrText xml:space="preserve"> PAGEREF _Toc237248437 \h </w:instrText>
            </w:r>
            <w:r>
              <w:rPr>
                <w:noProof/>
                <w:webHidden/>
              </w:rPr>
            </w:r>
            <w:r>
              <w:rPr>
                <w:noProof/>
                <w:webHidden/>
              </w:rPr>
              <w:fldChar w:fldCharType="separate"/>
            </w:r>
            <w:r>
              <w:rPr>
                <w:noProof/>
                <w:webHidden/>
              </w:rPr>
              <w:t>3</w:t>
            </w:r>
            <w:r>
              <w:rPr>
                <w:noProof/>
                <w:webHidden/>
              </w:rPr>
              <w:fldChar w:fldCharType="end"/>
            </w:r>
          </w:hyperlink>
        </w:p>
        <w:p w14:paraId="47606B0C" w14:textId="688FFDEE" w:rsidR="00C60AD9" w:rsidRDefault="00C60AD9">
          <w:pPr>
            <w:pStyle w:val="TOC2"/>
            <w:tabs>
              <w:tab w:val="right" w:leader="dot" w:pos="8630"/>
            </w:tabs>
            <w:rPr>
              <w:noProof/>
            </w:rPr>
          </w:pPr>
          <w:hyperlink w:anchor="_Toc237248438" w:history="1">
            <w:r w:rsidRPr="007F7F2E">
              <w:rPr>
                <w:rStyle w:val="Hyperlink"/>
                <w:noProof/>
              </w:rPr>
              <w:t>Coach</w:t>
            </w:r>
            <w:r>
              <w:rPr>
                <w:noProof/>
                <w:webHidden/>
              </w:rPr>
              <w:tab/>
            </w:r>
            <w:r>
              <w:rPr>
                <w:noProof/>
                <w:webHidden/>
              </w:rPr>
              <w:fldChar w:fldCharType="begin"/>
            </w:r>
            <w:r>
              <w:rPr>
                <w:noProof/>
                <w:webHidden/>
              </w:rPr>
              <w:instrText xml:space="preserve"> PAGEREF _Toc237248438 \h </w:instrText>
            </w:r>
            <w:r>
              <w:rPr>
                <w:noProof/>
                <w:webHidden/>
              </w:rPr>
            </w:r>
            <w:r>
              <w:rPr>
                <w:noProof/>
                <w:webHidden/>
              </w:rPr>
              <w:fldChar w:fldCharType="separate"/>
            </w:r>
            <w:r>
              <w:rPr>
                <w:noProof/>
                <w:webHidden/>
              </w:rPr>
              <w:t>3</w:t>
            </w:r>
            <w:r>
              <w:rPr>
                <w:noProof/>
                <w:webHidden/>
              </w:rPr>
              <w:fldChar w:fldCharType="end"/>
            </w:r>
          </w:hyperlink>
        </w:p>
        <w:p w14:paraId="58F7758A" w14:textId="036BA72D" w:rsidR="00C60AD9" w:rsidRDefault="00C60AD9">
          <w:pPr>
            <w:pStyle w:val="TOC2"/>
            <w:tabs>
              <w:tab w:val="right" w:leader="dot" w:pos="8630"/>
            </w:tabs>
            <w:rPr>
              <w:noProof/>
            </w:rPr>
          </w:pPr>
          <w:hyperlink w:anchor="_Toc237248439" w:history="1">
            <w:r w:rsidRPr="007F7F2E">
              <w:rPr>
                <w:rStyle w:val="Hyperlink"/>
                <w:noProof/>
              </w:rPr>
              <w:t>Community Guidelines</w:t>
            </w:r>
            <w:r>
              <w:rPr>
                <w:noProof/>
                <w:webHidden/>
              </w:rPr>
              <w:tab/>
            </w:r>
            <w:r>
              <w:rPr>
                <w:noProof/>
                <w:webHidden/>
              </w:rPr>
              <w:fldChar w:fldCharType="begin"/>
            </w:r>
            <w:r>
              <w:rPr>
                <w:noProof/>
                <w:webHidden/>
              </w:rPr>
              <w:instrText xml:space="preserve"> PAGEREF _Toc237248439 \h </w:instrText>
            </w:r>
            <w:r>
              <w:rPr>
                <w:noProof/>
                <w:webHidden/>
              </w:rPr>
            </w:r>
            <w:r>
              <w:rPr>
                <w:noProof/>
                <w:webHidden/>
              </w:rPr>
              <w:fldChar w:fldCharType="separate"/>
            </w:r>
            <w:r>
              <w:rPr>
                <w:noProof/>
                <w:webHidden/>
              </w:rPr>
              <w:t>3</w:t>
            </w:r>
            <w:r>
              <w:rPr>
                <w:noProof/>
                <w:webHidden/>
              </w:rPr>
              <w:fldChar w:fldCharType="end"/>
            </w:r>
          </w:hyperlink>
        </w:p>
        <w:p w14:paraId="2865023B" w14:textId="4D592E96" w:rsidR="00C60AD9" w:rsidRDefault="00C60AD9">
          <w:pPr>
            <w:pStyle w:val="TOC2"/>
            <w:tabs>
              <w:tab w:val="right" w:leader="dot" w:pos="8630"/>
            </w:tabs>
            <w:rPr>
              <w:noProof/>
            </w:rPr>
          </w:pPr>
          <w:hyperlink w:anchor="_Toc237248440" w:history="1">
            <w:r w:rsidRPr="007F7F2E">
              <w:rPr>
                <w:rStyle w:val="Hyperlink"/>
                <w:noProof/>
              </w:rPr>
              <w:t>My Sports Coach</w:t>
            </w:r>
            <w:r>
              <w:rPr>
                <w:noProof/>
                <w:webHidden/>
              </w:rPr>
              <w:tab/>
            </w:r>
            <w:r>
              <w:rPr>
                <w:noProof/>
                <w:webHidden/>
              </w:rPr>
              <w:fldChar w:fldCharType="begin"/>
            </w:r>
            <w:r>
              <w:rPr>
                <w:noProof/>
                <w:webHidden/>
              </w:rPr>
              <w:instrText xml:space="preserve"> PAGEREF _Toc237248440 \h </w:instrText>
            </w:r>
            <w:r>
              <w:rPr>
                <w:noProof/>
                <w:webHidden/>
              </w:rPr>
            </w:r>
            <w:r>
              <w:rPr>
                <w:noProof/>
                <w:webHidden/>
              </w:rPr>
              <w:fldChar w:fldCharType="separate"/>
            </w:r>
            <w:r>
              <w:rPr>
                <w:noProof/>
                <w:webHidden/>
              </w:rPr>
              <w:t>4</w:t>
            </w:r>
            <w:r>
              <w:rPr>
                <w:noProof/>
                <w:webHidden/>
              </w:rPr>
              <w:fldChar w:fldCharType="end"/>
            </w:r>
          </w:hyperlink>
        </w:p>
        <w:p w14:paraId="461355C5" w14:textId="263832F2" w:rsidR="00C60AD9" w:rsidRDefault="00C60AD9">
          <w:pPr>
            <w:pStyle w:val="TOC2"/>
            <w:tabs>
              <w:tab w:val="right" w:leader="dot" w:pos="8630"/>
            </w:tabs>
            <w:rPr>
              <w:noProof/>
            </w:rPr>
          </w:pPr>
          <w:hyperlink w:anchor="_Toc237248441" w:history="1">
            <w:r w:rsidRPr="007F7F2E">
              <w:rPr>
                <w:rStyle w:val="Hyperlink"/>
                <w:noProof/>
              </w:rPr>
              <w:t>Participant</w:t>
            </w:r>
            <w:r>
              <w:rPr>
                <w:noProof/>
                <w:webHidden/>
              </w:rPr>
              <w:tab/>
            </w:r>
            <w:r>
              <w:rPr>
                <w:noProof/>
                <w:webHidden/>
              </w:rPr>
              <w:fldChar w:fldCharType="begin"/>
            </w:r>
            <w:r>
              <w:rPr>
                <w:noProof/>
                <w:webHidden/>
              </w:rPr>
              <w:instrText xml:space="preserve"> PAGEREF _Toc237248441 \h </w:instrText>
            </w:r>
            <w:r>
              <w:rPr>
                <w:noProof/>
                <w:webHidden/>
              </w:rPr>
            </w:r>
            <w:r>
              <w:rPr>
                <w:noProof/>
                <w:webHidden/>
              </w:rPr>
              <w:fldChar w:fldCharType="separate"/>
            </w:r>
            <w:r>
              <w:rPr>
                <w:noProof/>
                <w:webHidden/>
              </w:rPr>
              <w:t>4</w:t>
            </w:r>
            <w:r>
              <w:rPr>
                <w:noProof/>
                <w:webHidden/>
              </w:rPr>
              <w:fldChar w:fldCharType="end"/>
            </w:r>
          </w:hyperlink>
        </w:p>
        <w:p w14:paraId="6ECE3337" w14:textId="6A54E3F2" w:rsidR="00C60AD9" w:rsidRDefault="00C60AD9">
          <w:pPr>
            <w:pStyle w:val="TOC2"/>
            <w:tabs>
              <w:tab w:val="right" w:leader="dot" w:pos="8630"/>
            </w:tabs>
            <w:rPr>
              <w:noProof/>
            </w:rPr>
          </w:pPr>
          <w:hyperlink w:anchor="_Toc237248442" w:history="1">
            <w:r w:rsidRPr="007F7F2E">
              <w:rPr>
                <w:rStyle w:val="Hyperlink"/>
                <w:noProof/>
              </w:rPr>
              <w:t>Platform</w:t>
            </w:r>
            <w:r>
              <w:rPr>
                <w:noProof/>
                <w:webHidden/>
              </w:rPr>
              <w:tab/>
            </w:r>
            <w:r>
              <w:rPr>
                <w:noProof/>
                <w:webHidden/>
              </w:rPr>
              <w:fldChar w:fldCharType="begin"/>
            </w:r>
            <w:r>
              <w:rPr>
                <w:noProof/>
                <w:webHidden/>
              </w:rPr>
              <w:instrText xml:space="preserve"> PAGEREF _Toc237248442 \h </w:instrText>
            </w:r>
            <w:r>
              <w:rPr>
                <w:noProof/>
                <w:webHidden/>
              </w:rPr>
            </w:r>
            <w:r>
              <w:rPr>
                <w:noProof/>
                <w:webHidden/>
              </w:rPr>
              <w:fldChar w:fldCharType="separate"/>
            </w:r>
            <w:r>
              <w:rPr>
                <w:noProof/>
                <w:webHidden/>
              </w:rPr>
              <w:t>4</w:t>
            </w:r>
            <w:r>
              <w:rPr>
                <w:noProof/>
                <w:webHidden/>
              </w:rPr>
              <w:fldChar w:fldCharType="end"/>
            </w:r>
          </w:hyperlink>
        </w:p>
        <w:p w14:paraId="778FBE36" w14:textId="7D47A21C" w:rsidR="00C60AD9" w:rsidRDefault="00C60AD9">
          <w:pPr>
            <w:pStyle w:val="TOC2"/>
            <w:tabs>
              <w:tab w:val="right" w:leader="dot" w:pos="8630"/>
            </w:tabs>
            <w:rPr>
              <w:noProof/>
            </w:rPr>
          </w:pPr>
          <w:hyperlink w:anchor="_Toc237248443" w:history="1">
            <w:r w:rsidRPr="007F7F2E">
              <w:rPr>
                <w:rStyle w:val="Hyperlink"/>
                <w:noProof/>
              </w:rPr>
              <w:t>User</w:t>
            </w:r>
            <w:r>
              <w:rPr>
                <w:noProof/>
                <w:webHidden/>
              </w:rPr>
              <w:tab/>
            </w:r>
            <w:r>
              <w:rPr>
                <w:noProof/>
                <w:webHidden/>
              </w:rPr>
              <w:fldChar w:fldCharType="begin"/>
            </w:r>
            <w:r>
              <w:rPr>
                <w:noProof/>
                <w:webHidden/>
              </w:rPr>
              <w:instrText xml:space="preserve"> PAGEREF _Toc237248443 \h </w:instrText>
            </w:r>
            <w:r>
              <w:rPr>
                <w:noProof/>
                <w:webHidden/>
              </w:rPr>
            </w:r>
            <w:r>
              <w:rPr>
                <w:noProof/>
                <w:webHidden/>
              </w:rPr>
              <w:fldChar w:fldCharType="separate"/>
            </w:r>
            <w:r>
              <w:rPr>
                <w:noProof/>
                <w:webHidden/>
              </w:rPr>
              <w:t>4</w:t>
            </w:r>
            <w:r>
              <w:rPr>
                <w:noProof/>
                <w:webHidden/>
              </w:rPr>
              <w:fldChar w:fldCharType="end"/>
            </w:r>
          </w:hyperlink>
        </w:p>
        <w:p w14:paraId="608119EC" w14:textId="1DC5E6A2" w:rsidR="00C60AD9" w:rsidRDefault="00C60AD9">
          <w:pPr>
            <w:pStyle w:val="TOC2"/>
            <w:tabs>
              <w:tab w:val="right" w:leader="dot" w:pos="8630"/>
            </w:tabs>
            <w:rPr>
              <w:noProof/>
            </w:rPr>
          </w:pPr>
          <w:hyperlink w:anchor="_Toc237248444" w:history="1">
            <w:r w:rsidRPr="007F7F2E">
              <w:rPr>
                <w:rStyle w:val="Hyperlink"/>
                <w:noProof/>
              </w:rPr>
              <w:t>Interpretation</w:t>
            </w:r>
            <w:r>
              <w:rPr>
                <w:noProof/>
                <w:webHidden/>
              </w:rPr>
              <w:tab/>
            </w:r>
            <w:r>
              <w:rPr>
                <w:noProof/>
                <w:webHidden/>
              </w:rPr>
              <w:fldChar w:fldCharType="begin"/>
            </w:r>
            <w:r>
              <w:rPr>
                <w:noProof/>
                <w:webHidden/>
              </w:rPr>
              <w:instrText xml:space="preserve"> PAGEREF _Toc237248444 \h </w:instrText>
            </w:r>
            <w:r>
              <w:rPr>
                <w:noProof/>
                <w:webHidden/>
              </w:rPr>
            </w:r>
            <w:r>
              <w:rPr>
                <w:noProof/>
                <w:webHidden/>
              </w:rPr>
              <w:fldChar w:fldCharType="separate"/>
            </w:r>
            <w:r>
              <w:rPr>
                <w:noProof/>
                <w:webHidden/>
              </w:rPr>
              <w:t>4</w:t>
            </w:r>
            <w:r>
              <w:rPr>
                <w:noProof/>
                <w:webHidden/>
              </w:rPr>
              <w:fldChar w:fldCharType="end"/>
            </w:r>
          </w:hyperlink>
        </w:p>
        <w:p w14:paraId="53CC59C3" w14:textId="3310A1BF" w:rsidR="00C60AD9" w:rsidRDefault="00C60AD9">
          <w:pPr>
            <w:pStyle w:val="TOC1"/>
            <w:tabs>
              <w:tab w:val="right" w:leader="dot" w:pos="8630"/>
            </w:tabs>
            <w:rPr>
              <w:noProof/>
            </w:rPr>
          </w:pPr>
          <w:hyperlink w:anchor="_Toc237248445" w:history="1">
            <w:r w:rsidRPr="007F7F2E">
              <w:rPr>
                <w:rStyle w:val="Hyperlink"/>
                <w:noProof/>
              </w:rPr>
              <w:t>3. Our Community Values</w:t>
            </w:r>
            <w:r>
              <w:rPr>
                <w:noProof/>
                <w:webHidden/>
              </w:rPr>
              <w:tab/>
            </w:r>
            <w:r>
              <w:rPr>
                <w:noProof/>
                <w:webHidden/>
              </w:rPr>
              <w:fldChar w:fldCharType="begin"/>
            </w:r>
            <w:r>
              <w:rPr>
                <w:noProof/>
                <w:webHidden/>
              </w:rPr>
              <w:instrText xml:space="preserve"> PAGEREF _Toc237248445 \h </w:instrText>
            </w:r>
            <w:r>
              <w:rPr>
                <w:noProof/>
                <w:webHidden/>
              </w:rPr>
            </w:r>
            <w:r>
              <w:rPr>
                <w:noProof/>
                <w:webHidden/>
              </w:rPr>
              <w:fldChar w:fldCharType="separate"/>
            </w:r>
            <w:r>
              <w:rPr>
                <w:noProof/>
                <w:webHidden/>
              </w:rPr>
              <w:t>5</w:t>
            </w:r>
            <w:r>
              <w:rPr>
                <w:noProof/>
                <w:webHidden/>
              </w:rPr>
              <w:fldChar w:fldCharType="end"/>
            </w:r>
          </w:hyperlink>
        </w:p>
        <w:p w14:paraId="619C5E50" w14:textId="0AFA5FE3" w:rsidR="00C60AD9" w:rsidRDefault="00C60AD9">
          <w:pPr>
            <w:pStyle w:val="TOC2"/>
            <w:tabs>
              <w:tab w:val="right" w:leader="dot" w:pos="8630"/>
            </w:tabs>
            <w:rPr>
              <w:noProof/>
            </w:rPr>
          </w:pPr>
          <w:hyperlink w:anchor="_Toc237248446" w:history="1">
            <w:r w:rsidRPr="007F7F2E">
              <w:rPr>
                <w:rStyle w:val="Hyperlink"/>
                <w:noProof/>
              </w:rPr>
              <w:t>3.1 Respect</w:t>
            </w:r>
            <w:r>
              <w:rPr>
                <w:noProof/>
                <w:webHidden/>
              </w:rPr>
              <w:tab/>
            </w:r>
            <w:r>
              <w:rPr>
                <w:noProof/>
                <w:webHidden/>
              </w:rPr>
              <w:fldChar w:fldCharType="begin"/>
            </w:r>
            <w:r>
              <w:rPr>
                <w:noProof/>
                <w:webHidden/>
              </w:rPr>
              <w:instrText xml:space="preserve"> PAGEREF _Toc237248446 \h </w:instrText>
            </w:r>
            <w:r>
              <w:rPr>
                <w:noProof/>
                <w:webHidden/>
              </w:rPr>
            </w:r>
            <w:r>
              <w:rPr>
                <w:noProof/>
                <w:webHidden/>
              </w:rPr>
              <w:fldChar w:fldCharType="separate"/>
            </w:r>
            <w:r>
              <w:rPr>
                <w:noProof/>
                <w:webHidden/>
              </w:rPr>
              <w:t>5</w:t>
            </w:r>
            <w:r>
              <w:rPr>
                <w:noProof/>
                <w:webHidden/>
              </w:rPr>
              <w:fldChar w:fldCharType="end"/>
            </w:r>
          </w:hyperlink>
        </w:p>
        <w:p w14:paraId="46DB000C" w14:textId="236F277A" w:rsidR="00C60AD9" w:rsidRDefault="00C60AD9">
          <w:pPr>
            <w:pStyle w:val="TOC2"/>
            <w:tabs>
              <w:tab w:val="right" w:leader="dot" w:pos="8630"/>
            </w:tabs>
            <w:rPr>
              <w:noProof/>
            </w:rPr>
          </w:pPr>
          <w:hyperlink w:anchor="_Toc237248447" w:history="1">
            <w:r w:rsidRPr="007F7F2E">
              <w:rPr>
                <w:rStyle w:val="Hyperlink"/>
                <w:noProof/>
              </w:rPr>
              <w:t>3.2 Integrity</w:t>
            </w:r>
            <w:r>
              <w:rPr>
                <w:noProof/>
                <w:webHidden/>
              </w:rPr>
              <w:tab/>
            </w:r>
            <w:r>
              <w:rPr>
                <w:noProof/>
                <w:webHidden/>
              </w:rPr>
              <w:fldChar w:fldCharType="begin"/>
            </w:r>
            <w:r>
              <w:rPr>
                <w:noProof/>
                <w:webHidden/>
              </w:rPr>
              <w:instrText xml:space="preserve"> PAGEREF _Toc237248447 \h </w:instrText>
            </w:r>
            <w:r>
              <w:rPr>
                <w:noProof/>
                <w:webHidden/>
              </w:rPr>
            </w:r>
            <w:r>
              <w:rPr>
                <w:noProof/>
                <w:webHidden/>
              </w:rPr>
              <w:fldChar w:fldCharType="separate"/>
            </w:r>
            <w:r>
              <w:rPr>
                <w:noProof/>
                <w:webHidden/>
              </w:rPr>
              <w:t>5</w:t>
            </w:r>
            <w:r>
              <w:rPr>
                <w:noProof/>
                <w:webHidden/>
              </w:rPr>
              <w:fldChar w:fldCharType="end"/>
            </w:r>
          </w:hyperlink>
        </w:p>
        <w:p w14:paraId="5A9DB628" w14:textId="4B4981F6" w:rsidR="00C60AD9" w:rsidRDefault="00C60AD9">
          <w:pPr>
            <w:pStyle w:val="TOC2"/>
            <w:tabs>
              <w:tab w:val="right" w:leader="dot" w:pos="8630"/>
            </w:tabs>
            <w:rPr>
              <w:noProof/>
            </w:rPr>
          </w:pPr>
          <w:hyperlink w:anchor="_Toc237248448" w:history="1">
            <w:r w:rsidRPr="007F7F2E">
              <w:rPr>
                <w:rStyle w:val="Hyperlink"/>
                <w:noProof/>
              </w:rPr>
              <w:t>3.3 Professionalism</w:t>
            </w:r>
            <w:r>
              <w:rPr>
                <w:noProof/>
                <w:webHidden/>
              </w:rPr>
              <w:tab/>
            </w:r>
            <w:r>
              <w:rPr>
                <w:noProof/>
                <w:webHidden/>
              </w:rPr>
              <w:fldChar w:fldCharType="begin"/>
            </w:r>
            <w:r>
              <w:rPr>
                <w:noProof/>
                <w:webHidden/>
              </w:rPr>
              <w:instrText xml:space="preserve"> PAGEREF _Toc237248448 \h </w:instrText>
            </w:r>
            <w:r>
              <w:rPr>
                <w:noProof/>
                <w:webHidden/>
              </w:rPr>
            </w:r>
            <w:r>
              <w:rPr>
                <w:noProof/>
                <w:webHidden/>
              </w:rPr>
              <w:fldChar w:fldCharType="separate"/>
            </w:r>
            <w:r>
              <w:rPr>
                <w:noProof/>
                <w:webHidden/>
              </w:rPr>
              <w:t>6</w:t>
            </w:r>
            <w:r>
              <w:rPr>
                <w:noProof/>
                <w:webHidden/>
              </w:rPr>
              <w:fldChar w:fldCharType="end"/>
            </w:r>
          </w:hyperlink>
        </w:p>
        <w:p w14:paraId="6F6208A6" w14:textId="504C7C67" w:rsidR="00C60AD9" w:rsidRDefault="00C60AD9">
          <w:pPr>
            <w:pStyle w:val="TOC2"/>
            <w:tabs>
              <w:tab w:val="right" w:leader="dot" w:pos="8630"/>
            </w:tabs>
            <w:rPr>
              <w:noProof/>
            </w:rPr>
          </w:pPr>
          <w:hyperlink w:anchor="_Toc237248449" w:history="1">
            <w:r w:rsidRPr="007F7F2E">
              <w:rPr>
                <w:rStyle w:val="Hyperlink"/>
                <w:noProof/>
              </w:rPr>
              <w:t>3.4 Inclusion</w:t>
            </w:r>
            <w:r>
              <w:rPr>
                <w:noProof/>
                <w:webHidden/>
              </w:rPr>
              <w:tab/>
            </w:r>
            <w:r>
              <w:rPr>
                <w:noProof/>
                <w:webHidden/>
              </w:rPr>
              <w:fldChar w:fldCharType="begin"/>
            </w:r>
            <w:r>
              <w:rPr>
                <w:noProof/>
                <w:webHidden/>
              </w:rPr>
              <w:instrText xml:space="preserve"> PAGEREF _Toc237248449 \h </w:instrText>
            </w:r>
            <w:r>
              <w:rPr>
                <w:noProof/>
                <w:webHidden/>
              </w:rPr>
            </w:r>
            <w:r>
              <w:rPr>
                <w:noProof/>
                <w:webHidden/>
              </w:rPr>
              <w:fldChar w:fldCharType="separate"/>
            </w:r>
            <w:r>
              <w:rPr>
                <w:noProof/>
                <w:webHidden/>
              </w:rPr>
              <w:t>6</w:t>
            </w:r>
            <w:r>
              <w:rPr>
                <w:noProof/>
                <w:webHidden/>
              </w:rPr>
              <w:fldChar w:fldCharType="end"/>
            </w:r>
          </w:hyperlink>
        </w:p>
        <w:p w14:paraId="1EF2CCA1" w14:textId="32D5DF42" w:rsidR="00C60AD9" w:rsidRDefault="00C60AD9">
          <w:pPr>
            <w:pStyle w:val="TOC2"/>
            <w:tabs>
              <w:tab w:val="right" w:leader="dot" w:pos="8630"/>
            </w:tabs>
            <w:rPr>
              <w:noProof/>
            </w:rPr>
          </w:pPr>
          <w:hyperlink w:anchor="_Toc237248450" w:history="1">
            <w:r w:rsidRPr="007F7F2E">
              <w:rPr>
                <w:rStyle w:val="Hyperlink"/>
                <w:noProof/>
              </w:rPr>
              <w:t>3.5 Safety</w:t>
            </w:r>
            <w:r>
              <w:rPr>
                <w:noProof/>
                <w:webHidden/>
              </w:rPr>
              <w:tab/>
            </w:r>
            <w:r>
              <w:rPr>
                <w:noProof/>
                <w:webHidden/>
              </w:rPr>
              <w:fldChar w:fldCharType="begin"/>
            </w:r>
            <w:r>
              <w:rPr>
                <w:noProof/>
                <w:webHidden/>
              </w:rPr>
              <w:instrText xml:space="preserve"> PAGEREF _Toc237248450 \h </w:instrText>
            </w:r>
            <w:r>
              <w:rPr>
                <w:noProof/>
                <w:webHidden/>
              </w:rPr>
            </w:r>
            <w:r>
              <w:rPr>
                <w:noProof/>
                <w:webHidden/>
              </w:rPr>
              <w:fldChar w:fldCharType="separate"/>
            </w:r>
            <w:r>
              <w:rPr>
                <w:noProof/>
                <w:webHidden/>
              </w:rPr>
              <w:t>6</w:t>
            </w:r>
            <w:r>
              <w:rPr>
                <w:noProof/>
                <w:webHidden/>
              </w:rPr>
              <w:fldChar w:fldCharType="end"/>
            </w:r>
          </w:hyperlink>
        </w:p>
        <w:p w14:paraId="63A10DEF" w14:textId="530566BB" w:rsidR="00C60AD9" w:rsidRDefault="00C60AD9">
          <w:pPr>
            <w:pStyle w:val="TOC2"/>
            <w:tabs>
              <w:tab w:val="right" w:leader="dot" w:pos="8630"/>
            </w:tabs>
            <w:rPr>
              <w:noProof/>
            </w:rPr>
          </w:pPr>
          <w:hyperlink w:anchor="_Toc237248451" w:history="1">
            <w:r w:rsidRPr="007F7F2E">
              <w:rPr>
                <w:rStyle w:val="Hyperlink"/>
                <w:noProof/>
              </w:rPr>
              <w:t>3.6 Accountability</w:t>
            </w:r>
            <w:r>
              <w:rPr>
                <w:noProof/>
                <w:webHidden/>
              </w:rPr>
              <w:tab/>
            </w:r>
            <w:r>
              <w:rPr>
                <w:noProof/>
                <w:webHidden/>
              </w:rPr>
              <w:fldChar w:fldCharType="begin"/>
            </w:r>
            <w:r>
              <w:rPr>
                <w:noProof/>
                <w:webHidden/>
              </w:rPr>
              <w:instrText xml:space="preserve"> PAGEREF _Toc237248451 \h </w:instrText>
            </w:r>
            <w:r>
              <w:rPr>
                <w:noProof/>
                <w:webHidden/>
              </w:rPr>
            </w:r>
            <w:r>
              <w:rPr>
                <w:noProof/>
                <w:webHidden/>
              </w:rPr>
              <w:fldChar w:fldCharType="separate"/>
            </w:r>
            <w:r>
              <w:rPr>
                <w:noProof/>
                <w:webHidden/>
              </w:rPr>
              <w:t>6</w:t>
            </w:r>
            <w:r>
              <w:rPr>
                <w:noProof/>
                <w:webHidden/>
              </w:rPr>
              <w:fldChar w:fldCharType="end"/>
            </w:r>
          </w:hyperlink>
        </w:p>
        <w:p w14:paraId="34A074AC" w14:textId="24BA7657" w:rsidR="00C60AD9" w:rsidRDefault="00C60AD9">
          <w:pPr>
            <w:pStyle w:val="TOC2"/>
            <w:tabs>
              <w:tab w:val="right" w:leader="dot" w:pos="8630"/>
            </w:tabs>
            <w:rPr>
              <w:noProof/>
            </w:rPr>
          </w:pPr>
          <w:hyperlink w:anchor="_Toc237248452" w:history="1">
            <w:r w:rsidRPr="007F7F2E">
              <w:rPr>
                <w:rStyle w:val="Hyperlink"/>
                <w:noProof/>
              </w:rPr>
              <w:t>3.7 Enjoyment of Sport</w:t>
            </w:r>
            <w:r>
              <w:rPr>
                <w:noProof/>
                <w:webHidden/>
              </w:rPr>
              <w:tab/>
            </w:r>
            <w:r>
              <w:rPr>
                <w:noProof/>
                <w:webHidden/>
              </w:rPr>
              <w:fldChar w:fldCharType="begin"/>
            </w:r>
            <w:r>
              <w:rPr>
                <w:noProof/>
                <w:webHidden/>
              </w:rPr>
              <w:instrText xml:space="preserve"> PAGEREF _Toc237248452 \h </w:instrText>
            </w:r>
            <w:r>
              <w:rPr>
                <w:noProof/>
                <w:webHidden/>
              </w:rPr>
            </w:r>
            <w:r>
              <w:rPr>
                <w:noProof/>
                <w:webHidden/>
              </w:rPr>
              <w:fldChar w:fldCharType="separate"/>
            </w:r>
            <w:r>
              <w:rPr>
                <w:noProof/>
                <w:webHidden/>
              </w:rPr>
              <w:t>7</w:t>
            </w:r>
            <w:r>
              <w:rPr>
                <w:noProof/>
                <w:webHidden/>
              </w:rPr>
              <w:fldChar w:fldCharType="end"/>
            </w:r>
          </w:hyperlink>
        </w:p>
        <w:p w14:paraId="0AA8C514" w14:textId="3522E89E" w:rsidR="00C60AD9" w:rsidRDefault="00C60AD9">
          <w:pPr>
            <w:pStyle w:val="TOC2"/>
            <w:tabs>
              <w:tab w:val="right" w:leader="dot" w:pos="8630"/>
            </w:tabs>
            <w:rPr>
              <w:noProof/>
            </w:rPr>
          </w:pPr>
          <w:hyperlink w:anchor="_Toc237248453" w:history="1">
            <w:r w:rsidRPr="007F7F2E">
              <w:rPr>
                <w:rStyle w:val="Hyperlink"/>
                <w:noProof/>
              </w:rPr>
              <w:t>3.8 Working Together</w:t>
            </w:r>
            <w:r>
              <w:rPr>
                <w:noProof/>
                <w:webHidden/>
              </w:rPr>
              <w:tab/>
            </w:r>
            <w:r>
              <w:rPr>
                <w:noProof/>
                <w:webHidden/>
              </w:rPr>
              <w:fldChar w:fldCharType="begin"/>
            </w:r>
            <w:r>
              <w:rPr>
                <w:noProof/>
                <w:webHidden/>
              </w:rPr>
              <w:instrText xml:space="preserve"> PAGEREF _Toc237248453 \h </w:instrText>
            </w:r>
            <w:r>
              <w:rPr>
                <w:noProof/>
                <w:webHidden/>
              </w:rPr>
            </w:r>
            <w:r>
              <w:rPr>
                <w:noProof/>
                <w:webHidden/>
              </w:rPr>
              <w:fldChar w:fldCharType="separate"/>
            </w:r>
            <w:r>
              <w:rPr>
                <w:noProof/>
                <w:webHidden/>
              </w:rPr>
              <w:t>7</w:t>
            </w:r>
            <w:r>
              <w:rPr>
                <w:noProof/>
                <w:webHidden/>
              </w:rPr>
              <w:fldChar w:fldCharType="end"/>
            </w:r>
          </w:hyperlink>
        </w:p>
        <w:p w14:paraId="079D3489" w14:textId="385BDBF6" w:rsidR="00C60AD9" w:rsidRDefault="00C60AD9">
          <w:pPr>
            <w:pStyle w:val="TOC2"/>
            <w:tabs>
              <w:tab w:val="right" w:leader="dot" w:pos="8630"/>
            </w:tabs>
            <w:rPr>
              <w:noProof/>
            </w:rPr>
          </w:pPr>
          <w:hyperlink w:anchor="_Toc237248454" w:history="1">
            <w:r w:rsidRPr="007F7F2E">
              <w:rPr>
                <w:rStyle w:val="Hyperlink"/>
                <w:noProof/>
              </w:rPr>
              <w:t>3.9 Living Our Values</w:t>
            </w:r>
            <w:r>
              <w:rPr>
                <w:noProof/>
                <w:webHidden/>
              </w:rPr>
              <w:tab/>
            </w:r>
            <w:r>
              <w:rPr>
                <w:noProof/>
                <w:webHidden/>
              </w:rPr>
              <w:fldChar w:fldCharType="begin"/>
            </w:r>
            <w:r>
              <w:rPr>
                <w:noProof/>
                <w:webHidden/>
              </w:rPr>
              <w:instrText xml:space="preserve"> PAGEREF _Toc237248454 \h </w:instrText>
            </w:r>
            <w:r>
              <w:rPr>
                <w:noProof/>
                <w:webHidden/>
              </w:rPr>
            </w:r>
            <w:r>
              <w:rPr>
                <w:noProof/>
                <w:webHidden/>
              </w:rPr>
              <w:fldChar w:fldCharType="separate"/>
            </w:r>
            <w:r>
              <w:rPr>
                <w:noProof/>
                <w:webHidden/>
              </w:rPr>
              <w:t>7</w:t>
            </w:r>
            <w:r>
              <w:rPr>
                <w:noProof/>
                <w:webHidden/>
              </w:rPr>
              <w:fldChar w:fldCharType="end"/>
            </w:r>
          </w:hyperlink>
        </w:p>
        <w:p w14:paraId="34F51BF3" w14:textId="28C1A83E" w:rsidR="00C60AD9" w:rsidRDefault="00C60AD9">
          <w:pPr>
            <w:pStyle w:val="TOC2"/>
            <w:tabs>
              <w:tab w:val="right" w:leader="dot" w:pos="8630"/>
            </w:tabs>
            <w:rPr>
              <w:noProof/>
            </w:rPr>
          </w:pPr>
          <w:hyperlink w:anchor="_Toc237248455" w:history="1">
            <w:r w:rsidRPr="007F7F2E">
              <w:rPr>
                <w:rStyle w:val="Hyperlink"/>
                <w:noProof/>
              </w:rPr>
              <w:t>3.10 Our Commitment</w:t>
            </w:r>
            <w:r>
              <w:rPr>
                <w:noProof/>
                <w:webHidden/>
              </w:rPr>
              <w:tab/>
            </w:r>
            <w:r>
              <w:rPr>
                <w:noProof/>
                <w:webHidden/>
              </w:rPr>
              <w:fldChar w:fldCharType="begin"/>
            </w:r>
            <w:r>
              <w:rPr>
                <w:noProof/>
                <w:webHidden/>
              </w:rPr>
              <w:instrText xml:space="preserve"> PAGEREF _Toc237248455 \h </w:instrText>
            </w:r>
            <w:r>
              <w:rPr>
                <w:noProof/>
                <w:webHidden/>
              </w:rPr>
            </w:r>
            <w:r>
              <w:rPr>
                <w:noProof/>
                <w:webHidden/>
              </w:rPr>
              <w:fldChar w:fldCharType="separate"/>
            </w:r>
            <w:r>
              <w:rPr>
                <w:noProof/>
                <w:webHidden/>
              </w:rPr>
              <w:t>8</w:t>
            </w:r>
            <w:r>
              <w:rPr>
                <w:noProof/>
                <w:webHidden/>
              </w:rPr>
              <w:fldChar w:fldCharType="end"/>
            </w:r>
          </w:hyperlink>
        </w:p>
        <w:p w14:paraId="3A3E0B40" w14:textId="05086B96" w:rsidR="00C60AD9" w:rsidRDefault="00C60AD9">
          <w:pPr>
            <w:pStyle w:val="TOC1"/>
            <w:tabs>
              <w:tab w:val="right" w:leader="dot" w:pos="8630"/>
            </w:tabs>
            <w:rPr>
              <w:noProof/>
            </w:rPr>
          </w:pPr>
          <w:hyperlink w:anchor="_Toc237248456" w:history="1">
            <w:r w:rsidRPr="007F7F2E">
              <w:rPr>
                <w:rStyle w:val="Hyperlink"/>
                <w:noProof/>
              </w:rPr>
              <w:t>4. Expected Behaviour</w:t>
            </w:r>
            <w:r>
              <w:rPr>
                <w:noProof/>
                <w:webHidden/>
              </w:rPr>
              <w:tab/>
            </w:r>
            <w:r>
              <w:rPr>
                <w:noProof/>
                <w:webHidden/>
              </w:rPr>
              <w:fldChar w:fldCharType="begin"/>
            </w:r>
            <w:r>
              <w:rPr>
                <w:noProof/>
                <w:webHidden/>
              </w:rPr>
              <w:instrText xml:space="preserve"> PAGEREF _Toc237248456 \h </w:instrText>
            </w:r>
            <w:r>
              <w:rPr>
                <w:noProof/>
                <w:webHidden/>
              </w:rPr>
            </w:r>
            <w:r>
              <w:rPr>
                <w:noProof/>
                <w:webHidden/>
              </w:rPr>
              <w:fldChar w:fldCharType="separate"/>
            </w:r>
            <w:r>
              <w:rPr>
                <w:noProof/>
                <w:webHidden/>
              </w:rPr>
              <w:t>8</w:t>
            </w:r>
            <w:r>
              <w:rPr>
                <w:noProof/>
                <w:webHidden/>
              </w:rPr>
              <w:fldChar w:fldCharType="end"/>
            </w:r>
          </w:hyperlink>
        </w:p>
        <w:p w14:paraId="79426525" w14:textId="609DBA0D" w:rsidR="00C60AD9" w:rsidRDefault="00C60AD9">
          <w:pPr>
            <w:pStyle w:val="TOC2"/>
            <w:tabs>
              <w:tab w:val="right" w:leader="dot" w:pos="8630"/>
            </w:tabs>
            <w:rPr>
              <w:noProof/>
            </w:rPr>
          </w:pPr>
          <w:hyperlink w:anchor="_Toc237248457" w:history="1">
            <w:r w:rsidRPr="007F7F2E">
              <w:rPr>
                <w:rStyle w:val="Hyperlink"/>
                <w:noProof/>
              </w:rPr>
              <w:t>4.1 Treat Others with Respect</w:t>
            </w:r>
            <w:r>
              <w:rPr>
                <w:noProof/>
                <w:webHidden/>
              </w:rPr>
              <w:tab/>
            </w:r>
            <w:r>
              <w:rPr>
                <w:noProof/>
                <w:webHidden/>
              </w:rPr>
              <w:fldChar w:fldCharType="begin"/>
            </w:r>
            <w:r>
              <w:rPr>
                <w:noProof/>
                <w:webHidden/>
              </w:rPr>
              <w:instrText xml:space="preserve"> PAGEREF _Toc237248457 \h </w:instrText>
            </w:r>
            <w:r>
              <w:rPr>
                <w:noProof/>
                <w:webHidden/>
              </w:rPr>
            </w:r>
            <w:r>
              <w:rPr>
                <w:noProof/>
                <w:webHidden/>
              </w:rPr>
              <w:fldChar w:fldCharType="separate"/>
            </w:r>
            <w:r>
              <w:rPr>
                <w:noProof/>
                <w:webHidden/>
              </w:rPr>
              <w:t>8</w:t>
            </w:r>
            <w:r>
              <w:rPr>
                <w:noProof/>
                <w:webHidden/>
              </w:rPr>
              <w:fldChar w:fldCharType="end"/>
            </w:r>
          </w:hyperlink>
        </w:p>
        <w:p w14:paraId="032F46EA" w14:textId="0456D73E" w:rsidR="00C60AD9" w:rsidRDefault="00C60AD9">
          <w:pPr>
            <w:pStyle w:val="TOC2"/>
            <w:tabs>
              <w:tab w:val="right" w:leader="dot" w:pos="8630"/>
            </w:tabs>
            <w:rPr>
              <w:noProof/>
            </w:rPr>
          </w:pPr>
          <w:hyperlink w:anchor="_Toc237248458" w:history="1">
            <w:r w:rsidRPr="007F7F2E">
              <w:rPr>
                <w:rStyle w:val="Hyperlink"/>
                <w:noProof/>
              </w:rPr>
              <w:t>4.2 Communicate Honestly</w:t>
            </w:r>
            <w:r>
              <w:rPr>
                <w:noProof/>
                <w:webHidden/>
              </w:rPr>
              <w:tab/>
            </w:r>
            <w:r>
              <w:rPr>
                <w:noProof/>
                <w:webHidden/>
              </w:rPr>
              <w:fldChar w:fldCharType="begin"/>
            </w:r>
            <w:r>
              <w:rPr>
                <w:noProof/>
                <w:webHidden/>
              </w:rPr>
              <w:instrText xml:space="preserve"> PAGEREF _Toc237248458 \h </w:instrText>
            </w:r>
            <w:r>
              <w:rPr>
                <w:noProof/>
                <w:webHidden/>
              </w:rPr>
            </w:r>
            <w:r>
              <w:rPr>
                <w:noProof/>
                <w:webHidden/>
              </w:rPr>
              <w:fldChar w:fldCharType="separate"/>
            </w:r>
            <w:r>
              <w:rPr>
                <w:noProof/>
                <w:webHidden/>
              </w:rPr>
              <w:t>8</w:t>
            </w:r>
            <w:r>
              <w:rPr>
                <w:noProof/>
                <w:webHidden/>
              </w:rPr>
              <w:fldChar w:fldCharType="end"/>
            </w:r>
          </w:hyperlink>
        </w:p>
        <w:p w14:paraId="47C025E5" w14:textId="76FEF151" w:rsidR="00C60AD9" w:rsidRDefault="00C60AD9">
          <w:pPr>
            <w:pStyle w:val="TOC2"/>
            <w:tabs>
              <w:tab w:val="right" w:leader="dot" w:pos="8630"/>
            </w:tabs>
            <w:rPr>
              <w:noProof/>
            </w:rPr>
          </w:pPr>
          <w:hyperlink w:anchor="_Toc237248459" w:history="1">
            <w:r w:rsidRPr="007F7F2E">
              <w:rPr>
                <w:rStyle w:val="Hyperlink"/>
                <w:noProof/>
              </w:rPr>
              <w:t>4.3 Be Reliable</w:t>
            </w:r>
            <w:r>
              <w:rPr>
                <w:noProof/>
                <w:webHidden/>
              </w:rPr>
              <w:tab/>
            </w:r>
            <w:r>
              <w:rPr>
                <w:noProof/>
                <w:webHidden/>
              </w:rPr>
              <w:fldChar w:fldCharType="begin"/>
            </w:r>
            <w:r>
              <w:rPr>
                <w:noProof/>
                <w:webHidden/>
              </w:rPr>
              <w:instrText xml:space="preserve"> PAGEREF _Toc237248459 \h </w:instrText>
            </w:r>
            <w:r>
              <w:rPr>
                <w:noProof/>
                <w:webHidden/>
              </w:rPr>
            </w:r>
            <w:r>
              <w:rPr>
                <w:noProof/>
                <w:webHidden/>
              </w:rPr>
              <w:fldChar w:fldCharType="separate"/>
            </w:r>
            <w:r>
              <w:rPr>
                <w:noProof/>
                <w:webHidden/>
              </w:rPr>
              <w:t>9</w:t>
            </w:r>
            <w:r>
              <w:rPr>
                <w:noProof/>
                <w:webHidden/>
              </w:rPr>
              <w:fldChar w:fldCharType="end"/>
            </w:r>
          </w:hyperlink>
        </w:p>
        <w:p w14:paraId="317AA673" w14:textId="14843C6B" w:rsidR="00C60AD9" w:rsidRDefault="00C60AD9">
          <w:pPr>
            <w:pStyle w:val="TOC2"/>
            <w:tabs>
              <w:tab w:val="right" w:leader="dot" w:pos="8630"/>
            </w:tabs>
            <w:rPr>
              <w:noProof/>
            </w:rPr>
          </w:pPr>
          <w:hyperlink w:anchor="_Toc237248460" w:history="1">
            <w:r w:rsidRPr="007F7F2E">
              <w:rPr>
                <w:rStyle w:val="Hyperlink"/>
                <w:noProof/>
              </w:rPr>
              <w:t>4.4 Support a Positive Environment</w:t>
            </w:r>
            <w:r>
              <w:rPr>
                <w:noProof/>
                <w:webHidden/>
              </w:rPr>
              <w:tab/>
            </w:r>
            <w:r>
              <w:rPr>
                <w:noProof/>
                <w:webHidden/>
              </w:rPr>
              <w:fldChar w:fldCharType="begin"/>
            </w:r>
            <w:r>
              <w:rPr>
                <w:noProof/>
                <w:webHidden/>
              </w:rPr>
              <w:instrText xml:space="preserve"> PAGEREF _Toc237248460 \h </w:instrText>
            </w:r>
            <w:r>
              <w:rPr>
                <w:noProof/>
                <w:webHidden/>
              </w:rPr>
            </w:r>
            <w:r>
              <w:rPr>
                <w:noProof/>
                <w:webHidden/>
              </w:rPr>
              <w:fldChar w:fldCharType="separate"/>
            </w:r>
            <w:r>
              <w:rPr>
                <w:noProof/>
                <w:webHidden/>
              </w:rPr>
              <w:t>9</w:t>
            </w:r>
            <w:r>
              <w:rPr>
                <w:noProof/>
                <w:webHidden/>
              </w:rPr>
              <w:fldChar w:fldCharType="end"/>
            </w:r>
          </w:hyperlink>
        </w:p>
        <w:p w14:paraId="4950559B" w14:textId="62773F6A" w:rsidR="00C60AD9" w:rsidRDefault="00C60AD9">
          <w:pPr>
            <w:pStyle w:val="TOC2"/>
            <w:tabs>
              <w:tab w:val="right" w:leader="dot" w:pos="8630"/>
            </w:tabs>
            <w:rPr>
              <w:noProof/>
            </w:rPr>
          </w:pPr>
          <w:hyperlink w:anchor="_Toc237248461" w:history="1">
            <w:r w:rsidRPr="007F7F2E">
              <w:rPr>
                <w:rStyle w:val="Hyperlink"/>
                <w:noProof/>
              </w:rPr>
              <w:t>4.5 Respect Privacy</w:t>
            </w:r>
            <w:r>
              <w:rPr>
                <w:noProof/>
                <w:webHidden/>
              </w:rPr>
              <w:tab/>
            </w:r>
            <w:r>
              <w:rPr>
                <w:noProof/>
                <w:webHidden/>
              </w:rPr>
              <w:fldChar w:fldCharType="begin"/>
            </w:r>
            <w:r>
              <w:rPr>
                <w:noProof/>
                <w:webHidden/>
              </w:rPr>
              <w:instrText xml:space="preserve"> PAGEREF _Toc237248461 \h </w:instrText>
            </w:r>
            <w:r>
              <w:rPr>
                <w:noProof/>
                <w:webHidden/>
              </w:rPr>
            </w:r>
            <w:r>
              <w:rPr>
                <w:noProof/>
                <w:webHidden/>
              </w:rPr>
              <w:fldChar w:fldCharType="separate"/>
            </w:r>
            <w:r>
              <w:rPr>
                <w:noProof/>
                <w:webHidden/>
              </w:rPr>
              <w:t>9</w:t>
            </w:r>
            <w:r>
              <w:rPr>
                <w:noProof/>
                <w:webHidden/>
              </w:rPr>
              <w:fldChar w:fldCharType="end"/>
            </w:r>
          </w:hyperlink>
        </w:p>
        <w:p w14:paraId="29F0EE42" w14:textId="66BC27FF" w:rsidR="00C60AD9" w:rsidRDefault="00C60AD9">
          <w:pPr>
            <w:pStyle w:val="TOC2"/>
            <w:tabs>
              <w:tab w:val="right" w:leader="dot" w:pos="8630"/>
            </w:tabs>
            <w:rPr>
              <w:noProof/>
            </w:rPr>
          </w:pPr>
          <w:hyperlink w:anchor="_Toc237248462" w:history="1">
            <w:r w:rsidRPr="007F7F2E">
              <w:rPr>
                <w:rStyle w:val="Hyperlink"/>
                <w:noProof/>
              </w:rPr>
              <w:t>4.6 Follow Platform Policies</w:t>
            </w:r>
            <w:r>
              <w:rPr>
                <w:noProof/>
                <w:webHidden/>
              </w:rPr>
              <w:tab/>
            </w:r>
            <w:r>
              <w:rPr>
                <w:noProof/>
                <w:webHidden/>
              </w:rPr>
              <w:fldChar w:fldCharType="begin"/>
            </w:r>
            <w:r>
              <w:rPr>
                <w:noProof/>
                <w:webHidden/>
              </w:rPr>
              <w:instrText xml:space="preserve"> PAGEREF _Toc237248462 \h </w:instrText>
            </w:r>
            <w:r>
              <w:rPr>
                <w:noProof/>
                <w:webHidden/>
              </w:rPr>
            </w:r>
            <w:r>
              <w:rPr>
                <w:noProof/>
                <w:webHidden/>
              </w:rPr>
              <w:fldChar w:fldCharType="separate"/>
            </w:r>
            <w:r>
              <w:rPr>
                <w:noProof/>
                <w:webHidden/>
              </w:rPr>
              <w:t>10</w:t>
            </w:r>
            <w:r>
              <w:rPr>
                <w:noProof/>
                <w:webHidden/>
              </w:rPr>
              <w:fldChar w:fldCharType="end"/>
            </w:r>
          </w:hyperlink>
        </w:p>
        <w:p w14:paraId="1AF11061" w14:textId="4BA992CB" w:rsidR="00C60AD9" w:rsidRDefault="00C60AD9">
          <w:pPr>
            <w:pStyle w:val="TOC2"/>
            <w:tabs>
              <w:tab w:val="right" w:leader="dot" w:pos="8630"/>
            </w:tabs>
            <w:rPr>
              <w:noProof/>
            </w:rPr>
          </w:pPr>
          <w:hyperlink w:anchor="_Toc237248463" w:history="1">
            <w:r w:rsidRPr="007F7F2E">
              <w:rPr>
                <w:rStyle w:val="Hyperlink"/>
                <w:noProof/>
              </w:rPr>
              <w:t>4.7 Act Professionally</w:t>
            </w:r>
            <w:r>
              <w:rPr>
                <w:noProof/>
                <w:webHidden/>
              </w:rPr>
              <w:tab/>
            </w:r>
            <w:r>
              <w:rPr>
                <w:noProof/>
                <w:webHidden/>
              </w:rPr>
              <w:fldChar w:fldCharType="begin"/>
            </w:r>
            <w:r>
              <w:rPr>
                <w:noProof/>
                <w:webHidden/>
              </w:rPr>
              <w:instrText xml:space="preserve"> PAGEREF _Toc237248463 \h </w:instrText>
            </w:r>
            <w:r>
              <w:rPr>
                <w:noProof/>
                <w:webHidden/>
              </w:rPr>
            </w:r>
            <w:r>
              <w:rPr>
                <w:noProof/>
                <w:webHidden/>
              </w:rPr>
              <w:fldChar w:fldCharType="separate"/>
            </w:r>
            <w:r>
              <w:rPr>
                <w:noProof/>
                <w:webHidden/>
              </w:rPr>
              <w:t>10</w:t>
            </w:r>
            <w:r>
              <w:rPr>
                <w:noProof/>
                <w:webHidden/>
              </w:rPr>
              <w:fldChar w:fldCharType="end"/>
            </w:r>
          </w:hyperlink>
        </w:p>
        <w:p w14:paraId="2D0E07C5" w14:textId="5A0B283A" w:rsidR="00C60AD9" w:rsidRDefault="00C60AD9">
          <w:pPr>
            <w:pStyle w:val="TOC2"/>
            <w:tabs>
              <w:tab w:val="right" w:leader="dot" w:pos="8630"/>
            </w:tabs>
            <w:rPr>
              <w:noProof/>
            </w:rPr>
          </w:pPr>
          <w:hyperlink w:anchor="_Toc237248464" w:history="1">
            <w:r w:rsidRPr="007F7F2E">
              <w:rPr>
                <w:rStyle w:val="Hyperlink"/>
                <w:noProof/>
              </w:rPr>
              <w:t>4.8 Respect Safeguarding</w:t>
            </w:r>
            <w:r>
              <w:rPr>
                <w:noProof/>
                <w:webHidden/>
              </w:rPr>
              <w:tab/>
            </w:r>
            <w:r>
              <w:rPr>
                <w:noProof/>
                <w:webHidden/>
              </w:rPr>
              <w:fldChar w:fldCharType="begin"/>
            </w:r>
            <w:r>
              <w:rPr>
                <w:noProof/>
                <w:webHidden/>
              </w:rPr>
              <w:instrText xml:space="preserve"> PAGEREF _Toc237248464 \h </w:instrText>
            </w:r>
            <w:r>
              <w:rPr>
                <w:noProof/>
                <w:webHidden/>
              </w:rPr>
            </w:r>
            <w:r>
              <w:rPr>
                <w:noProof/>
                <w:webHidden/>
              </w:rPr>
              <w:fldChar w:fldCharType="separate"/>
            </w:r>
            <w:r>
              <w:rPr>
                <w:noProof/>
                <w:webHidden/>
              </w:rPr>
              <w:t>10</w:t>
            </w:r>
            <w:r>
              <w:rPr>
                <w:noProof/>
                <w:webHidden/>
              </w:rPr>
              <w:fldChar w:fldCharType="end"/>
            </w:r>
          </w:hyperlink>
        </w:p>
        <w:p w14:paraId="0E4CE2B1" w14:textId="3B670496" w:rsidR="00C60AD9" w:rsidRDefault="00C60AD9">
          <w:pPr>
            <w:pStyle w:val="TOC2"/>
            <w:tabs>
              <w:tab w:val="right" w:leader="dot" w:pos="8630"/>
            </w:tabs>
            <w:rPr>
              <w:noProof/>
            </w:rPr>
          </w:pPr>
          <w:hyperlink w:anchor="_Toc237248465" w:history="1">
            <w:r w:rsidRPr="007F7F2E">
              <w:rPr>
                <w:rStyle w:val="Hyperlink"/>
                <w:noProof/>
              </w:rPr>
              <w:t>4.9 Help Improve the Community</w:t>
            </w:r>
            <w:r>
              <w:rPr>
                <w:noProof/>
                <w:webHidden/>
              </w:rPr>
              <w:tab/>
            </w:r>
            <w:r>
              <w:rPr>
                <w:noProof/>
                <w:webHidden/>
              </w:rPr>
              <w:fldChar w:fldCharType="begin"/>
            </w:r>
            <w:r>
              <w:rPr>
                <w:noProof/>
                <w:webHidden/>
              </w:rPr>
              <w:instrText xml:space="preserve"> PAGEREF _Toc237248465 \h </w:instrText>
            </w:r>
            <w:r>
              <w:rPr>
                <w:noProof/>
                <w:webHidden/>
              </w:rPr>
            </w:r>
            <w:r>
              <w:rPr>
                <w:noProof/>
                <w:webHidden/>
              </w:rPr>
              <w:fldChar w:fldCharType="separate"/>
            </w:r>
            <w:r>
              <w:rPr>
                <w:noProof/>
                <w:webHidden/>
              </w:rPr>
              <w:t>10</w:t>
            </w:r>
            <w:r>
              <w:rPr>
                <w:noProof/>
                <w:webHidden/>
              </w:rPr>
              <w:fldChar w:fldCharType="end"/>
            </w:r>
          </w:hyperlink>
        </w:p>
        <w:p w14:paraId="36A156C6" w14:textId="0AFD9D65" w:rsidR="00C60AD9" w:rsidRDefault="00C60AD9">
          <w:pPr>
            <w:pStyle w:val="TOC2"/>
            <w:tabs>
              <w:tab w:val="right" w:leader="dot" w:pos="8630"/>
            </w:tabs>
            <w:rPr>
              <w:noProof/>
            </w:rPr>
          </w:pPr>
          <w:hyperlink w:anchor="_Toc237248466" w:history="1">
            <w:r w:rsidRPr="007F7F2E">
              <w:rPr>
                <w:rStyle w:val="Hyperlink"/>
                <w:noProof/>
              </w:rPr>
              <w:t>4.10 Our Commitment</w:t>
            </w:r>
            <w:r>
              <w:rPr>
                <w:noProof/>
                <w:webHidden/>
              </w:rPr>
              <w:tab/>
            </w:r>
            <w:r>
              <w:rPr>
                <w:noProof/>
                <w:webHidden/>
              </w:rPr>
              <w:fldChar w:fldCharType="begin"/>
            </w:r>
            <w:r>
              <w:rPr>
                <w:noProof/>
                <w:webHidden/>
              </w:rPr>
              <w:instrText xml:space="preserve"> PAGEREF _Toc237248466 \h </w:instrText>
            </w:r>
            <w:r>
              <w:rPr>
                <w:noProof/>
                <w:webHidden/>
              </w:rPr>
            </w:r>
            <w:r>
              <w:rPr>
                <w:noProof/>
                <w:webHidden/>
              </w:rPr>
              <w:fldChar w:fldCharType="separate"/>
            </w:r>
            <w:r>
              <w:rPr>
                <w:noProof/>
                <w:webHidden/>
              </w:rPr>
              <w:t>11</w:t>
            </w:r>
            <w:r>
              <w:rPr>
                <w:noProof/>
                <w:webHidden/>
              </w:rPr>
              <w:fldChar w:fldCharType="end"/>
            </w:r>
          </w:hyperlink>
        </w:p>
        <w:p w14:paraId="668AC5CA" w14:textId="5A38A65F" w:rsidR="00C60AD9" w:rsidRDefault="00C60AD9">
          <w:pPr>
            <w:pStyle w:val="TOC1"/>
            <w:tabs>
              <w:tab w:val="right" w:leader="dot" w:pos="8630"/>
            </w:tabs>
            <w:rPr>
              <w:noProof/>
            </w:rPr>
          </w:pPr>
          <w:hyperlink w:anchor="_Toc237248467" w:history="1">
            <w:r w:rsidRPr="007F7F2E">
              <w:rPr>
                <w:rStyle w:val="Hyperlink"/>
                <w:noProof/>
              </w:rPr>
              <w:t>5. Unacceptable Behaviour</w:t>
            </w:r>
            <w:r>
              <w:rPr>
                <w:noProof/>
                <w:webHidden/>
              </w:rPr>
              <w:tab/>
            </w:r>
            <w:r>
              <w:rPr>
                <w:noProof/>
                <w:webHidden/>
              </w:rPr>
              <w:fldChar w:fldCharType="begin"/>
            </w:r>
            <w:r>
              <w:rPr>
                <w:noProof/>
                <w:webHidden/>
              </w:rPr>
              <w:instrText xml:space="preserve"> PAGEREF _Toc237248467 \h </w:instrText>
            </w:r>
            <w:r>
              <w:rPr>
                <w:noProof/>
                <w:webHidden/>
              </w:rPr>
            </w:r>
            <w:r>
              <w:rPr>
                <w:noProof/>
                <w:webHidden/>
              </w:rPr>
              <w:fldChar w:fldCharType="separate"/>
            </w:r>
            <w:r>
              <w:rPr>
                <w:noProof/>
                <w:webHidden/>
              </w:rPr>
              <w:t>11</w:t>
            </w:r>
            <w:r>
              <w:rPr>
                <w:noProof/>
                <w:webHidden/>
              </w:rPr>
              <w:fldChar w:fldCharType="end"/>
            </w:r>
          </w:hyperlink>
        </w:p>
        <w:p w14:paraId="74D2CABE" w14:textId="1E8B552B" w:rsidR="00C60AD9" w:rsidRDefault="00C60AD9">
          <w:pPr>
            <w:pStyle w:val="TOC2"/>
            <w:tabs>
              <w:tab w:val="right" w:leader="dot" w:pos="8630"/>
            </w:tabs>
            <w:rPr>
              <w:noProof/>
            </w:rPr>
          </w:pPr>
          <w:hyperlink w:anchor="_Toc237248468" w:history="1">
            <w:r w:rsidRPr="007F7F2E">
              <w:rPr>
                <w:rStyle w:val="Hyperlink"/>
                <w:noProof/>
              </w:rPr>
              <w:t>5.1 Bullying and Harassment</w:t>
            </w:r>
            <w:r>
              <w:rPr>
                <w:noProof/>
                <w:webHidden/>
              </w:rPr>
              <w:tab/>
            </w:r>
            <w:r>
              <w:rPr>
                <w:noProof/>
                <w:webHidden/>
              </w:rPr>
              <w:fldChar w:fldCharType="begin"/>
            </w:r>
            <w:r>
              <w:rPr>
                <w:noProof/>
                <w:webHidden/>
              </w:rPr>
              <w:instrText xml:space="preserve"> PAGEREF _Toc237248468 \h </w:instrText>
            </w:r>
            <w:r>
              <w:rPr>
                <w:noProof/>
                <w:webHidden/>
              </w:rPr>
            </w:r>
            <w:r>
              <w:rPr>
                <w:noProof/>
                <w:webHidden/>
              </w:rPr>
              <w:fldChar w:fldCharType="separate"/>
            </w:r>
            <w:r>
              <w:rPr>
                <w:noProof/>
                <w:webHidden/>
              </w:rPr>
              <w:t>11</w:t>
            </w:r>
            <w:r>
              <w:rPr>
                <w:noProof/>
                <w:webHidden/>
              </w:rPr>
              <w:fldChar w:fldCharType="end"/>
            </w:r>
          </w:hyperlink>
        </w:p>
        <w:p w14:paraId="55B8DE99" w14:textId="37AED279" w:rsidR="00C60AD9" w:rsidRDefault="00C60AD9">
          <w:pPr>
            <w:pStyle w:val="TOC2"/>
            <w:tabs>
              <w:tab w:val="right" w:leader="dot" w:pos="8630"/>
            </w:tabs>
            <w:rPr>
              <w:noProof/>
            </w:rPr>
          </w:pPr>
          <w:hyperlink w:anchor="_Toc237248469" w:history="1">
            <w:r w:rsidRPr="007F7F2E">
              <w:rPr>
                <w:rStyle w:val="Hyperlink"/>
                <w:noProof/>
              </w:rPr>
              <w:t>5.2 Discrimination and Hate Speech</w:t>
            </w:r>
            <w:r>
              <w:rPr>
                <w:noProof/>
                <w:webHidden/>
              </w:rPr>
              <w:tab/>
            </w:r>
            <w:r>
              <w:rPr>
                <w:noProof/>
                <w:webHidden/>
              </w:rPr>
              <w:fldChar w:fldCharType="begin"/>
            </w:r>
            <w:r>
              <w:rPr>
                <w:noProof/>
                <w:webHidden/>
              </w:rPr>
              <w:instrText xml:space="preserve"> PAGEREF _Toc237248469 \h </w:instrText>
            </w:r>
            <w:r>
              <w:rPr>
                <w:noProof/>
                <w:webHidden/>
              </w:rPr>
            </w:r>
            <w:r>
              <w:rPr>
                <w:noProof/>
                <w:webHidden/>
              </w:rPr>
              <w:fldChar w:fldCharType="separate"/>
            </w:r>
            <w:r>
              <w:rPr>
                <w:noProof/>
                <w:webHidden/>
              </w:rPr>
              <w:t>12</w:t>
            </w:r>
            <w:r>
              <w:rPr>
                <w:noProof/>
                <w:webHidden/>
              </w:rPr>
              <w:fldChar w:fldCharType="end"/>
            </w:r>
          </w:hyperlink>
        </w:p>
        <w:p w14:paraId="30406BEC" w14:textId="695CFBD8" w:rsidR="00C60AD9" w:rsidRDefault="00C60AD9">
          <w:pPr>
            <w:pStyle w:val="TOC2"/>
            <w:tabs>
              <w:tab w:val="right" w:leader="dot" w:pos="8630"/>
            </w:tabs>
            <w:rPr>
              <w:noProof/>
            </w:rPr>
          </w:pPr>
          <w:hyperlink w:anchor="_Toc237248470" w:history="1">
            <w:r w:rsidRPr="007F7F2E">
              <w:rPr>
                <w:rStyle w:val="Hyperlink"/>
                <w:noProof/>
              </w:rPr>
              <w:t>5.3 Abusive or Offensive Conduct</w:t>
            </w:r>
            <w:r>
              <w:rPr>
                <w:noProof/>
                <w:webHidden/>
              </w:rPr>
              <w:tab/>
            </w:r>
            <w:r>
              <w:rPr>
                <w:noProof/>
                <w:webHidden/>
              </w:rPr>
              <w:fldChar w:fldCharType="begin"/>
            </w:r>
            <w:r>
              <w:rPr>
                <w:noProof/>
                <w:webHidden/>
              </w:rPr>
              <w:instrText xml:space="preserve"> PAGEREF _Toc237248470 \h </w:instrText>
            </w:r>
            <w:r>
              <w:rPr>
                <w:noProof/>
                <w:webHidden/>
              </w:rPr>
            </w:r>
            <w:r>
              <w:rPr>
                <w:noProof/>
                <w:webHidden/>
              </w:rPr>
              <w:fldChar w:fldCharType="separate"/>
            </w:r>
            <w:r>
              <w:rPr>
                <w:noProof/>
                <w:webHidden/>
              </w:rPr>
              <w:t>12</w:t>
            </w:r>
            <w:r>
              <w:rPr>
                <w:noProof/>
                <w:webHidden/>
              </w:rPr>
              <w:fldChar w:fldCharType="end"/>
            </w:r>
          </w:hyperlink>
        </w:p>
        <w:p w14:paraId="32791C7E" w14:textId="7544FCD8" w:rsidR="00C60AD9" w:rsidRDefault="00C60AD9">
          <w:pPr>
            <w:pStyle w:val="TOC2"/>
            <w:tabs>
              <w:tab w:val="right" w:leader="dot" w:pos="8630"/>
            </w:tabs>
            <w:rPr>
              <w:noProof/>
            </w:rPr>
          </w:pPr>
          <w:hyperlink w:anchor="_Toc237248471" w:history="1">
            <w:r w:rsidRPr="007F7F2E">
              <w:rPr>
                <w:rStyle w:val="Hyperlink"/>
                <w:noProof/>
              </w:rPr>
              <w:t>5.4 Threatening Behaviour</w:t>
            </w:r>
            <w:r>
              <w:rPr>
                <w:noProof/>
                <w:webHidden/>
              </w:rPr>
              <w:tab/>
            </w:r>
            <w:r>
              <w:rPr>
                <w:noProof/>
                <w:webHidden/>
              </w:rPr>
              <w:fldChar w:fldCharType="begin"/>
            </w:r>
            <w:r>
              <w:rPr>
                <w:noProof/>
                <w:webHidden/>
              </w:rPr>
              <w:instrText xml:space="preserve"> PAGEREF _Toc237248471 \h </w:instrText>
            </w:r>
            <w:r>
              <w:rPr>
                <w:noProof/>
                <w:webHidden/>
              </w:rPr>
            </w:r>
            <w:r>
              <w:rPr>
                <w:noProof/>
                <w:webHidden/>
              </w:rPr>
              <w:fldChar w:fldCharType="separate"/>
            </w:r>
            <w:r>
              <w:rPr>
                <w:noProof/>
                <w:webHidden/>
              </w:rPr>
              <w:t>12</w:t>
            </w:r>
            <w:r>
              <w:rPr>
                <w:noProof/>
                <w:webHidden/>
              </w:rPr>
              <w:fldChar w:fldCharType="end"/>
            </w:r>
          </w:hyperlink>
        </w:p>
        <w:p w14:paraId="6B46ECDB" w14:textId="052B1CA3" w:rsidR="00C60AD9" w:rsidRDefault="00C60AD9">
          <w:pPr>
            <w:pStyle w:val="TOC2"/>
            <w:tabs>
              <w:tab w:val="right" w:leader="dot" w:pos="8630"/>
            </w:tabs>
            <w:rPr>
              <w:noProof/>
            </w:rPr>
          </w:pPr>
          <w:hyperlink w:anchor="_Toc237248472" w:history="1">
            <w:r w:rsidRPr="007F7F2E">
              <w:rPr>
                <w:rStyle w:val="Hyperlink"/>
                <w:noProof/>
              </w:rPr>
              <w:t>5.5 Dishonesty and Fraud</w:t>
            </w:r>
            <w:r>
              <w:rPr>
                <w:noProof/>
                <w:webHidden/>
              </w:rPr>
              <w:tab/>
            </w:r>
            <w:r>
              <w:rPr>
                <w:noProof/>
                <w:webHidden/>
              </w:rPr>
              <w:fldChar w:fldCharType="begin"/>
            </w:r>
            <w:r>
              <w:rPr>
                <w:noProof/>
                <w:webHidden/>
              </w:rPr>
              <w:instrText xml:space="preserve"> PAGEREF _Toc237248472 \h </w:instrText>
            </w:r>
            <w:r>
              <w:rPr>
                <w:noProof/>
                <w:webHidden/>
              </w:rPr>
            </w:r>
            <w:r>
              <w:rPr>
                <w:noProof/>
                <w:webHidden/>
              </w:rPr>
              <w:fldChar w:fldCharType="separate"/>
            </w:r>
            <w:r>
              <w:rPr>
                <w:noProof/>
                <w:webHidden/>
              </w:rPr>
              <w:t>13</w:t>
            </w:r>
            <w:r>
              <w:rPr>
                <w:noProof/>
                <w:webHidden/>
              </w:rPr>
              <w:fldChar w:fldCharType="end"/>
            </w:r>
          </w:hyperlink>
        </w:p>
        <w:p w14:paraId="1AF97AA8" w14:textId="750530D4" w:rsidR="00C60AD9" w:rsidRDefault="00C60AD9">
          <w:pPr>
            <w:pStyle w:val="TOC2"/>
            <w:tabs>
              <w:tab w:val="right" w:leader="dot" w:pos="8630"/>
            </w:tabs>
            <w:rPr>
              <w:noProof/>
            </w:rPr>
          </w:pPr>
          <w:hyperlink w:anchor="_Toc237248473" w:history="1">
            <w:r w:rsidRPr="007F7F2E">
              <w:rPr>
                <w:rStyle w:val="Hyperlink"/>
                <w:noProof/>
              </w:rPr>
              <w:t>5.6 Misuse of the Platform</w:t>
            </w:r>
            <w:r>
              <w:rPr>
                <w:noProof/>
                <w:webHidden/>
              </w:rPr>
              <w:tab/>
            </w:r>
            <w:r>
              <w:rPr>
                <w:noProof/>
                <w:webHidden/>
              </w:rPr>
              <w:fldChar w:fldCharType="begin"/>
            </w:r>
            <w:r>
              <w:rPr>
                <w:noProof/>
                <w:webHidden/>
              </w:rPr>
              <w:instrText xml:space="preserve"> PAGEREF _Toc237248473 \h </w:instrText>
            </w:r>
            <w:r>
              <w:rPr>
                <w:noProof/>
                <w:webHidden/>
              </w:rPr>
            </w:r>
            <w:r>
              <w:rPr>
                <w:noProof/>
                <w:webHidden/>
              </w:rPr>
              <w:fldChar w:fldCharType="separate"/>
            </w:r>
            <w:r>
              <w:rPr>
                <w:noProof/>
                <w:webHidden/>
              </w:rPr>
              <w:t>13</w:t>
            </w:r>
            <w:r>
              <w:rPr>
                <w:noProof/>
                <w:webHidden/>
              </w:rPr>
              <w:fldChar w:fldCharType="end"/>
            </w:r>
          </w:hyperlink>
        </w:p>
        <w:p w14:paraId="6FE3447D" w14:textId="0DFC3099" w:rsidR="00C60AD9" w:rsidRDefault="00C60AD9">
          <w:pPr>
            <w:pStyle w:val="TOC2"/>
            <w:tabs>
              <w:tab w:val="right" w:leader="dot" w:pos="8630"/>
            </w:tabs>
            <w:rPr>
              <w:noProof/>
            </w:rPr>
          </w:pPr>
          <w:hyperlink w:anchor="_Toc237248474" w:history="1">
            <w:r w:rsidRPr="007F7F2E">
              <w:rPr>
                <w:rStyle w:val="Hyperlink"/>
                <w:noProof/>
              </w:rPr>
              <w:t>5.7 Inappropriate Content</w:t>
            </w:r>
            <w:r>
              <w:rPr>
                <w:noProof/>
                <w:webHidden/>
              </w:rPr>
              <w:tab/>
            </w:r>
            <w:r>
              <w:rPr>
                <w:noProof/>
                <w:webHidden/>
              </w:rPr>
              <w:fldChar w:fldCharType="begin"/>
            </w:r>
            <w:r>
              <w:rPr>
                <w:noProof/>
                <w:webHidden/>
              </w:rPr>
              <w:instrText xml:space="preserve"> PAGEREF _Toc237248474 \h </w:instrText>
            </w:r>
            <w:r>
              <w:rPr>
                <w:noProof/>
                <w:webHidden/>
              </w:rPr>
            </w:r>
            <w:r>
              <w:rPr>
                <w:noProof/>
                <w:webHidden/>
              </w:rPr>
              <w:fldChar w:fldCharType="separate"/>
            </w:r>
            <w:r>
              <w:rPr>
                <w:noProof/>
                <w:webHidden/>
              </w:rPr>
              <w:t>13</w:t>
            </w:r>
            <w:r>
              <w:rPr>
                <w:noProof/>
                <w:webHidden/>
              </w:rPr>
              <w:fldChar w:fldCharType="end"/>
            </w:r>
          </w:hyperlink>
        </w:p>
        <w:p w14:paraId="7CC757DB" w14:textId="35C58DFE" w:rsidR="00C60AD9" w:rsidRDefault="00C60AD9">
          <w:pPr>
            <w:pStyle w:val="TOC2"/>
            <w:tabs>
              <w:tab w:val="right" w:leader="dot" w:pos="8630"/>
            </w:tabs>
            <w:rPr>
              <w:noProof/>
            </w:rPr>
          </w:pPr>
          <w:hyperlink w:anchor="_Toc237248475" w:history="1">
            <w:r w:rsidRPr="007F7F2E">
              <w:rPr>
                <w:rStyle w:val="Hyperlink"/>
                <w:noProof/>
              </w:rPr>
              <w:t>5.8 Breaches of Safeguarding</w:t>
            </w:r>
            <w:r>
              <w:rPr>
                <w:noProof/>
                <w:webHidden/>
              </w:rPr>
              <w:tab/>
            </w:r>
            <w:r>
              <w:rPr>
                <w:noProof/>
                <w:webHidden/>
              </w:rPr>
              <w:fldChar w:fldCharType="begin"/>
            </w:r>
            <w:r>
              <w:rPr>
                <w:noProof/>
                <w:webHidden/>
              </w:rPr>
              <w:instrText xml:space="preserve"> PAGEREF _Toc237248475 \h </w:instrText>
            </w:r>
            <w:r>
              <w:rPr>
                <w:noProof/>
                <w:webHidden/>
              </w:rPr>
            </w:r>
            <w:r>
              <w:rPr>
                <w:noProof/>
                <w:webHidden/>
              </w:rPr>
              <w:fldChar w:fldCharType="separate"/>
            </w:r>
            <w:r>
              <w:rPr>
                <w:noProof/>
                <w:webHidden/>
              </w:rPr>
              <w:t>14</w:t>
            </w:r>
            <w:r>
              <w:rPr>
                <w:noProof/>
                <w:webHidden/>
              </w:rPr>
              <w:fldChar w:fldCharType="end"/>
            </w:r>
          </w:hyperlink>
        </w:p>
        <w:p w14:paraId="068274DB" w14:textId="22B5E162" w:rsidR="00C60AD9" w:rsidRDefault="00C60AD9">
          <w:pPr>
            <w:pStyle w:val="TOC2"/>
            <w:tabs>
              <w:tab w:val="right" w:leader="dot" w:pos="8630"/>
            </w:tabs>
            <w:rPr>
              <w:noProof/>
            </w:rPr>
          </w:pPr>
          <w:hyperlink w:anchor="_Toc237248476" w:history="1">
            <w:r w:rsidRPr="007F7F2E">
              <w:rPr>
                <w:rStyle w:val="Hyperlink"/>
                <w:noProof/>
              </w:rPr>
              <w:t>5.9 Undermining the Community</w:t>
            </w:r>
            <w:r>
              <w:rPr>
                <w:noProof/>
                <w:webHidden/>
              </w:rPr>
              <w:tab/>
            </w:r>
            <w:r>
              <w:rPr>
                <w:noProof/>
                <w:webHidden/>
              </w:rPr>
              <w:fldChar w:fldCharType="begin"/>
            </w:r>
            <w:r>
              <w:rPr>
                <w:noProof/>
                <w:webHidden/>
              </w:rPr>
              <w:instrText xml:space="preserve"> PAGEREF _Toc237248476 \h </w:instrText>
            </w:r>
            <w:r>
              <w:rPr>
                <w:noProof/>
                <w:webHidden/>
              </w:rPr>
            </w:r>
            <w:r>
              <w:rPr>
                <w:noProof/>
                <w:webHidden/>
              </w:rPr>
              <w:fldChar w:fldCharType="separate"/>
            </w:r>
            <w:r>
              <w:rPr>
                <w:noProof/>
                <w:webHidden/>
              </w:rPr>
              <w:t>14</w:t>
            </w:r>
            <w:r>
              <w:rPr>
                <w:noProof/>
                <w:webHidden/>
              </w:rPr>
              <w:fldChar w:fldCharType="end"/>
            </w:r>
          </w:hyperlink>
        </w:p>
        <w:p w14:paraId="55C9B89E" w14:textId="6638F3B9" w:rsidR="00C60AD9" w:rsidRDefault="00C60AD9">
          <w:pPr>
            <w:pStyle w:val="TOC2"/>
            <w:tabs>
              <w:tab w:val="right" w:leader="dot" w:pos="8630"/>
            </w:tabs>
            <w:rPr>
              <w:noProof/>
            </w:rPr>
          </w:pPr>
          <w:hyperlink w:anchor="_Toc237248477" w:history="1">
            <w:r w:rsidRPr="007F7F2E">
              <w:rPr>
                <w:rStyle w:val="Hyperlink"/>
                <w:noProof/>
              </w:rPr>
              <w:t>5.10 Circumventing the Platform</w:t>
            </w:r>
            <w:r>
              <w:rPr>
                <w:noProof/>
                <w:webHidden/>
              </w:rPr>
              <w:tab/>
            </w:r>
            <w:r>
              <w:rPr>
                <w:noProof/>
                <w:webHidden/>
              </w:rPr>
              <w:fldChar w:fldCharType="begin"/>
            </w:r>
            <w:r>
              <w:rPr>
                <w:noProof/>
                <w:webHidden/>
              </w:rPr>
              <w:instrText xml:space="preserve"> PAGEREF _Toc237248477 \h </w:instrText>
            </w:r>
            <w:r>
              <w:rPr>
                <w:noProof/>
                <w:webHidden/>
              </w:rPr>
            </w:r>
            <w:r>
              <w:rPr>
                <w:noProof/>
                <w:webHidden/>
              </w:rPr>
              <w:fldChar w:fldCharType="separate"/>
            </w:r>
            <w:r>
              <w:rPr>
                <w:noProof/>
                <w:webHidden/>
              </w:rPr>
              <w:t>14</w:t>
            </w:r>
            <w:r>
              <w:rPr>
                <w:noProof/>
                <w:webHidden/>
              </w:rPr>
              <w:fldChar w:fldCharType="end"/>
            </w:r>
          </w:hyperlink>
        </w:p>
        <w:p w14:paraId="36BC750B" w14:textId="05ADCAC0" w:rsidR="00C60AD9" w:rsidRDefault="00C60AD9">
          <w:pPr>
            <w:pStyle w:val="TOC2"/>
            <w:tabs>
              <w:tab w:val="right" w:leader="dot" w:pos="8630"/>
            </w:tabs>
            <w:rPr>
              <w:noProof/>
            </w:rPr>
          </w:pPr>
          <w:hyperlink w:anchor="_Toc237248478" w:history="1">
            <w:r w:rsidRPr="007F7F2E">
              <w:rPr>
                <w:rStyle w:val="Hyperlink"/>
                <w:noProof/>
              </w:rPr>
              <w:t>5.11 Consequences of Unacceptable Behaviour</w:t>
            </w:r>
            <w:r>
              <w:rPr>
                <w:noProof/>
                <w:webHidden/>
              </w:rPr>
              <w:tab/>
            </w:r>
            <w:r>
              <w:rPr>
                <w:noProof/>
                <w:webHidden/>
              </w:rPr>
              <w:fldChar w:fldCharType="begin"/>
            </w:r>
            <w:r>
              <w:rPr>
                <w:noProof/>
                <w:webHidden/>
              </w:rPr>
              <w:instrText xml:space="preserve"> PAGEREF _Toc237248478 \h </w:instrText>
            </w:r>
            <w:r>
              <w:rPr>
                <w:noProof/>
                <w:webHidden/>
              </w:rPr>
            </w:r>
            <w:r>
              <w:rPr>
                <w:noProof/>
                <w:webHidden/>
              </w:rPr>
              <w:fldChar w:fldCharType="separate"/>
            </w:r>
            <w:r>
              <w:rPr>
                <w:noProof/>
                <w:webHidden/>
              </w:rPr>
              <w:t>15</w:t>
            </w:r>
            <w:r>
              <w:rPr>
                <w:noProof/>
                <w:webHidden/>
              </w:rPr>
              <w:fldChar w:fldCharType="end"/>
            </w:r>
          </w:hyperlink>
        </w:p>
        <w:p w14:paraId="76E2F332" w14:textId="43DBF2A3" w:rsidR="00C60AD9" w:rsidRDefault="00C60AD9">
          <w:pPr>
            <w:pStyle w:val="TOC2"/>
            <w:tabs>
              <w:tab w:val="right" w:leader="dot" w:pos="8630"/>
            </w:tabs>
            <w:rPr>
              <w:noProof/>
            </w:rPr>
          </w:pPr>
          <w:hyperlink w:anchor="_Toc237248479" w:history="1">
            <w:r w:rsidRPr="007F7F2E">
              <w:rPr>
                <w:rStyle w:val="Hyperlink"/>
                <w:noProof/>
              </w:rPr>
              <w:t>5.12 Our Commitment</w:t>
            </w:r>
            <w:r>
              <w:rPr>
                <w:noProof/>
                <w:webHidden/>
              </w:rPr>
              <w:tab/>
            </w:r>
            <w:r>
              <w:rPr>
                <w:noProof/>
                <w:webHidden/>
              </w:rPr>
              <w:fldChar w:fldCharType="begin"/>
            </w:r>
            <w:r>
              <w:rPr>
                <w:noProof/>
                <w:webHidden/>
              </w:rPr>
              <w:instrText xml:space="preserve"> PAGEREF _Toc237248479 \h </w:instrText>
            </w:r>
            <w:r>
              <w:rPr>
                <w:noProof/>
                <w:webHidden/>
              </w:rPr>
            </w:r>
            <w:r>
              <w:rPr>
                <w:noProof/>
                <w:webHidden/>
              </w:rPr>
              <w:fldChar w:fldCharType="separate"/>
            </w:r>
            <w:r>
              <w:rPr>
                <w:noProof/>
                <w:webHidden/>
              </w:rPr>
              <w:t>15</w:t>
            </w:r>
            <w:r>
              <w:rPr>
                <w:noProof/>
                <w:webHidden/>
              </w:rPr>
              <w:fldChar w:fldCharType="end"/>
            </w:r>
          </w:hyperlink>
        </w:p>
        <w:p w14:paraId="7B98BAF3" w14:textId="6A157159" w:rsidR="00C60AD9" w:rsidRDefault="00C60AD9">
          <w:pPr>
            <w:pStyle w:val="TOC1"/>
            <w:tabs>
              <w:tab w:val="right" w:leader="dot" w:pos="8630"/>
            </w:tabs>
            <w:rPr>
              <w:noProof/>
            </w:rPr>
          </w:pPr>
          <w:hyperlink w:anchor="_Toc237248480" w:history="1">
            <w:r w:rsidRPr="007F7F2E">
              <w:rPr>
                <w:rStyle w:val="Hyperlink"/>
                <w:noProof/>
              </w:rPr>
              <w:t>6. Coaches</w:t>
            </w:r>
            <w:r>
              <w:rPr>
                <w:noProof/>
                <w:webHidden/>
              </w:rPr>
              <w:tab/>
            </w:r>
            <w:r>
              <w:rPr>
                <w:noProof/>
                <w:webHidden/>
              </w:rPr>
              <w:fldChar w:fldCharType="begin"/>
            </w:r>
            <w:r>
              <w:rPr>
                <w:noProof/>
                <w:webHidden/>
              </w:rPr>
              <w:instrText xml:space="preserve"> PAGEREF _Toc237248480 \h </w:instrText>
            </w:r>
            <w:r>
              <w:rPr>
                <w:noProof/>
                <w:webHidden/>
              </w:rPr>
            </w:r>
            <w:r>
              <w:rPr>
                <w:noProof/>
                <w:webHidden/>
              </w:rPr>
              <w:fldChar w:fldCharType="separate"/>
            </w:r>
            <w:r>
              <w:rPr>
                <w:noProof/>
                <w:webHidden/>
              </w:rPr>
              <w:t>16</w:t>
            </w:r>
            <w:r>
              <w:rPr>
                <w:noProof/>
                <w:webHidden/>
              </w:rPr>
              <w:fldChar w:fldCharType="end"/>
            </w:r>
          </w:hyperlink>
        </w:p>
        <w:p w14:paraId="2D48EACC" w14:textId="2F4AEFCE" w:rsidR="00C60AD9" w:rsidRDefault="00C60AD9">
          <w:pPr>
            <w:pStyle w:val="TOC2"/>
            <w:tabs>
              <w:tab w:val="right" w:leader="dot" w:pos="8630"/>
            </w:tabs>
            <w:rPr>
              <w:noProof/>
            </w:rPr>
          </w:pPr>
          <w:hyperlink w:anchor="_Toc237248481" w:history="1">
            <w:r w:rsidRPr="007F7F2E">
              <w:rPr>
                <w:rStyle w:val="Hyperlink"/>
                <w:noProof/>
              </w:rPr>
              <w:t>6.1 Professional Conduct</w:t>
            </w:r>
            <w:r>
              <w:rPr>
                <w:noProof/>
                <w:webHidden/>
              </w:rPr>
              <w:tab/>
            </w:r>
            <w:r>
              <w:rPr>
                <w:noProof/>
                <w:webHidden/>
              </w:rPr>
              <w:fldChar w:fldCharType="begin"/>
            </w:r>
            <w:r>
              <w:rPr>
                <w:noProof/>
                <w:webHidden/>
              </w:rPr>
              <w:instrText xml:space="preserve"> PAGEREF _Toc237248481 \h </w:instrText>
            </w:r>
            <w:r>
              <w:rPr>
                <w:noProof/>
                <w:webHidden/>
              </w:rPr>
            </w:r>
            <w:r>
              <w:rPr>
                <w:noProof/>
                <w:webHidden/>
              </w:rPr>
              <w:fldChar w:fldCharType="separate"/>
            </w:r>
            <w:r>
              <w:rPr>
                <w:noProof/>
                <w:webHidden/>
              </w:rPr>
              <w:t>16</w:t>
            </w:r>
            <w:r>
              <w:rPr>
                <w:noProof/>
                <w:webHidden/>
              </w:rPr>
              <w:fldChar w:fldCharType="end"/>
            </w:r>
          </w:hyperlink>
        </w:p>
        <w:p w14:paraId="61646AF3" w14:textId="1382A085" w:rsidR="00C60AD9" w:rsidRDefault="00C60AD9">
          <w:pPr>
            <w:pStyle w:val="TOC2"/>
            <w:tabs>
              <w:tab w:val="right" w:leader="dot" w:pos="8630"/>
            </w:tabs>
            <w:rPr>
              <w:noProof/>
            </w:rPr>
          </w:pPr>
          <w:hyperlink w:anchor="_Toc237248482" w:history="1">
            <w:r w:rsidRPr="007F7F2E">
              <w:rPr>
                <w:rStyle w:val="Hyperlink"/>
                <w:noProof/>
              </w:rPr>
              <w:t>6.2 Accurate Information</w:t>
            </w:r>
            <w:r>
              <w:rPr>
                <w:noProof/>
                <w:webHidden/>
              </w:rPr>
              <w:tab/>
            </w:r>
            <w:r>
              <w:rPr>
                <w:noProof/>
                <w:webHidden/>
              </w:rPr>
              <w:fldChar w:fldCharType="begin"/>
            </w:r>
            <w:r>
              <w:rPr>
                <w:noProof/>
                <w:webHidden/>
              </w:rPr>
              <w:instrText xml:space="preserve"> PAGEREF _Toc237248482 \h </w:instrText>
            </w:r>
            <w:r>
              <w:rPr>
                <w:noProof/>
                <w:webHidden/>
              </w:rPr>
            </w:r>
            <w:r>
              <w:rPr>
                <w:noProof/>
                <w:webHidden/>
              </w:rPr>
              <w:fldChar w:fldCharType="separate"/>
            </w:r>
            <w:r>
              <w:rPr>
                <w:noProof/>
                <w:webHidden/>
              </w:rPr>
              <w:t>16</w:t>
            </w:r>
            <w:r>
              <w:rPr>
                <w:noProof/>
                <w:webHidden/>
              </w:rPr>
              <w:fldChar w:fldCharType="end"/>
            </w:r>
          </w:hyperlink>
        </w:p>
        <w:p w14:paraId="6467DA1F" w14:textId="3F2CCE5E" w:rsidR="00C60AD9" w:rsidRDefault="00C60AD9">
          <w:pPr>
            <w:pStyle w:val="TOC2"/>
            <w:tabs>
              <w:tab w:val="right" w:leader="dot" w:pos="8630"/>
            </w:tabs>
            <w:rPr>
              <w:noProof/>
            </w:rPr>
          </w:pPr>
          <w:hyperlink w:anchor="_Toc237248483" w:history="1">
            <w:r w:rsidRPr="007F7F2E">
              <w:rPr>
                <w:rStyle w:val="Hyperlink"/>
                <w:noProof/>
              </w:rPr>
              <w:t>6.3 Communication</w:t>
            </w:r>
            <w:r>
              <w:rPr>
                <w:noProof/>
                <w:webHidden/>
              </w:rPr>
              <w:tab/>
            </w:r>
            <w:r>
              <w:rPr>
                <w:noProof/>
                <w:webHidden/>
              </w:rPr>
              <w:fldChar w:fldCharType="begin"/>
            </w:r>
            <w:r>
              <w:rPr>
                <w:noProof/>
                <w:webHidden/>
              </w:rPr>
              <w:instrText xml:space="preserve"> PAGEREF _Toc237248483 \h </w:instrText>
            </w:r>
            <w:r>
              <w:rPr>
                <w:noProof/>
                <w:webHidden/>
              </w:rPr>
            </w:r>
            <w:r>
              <w:rPr>
                <w:noProof/>
                <w:webHidden/>
              </w:rPr>
              <w:fldChar w:fldCharType="separate"/>
            </w:r>
            <w:r>
              <w:rPr>
                <w:noProof/>
                <w:webHidden/>
              </w:rPr>
              <w:t>17</w:t>
            </w:r>
            <w:r>
              <w:rPr>
                <w:noProof/>
                <w:webHidden/>
              </w:rPr>
              <w:fldChar w:fldCharType="end"/>
            </w:r>
          </w:hyperlink>
        </w:p>
        <w:p w14:paraId="7F27BC09" w14:textId="3839E0D4" w:rsidR="00C60AD9" w:rsidRDefault="00C60AD9">
          <w:pPr>
            <w:pStyle w:val="TOC2"/>
            <w:tabs>
              <w:tab w:val="right" w:leader="dot" w:pos="8630"/>
            </w:tabs>
            <w:rPr>
              <w:noProof/>
            </w:rPr>
          </w:pPr>
          <w:hyperlink w:anchor="_Toc237248484" w:history="1">
            <w:r w:rsidRPr="007F7F2E">
              <w:rPr>
                <w:rStyle w:val="Hyperlink"/>
                <w:noProof/>
              </w:rPr>
              <w:t>6.4 Reliability</w:t>
            </w:r>
            <w:r>
              <w:rPr>
                <w:noProof/>
                <w:webHidden/>
              </w:rPr>
              <w:tab/>
            </w:r>
            <w:r>
              <w:rPr>
                <w:noProof/>
                <w:webHidden/>
              </w:rPr>
              <w:fldChar w:fldCharType="begin"/>
            </w:r>
            <w:r>
              <w:rPr>
                <w:noProof/>
                <w:webHidden/>
              </w:rPr>
              <w:instrText xml:space="preserve"> PAGEREF _Toc237248484 \h </w:instrText>
            </w:r>
            <w:r>
              <w:rPr>
                <w:noProof/>
                <w:webHidden/>
              </w:rPr>
            </w:r>
            <w:r>
              <w:rPr>
                <w:noProof/>
                <w:webHidden/>
              </w:rPr>
              <w:fldChar w:fldCharType="separate"/>
            </w:r>
            <w:r>
              <w:rPr>
                <w:noProof/>
                <w:webHidden/>
              </w:rPr>
              <w:t>17</w:t>
            </w:r>
            <w:r>
              <w:rPr>
                <w:noProof/>
                <w:webHidden/>
              </w:rPr>
              <w:fldChar w:fldCharType="end"/>
            </w:r>
          </w:hyperlink>
        </w:p>
        <w:p w14:paraId="3265B13D" w14:textId="19537554" w:rsidR="00C60AD9" w:rsidRDefault="00C60AD9">
          <w:pPr>
            <w:pStyle w:val="TOC2"/>
            <w:tabs>
              <w:tab w:val="right" w:leader="dot" w:pos="8630"/>
            </w:tabs>
            <w:rPr>
              <w:noProof/>
            </w:rPr>
          </w:pPr>
          <w:hyperlink w:anchor="_Toc237248485" w:history="1">
            <w:r w:rsidRPr="007F7F2E">
              <w:rPr>
                <w:rStyle w:val="Hyperlink"/>
                <w:noProof/>
              </w:rPr>
              <w:t>6.5 Respecting Participants</w:t>
            </w:r>
            <w:r>
              <w:rPr>
                <w:noProof/>
                <w:webHidden/>
              </w:rPr>
              <w:tab/>
            </w:r>
            <w:r>
              <w:rPr>
                <w:noProof/>
                <w:webHidden/>
              </w:rPr>
              <w:fldChar w:fldCharType="begin"/>
            </w:r>
            <w:r>
              <w:rPr>
                <w:noProof/>
                <w:webHidden/>
              </w:rPr>
              <w:instrText xml:space="preserve"> PAGEREF _Toc237248485 \h </w:instrText>
            </w:r>
            <w:r>
              <w:rPr>
                <w:noProof/>
                <w:webHidden/>
              </w:rPr>
            </w:r>
            <w:r>
              <w:rPr>
                <w:noProof/>
                <w:webHidden/>
              </w:rPr>
              <w:fldChar w:fldCharType="separate"/>
            </w:r>
            <w:r>
              <w:rPr>
                <w:noProof/>
                <w:webHidden/>
              </w:rPr>
              <w:t>17</w:t>
            </w:r>
            <w:r>
              <w:rPr>
                <w:noProof/>
                <w:webHidden/>
              </w:rPr>
              <w:fldChar w:fldCharType="end"/>
            </w:r>
          </w:hyperlink>
        </w:p>
        <w:p w14:paraId="024D3054" w14:textId="40D114D8" w:rsidR="00C60AD9" w:rsidRDefault="00C60AD9">
          <w:pPr>
            <w:pStyle w:val="TOC2"/>
            <w:tabs>
              <w:tab w:val="right" w:leader="dot" w:pos="8630"/>
            </w:tabs>
            <w:rPr>
              <w:noProof/>
            </w:rPr>
          </w:pPr>
          <w:hyperlink w:anchor="_Toc237248486" w:history="1">
            <w:r w:rsidRPr="007F7F2E">
              <w:rPr>
                <w:rStyle w:val="Hyperlink"/>
                <w:noProof/>
              </w:rPr>
              <w:t>6.6 Safeguarding Responsibilities</w:t>
            </w:r>
            <w:r>
              <w:rPr>
                <w:noProof/>
                <w:webHidden/>
              </w:rPr>
              <w:tab/>
            </w:r>
            <w:r>
              <w:rPr>
                <w:noProof/>
                <w:webHidden/>
              </w:rPr>
              <w:fldChar w:fldCharType="begin"/>
            </w:r>
            <w:r>
              <w:rPr>
                <w:noProof/>
                <w:webHidden/>
              </w:rPr>
              <w:instrText xml:space="preserve"> PAGEREF _Toc237248486 \h </w:instrText>
            </w:r>
            <w:r>
              <w:rPr>
                <w:noProof/>
                <w:webHidden/>
              </w:rPr>
            </w:r>
            <w:r>
              <w:rPr>
                <w:noProof/>
                <w:webHidden/>
              </w:rPr>
              <w:fldChar w:fldCharType="separate"/>
            </w:r>
            <w:r>
              <w:rPr>
                <w:noProof/>
                <w:webHidden/>
              </w:rPr>
              <w:t>18</w:t>
            </w:r>
            <w:r>
              <w:rPr>
                <w:noProof/>
                <w:webHidden/>
              </w:rPr>
              <w:fldChar w:fldCharType="end"/>
            </w:r>
          </w:hyperlink>
        </w:p>
        <w:p w14:paraId="6643BEB6" w14:textId="38C8BBB7" w:rsidR="00C60AD9" w:rsidRDefault="00C60AD9">
          <w:pPr>
            <w:pStyle w:val="TOC2"/>
            <w:tabs>
              <w:tab w:val="right" w:leader="dot" w:pos="8630"/>
            </w:tabs>
            <w:rPr>
              <w:noProof/>
            </w:rPr>
          </w:pPr>
          <w:hyperlink w:anchor="_Toc237248487" w:history="1">
            <w:r w:rsidRPr="007F7F2E">
              <w:rPr>
                <w:rStyle w:val="Hyperlink"/>
                <w:noProof/>
              </w:rPr>
              <w:t>6.7 Respect for the Platform</w:t>
            </w:r>
            <w:r>
              <w:rPr>
                <w:noProof/>
                <w:webHidden/>
              </w:rPr>
              <w:tab/>
            </w:r>
            <w:r>
              <w:rPr>
                <w:noProof/>
                <w:webHidden/>
              </w:rPr>
              <w:fldChar w:fldCharType="begin"/>
            </w:r>
            <w:r>
              <w:rPr>
                <w:noProof/>
                <w:webHidden/>
              </w:rPr>
              <w:instrText xml:space="preserve"> PAGEREF _Toc237248487 \h </w:instrText>
            </w:r>
            <w:r>
              <w:rPr>
                <w:noProof/>
                <w:webHidden/>
              </w:rPr>
            </w:r>
            <w:r>
              <w:rPr>
                <w:noProof/>
                <w:webHidden/>
              </w:rPr>
              <w:fldChar w:fldCharType="separate"/>
            </w:r>
            <w:r>
              <w:rPr>
                <w:noProof/>
                <w:webHidden/>
              </w:rPr>
              <w:t>18</w:t>
            </w:r>
            <w:r>
              <w:rPr>
                <w:noProof/>
                <w:webHidden/>
              </w:rPr>
              <w:fldChar w:fldCharType="end"/>
            </w:r>
          </w:hyperlink>
        </w:p>
        <w:p w14:paraId="4FF82ECD" w14:textId="639F3DA2" w:rsidR="00C60AD9" w:rsidRDefault="00C60AD9">
          <w:pPr>
            <w:pStyle w:val="TOC2"/>
            <w:tabs>
              <w:tab w:val="right" w:leader="dot" w:pos="8630"/>
            </w:tabs>
            <w:rPr>
              <w:noProof/>
            </w:rPr>
          </w:pPr>
          <w:hyperlink w:anchor="_Toc237248488" w:history="1">
            <w:r w:rsidRPr="007F7F2E">
              <w:rPr>
                <w:rStyle w:val="Hyperlink"/>
                <w:noProof/>
              </w:rPr>
              <w:t>6.8 Continuous Development</w:t>
            </w:r>
            <w:r>
              <w:rPr>
                <w:noProof/>
                <w:webHidden/>
              </w:rPr>
              <w:tab/>
            </w:r>
            <w:r>
              <w:rPr>
                <w:noProof/>
                <w:webHidden/>
              </w:rPr>
              <w:fldChar w:fldCharType="begin"/>
            </w:r>
            <w:r>
              <w:rPr>
                <w:noProof/>
                <w:webHidden/>
              </w:rPr>
              <w:instrText xml:space="preserve"> PAGEREF _Toc237248488 \h </w:instrText>
            </w:r>
            <w:r>
              <w:rPr>
                <w:noProof/>
                <w:webHidden/>
              </w:rPr>
            </w:r>
            <w:r>
              <w:rPr>
                <w:noProof/>
                <w:webHidden/>
              </w:rPr>
              <w:fldChar w:fldCharType="separate"/>
            </w:r>
            <w:r>
              <w:rPr>
                <w:noProof/>
                <w:webHidden/>
              </w:rPr>
              <w:t>18</w:t>
            </w:r>
            <w:r>
              <w:rPr>
                <w:noProof/>
                <w:webHidden/>
              </w:rPr>
              <w:fldChar w:fldCharType="end"/>
            </w:r>
          </w:hyperlink>
        </w:p>
        <w:p w14:paraId="7F28416A" w14:textId="52EA87C5" w:rsidR="00C60AD9" w:rsidRDefault="00C60AD9">
          <w:pPr>
            <w:pStyle w:val="TOC2"/>
            <w:tabs>
              <w:tab w:val="right" w:leader="dot" w:pos="8630"/>
            </w:tabs>
            <w:rPr>
              <w:noProof/>
            </w:rPr>
          </w:pPr>
          <w:hyperlink w:anchor="_Toc237248489" w:history="1">
            <w:r w:rsidRPr="007F7F2E">
              <w:rPr>
                <w:rStyle w:val="Hyperlink"/>
                <w:noProof/>
              </w:rPr>
              <w:t>6.9 Being a Positive Role Model</w:t>
            </w:r>
            <w:r>
              <w:rPr>
                <w:noProof/>
                <w:webHidden/>
              </w:rPr>
              <w:tab/>
            </w:r>
            <w:r>
              <w:rPr>
                <w:noProof/>
                <w:webHidden/>
              </w:rPr>
              <w:fldChar w:fldCharType="begin"/>
            </w:r>
            <w:r>
              <w:rPr>
                <w:noProof/>
                <w:webHidden/>
              </w:rPr>
              <w:instrText xml:space="preserve"> PAGEREF _Toc237248489 \h </w:instrText>
            </w:r>
            <w:r>
              <w:rPr>
                <w:noProof/>
                <w:webHidden/>
              </w:rPr>
            </w:r>
            <w:r>
              <w:rPr>
                <w:noProof/>
                <w:webHidden/>
              </w:rPr>
              <w:fldChar w:fldCharType="separate"/>
            </w:r>
            <w:r>
              <w:rPr>
                <w:noProof/>
                <w:webHidden/>
              </w:rPr>
              <w:t>19</w:t>
            </w:r>
            <w:r>
              <w:rPr>
                <w:noProof/>
                <w:webHidden/>
              </w:rPr>
              <w:fldChar w:fldCharType="end"/>
            </w:r>
          </w:hyperlink>
        </w:p>
        <w:p w14:paraId="466282A2" w14:textId="401BDD05" w:rsidR="00C60AD9" w:rsidRDefault="00C60AD9">
          <w:pPr>
            <w:pStyle w:val="TOC2"/>
            <w:tabs>
              <w:tab w:val="right" w:leader="dot" w:pos="8630"/>
            </w:tabs>
            <w:rPr>
              <w:noProof/>
            </w:rPr>
          </w:pPr>
          <w:hyperlink w:anchor="_Toc237248490" w:history="1">
            <w:r w:rsidRPr="007F7F2E">
              <w:rPr>
                <w:rStyle w:val="Hyperlink"/>
                <w:noProof/>
              </w:rPr>
              <w:t>6.10 Our Commitment</w:t>
            </w:r>
            <w:r>
              <w:rPr>
                <w:noProof/>
                <w:webHidden/>
              </w:rPr>
              <w:tab/>
            </w:r>
            <w:r>
              <w:rPr>
                <w:noProof/>
                <w:webHidden/>
              </w:rPr>
              <w:fldChar w:fldCharType="begin"/>
            </w:r>
            <w:r>
              <w:rPr>
                <w:noProof/>
                <w:webHidden/>
              </w:rPr>
              <w:instrText xml:space="preserve"> PAGEREF _Toc237248490 \h </w:instrText>
            </w:r>
            <w:r>
              <w:rPr>
                <w:noProof/>
                <w:webHidden/>
              </w:rPr>
            </w:r>
            <w:r>
              <w:rPr>
                <w:noProof/>
                <w:webHidden/>
              </w:rPr>
              <w:fldChar w:fldCharType="separate"/>
            </w:r>
            <w:r>
              <w:rPr>
                <w:noProof/>
                <w:webHidden/>
              </w:rPr>
              <w:t>19</w:t>
            </w:r>
            <w:r>
              <w:rPr>
                <w:noProof/>
                <w:webHidden/>
              </w:rPr>
              <w:fldChar w:fldCharType="end"/>
            </w:r>
          </w:hyperlink>
        </w:p>
        <w:p w14:paraId="4C3A55E5" w14:textId="46AE9425" w:rsidR="00C60AD9" w:rsidRDefault="00C60AD9">
          <w:pPr>
            <w:pStyle w:val="TOC1"/>
            <w:tabs>
              <w:tab w:val="right" w:leader="dot" w:pos="8630"/>
            </w:tabs>
            <w:rPr>
              <w:noProof/>
            </w:rPr>
          </w:pPr>
          <w:hyperlink w:anchor="_Toc237248491" w:history="1">
            <w:r w:rsidRPr="007F7F2E">
              <w:rPr>
                <w:rStyle w:val="Hyperlink"/>
                <w:noProof/>
              </w:rPr>
              <w:t>7. Participants, Parents &amp; Guardians</w:t>
            </w:r>
            <w:r>
              <w:rPr>
                <w:noProof/>
                <w:webHidden/>
              </w:rPr>
              <w:tab/>
            </w:r>
            <w:r>
              <w:rPr>
                <w:noProof/>
                <w:webHidden/>
              </w:rPr>
              <w:fldChar w:fldCharType="begin"/>
            </w:r>
            <w:r>
              <w:rPr>
                <w:noProof/>
                <w:webHidden/>
              </w:rPr>
              <w:instrText xml:space="preserve"> PAGEREF _Toc237248491 \h </w:instrText>
            </w:r>
            <w:r>
              <w:rPr>
                <w:noProof/>
                <w:webHidden/>
              </w:rPr>
            </w:r>
            <w:r>
              <w:rPr>
                <w:noProof/>
                <w:webHidden/>
              </w:rPr>
              <w:fldChar w:fldCharType="separate"/>
            </w:r>
            <w:r>
              <w:rPr>
                <w:noProof/>
                <w:webHidden/>
              </w:rPr>
              <w:t>19</w:t>
            </w:r>
            <w:r>
              <w:rPr>
                <w:noProof/>
                <w:webHidden/>
              </w:rPr>
              <w:fldChar w:fldCharType="end"/>
            </w:r>
          </w:hyperlink>
        </w:p>
        <w:p w14:paraId="74FE123F" w14:textId="1896883F" w:rsidR="00C60AD9" w:rsidRDefault="00C60AD9">
          <w:pPr>
            <w:pStyle w:val="TOC2"/>
            <w:tabs>
              <w:tab w:val="right" w:leader="dot" w:pos="8630"/>
            </w:tabs>
            <w:rPr>
              <w:noProof/>
            </w:rPr>
          </w:pPr>
          <w:hyperlink w:anchor="_Toc237248492" w:history="1">
            <w:r w:rsidRPr="007F7F2E">
              <w:rPr>
                <w:rStyle w:val="Hyperlink"/>
                <w:noProof/>
              </w:rPr>
              <w:t>7.1 Respect Coaches and Other Users</w:t>
            </w:r>
            <w:r>
              <w:rPr>
                <w:noProof/>
                <w:webHidden/>
              </w:rPr>
              <w:tab/>
            </w:r>
            <w:r>
              <w:rPr>
                <w:noProof/>
                <w:webHidden/>
              </w:rPr>
              <w:fldChar w:fldCharType="begin"/>
            </w:r>
            <w:r>
              <w:rPr>
                <w:noProof/>
                <w:webHidden/>
              </w:rPr>
              <w:instrText xml:space="preserve"> PAGEREF _Toc237248492 \h </w:instrText>
            </w:r>
            <w:r>
              <w:rPr>
                <w:noProof/>
                <w:webHidden/>
              </w:rPr>
            </w:r>
            <w:r>
              <w:rPr>
                <w:noProof/>
                <w:webHidden/>
              </w:rPr>
              <w:fldChar w:fldCharType="separate"/>
            </w:r>
            <w:r>
              <w:rPr>
                <w:noProof/>
                <w:webHidden/>
              </w:rPr>
              <w:t>19</w:t>
            </w:r>
            <w:r>
              <w:rPr>
                <w:noProof/>
                <w:webHidden/>
              </w:rPr>
              <w:fldChar w:fldCharType="end"/>
            </w:r>
          </w:hyperlink>
        </w:p>
        <w:p w14:paraId="520EF5D8" w14:textId="0ED5A2C5" w:rsidR="00C60AD9" w:rsidRDefault="00C60AD9">
          <w:pPr>
            <w:pStyle w:val="TOC2"/>
            <w:tabs>
              <w:tab w:val="right" w:leader="dot" w:pos="8630"/>
            </w:tabs>
            <w:rPr>
              <w:noProof/>
            </w:rPr>
          </w:pPr>
          <w:hyperlink w:anchor="_Toc237248493" w:history="1">
            <w:r w:rsidRPr="007F7F2E">
              <w:rPr>
                <w:rStyle w:val="Hyperlink"/>
                <w:noProof/>
              </w:rPr>
              <w:t>7.2 Honest Communication</w:t>
            </w:r>
            <w:r>
              <w:rPr>
                <w:noProof/>
                <w:webHidden/>
              </w:rPr>
              <w:tab/>
            </w:r>
            <w:r>
              <w:rPr>
                <w:noProof/>
                <w:webHidden/>
              </w:rPr>
              <w:fldChar w:fldCharType="begin"/>
            </w:r>
            <w:r>
              <w:rPr>
                <w:noProof/>
                <w:webHidden/>
              </w:rPr>
              <w:instrText xml:space="preserve"> PAGEREF _Toc237248493 \h </w:instrText>
            </w:r>
            <w:r>
              <w:rPr>
                <w:noProof/>
                <w:webHidden/>
              </w:rPr>
            </w:r>
            <w:r>
              <w:rPr>
                <w:noProof/>
                <w:webHidden/>
              </w:rPr>
              <w:fldChar w:fldCharType="separate"/>
            </w:r>
            <w:r>
              <w:rPr>
                <w:noProof/>
                <w:webHidden/>
              </w:rPr>
              <w:t>20</w:t>
            </w:r>
            <w:r>
              <w:rPr>
                <w:noProof/>
                <w:webHidden/>
              </w:rPr>
              <w:fldChar w:fldCharType="end"/>
            </w:r>
          </w:hyperlink>
        </w:p>
        <w:p w14:paraId="22FA3C28" w14:textId="083661D8" w:rsidR="00C60AD9" w:rsidRDefault="00C60AD9">
          <w:pPr>
            <w:pStyle w:val="TOC2"/>
            <w:tabs>
              <w:tab w:val="right" w:leader="dot" w:pos="8630"/>
            </w:tabs>
            <w:rPr>
              <w:noProof/>
            </w:rPr>
          </w:pPr>
          <w:hyperlink w:anchor="_Toc237248494" w:history="1">
            <w:r w:rsidRPr="007F7F2E">
              <w:rPr>
                <w:rStyle w:val="Hyperlink"/>
                <w:noProof/>
              </w:rPr>
              <w:t>7.3 Supporting Positive Coaching</w:t>
            </w:r>
            <w:r>
              <w:rPr>
                <w:noProof/>
                <w:webHidden/>
              </w:rPr>
              <w:tab/>
            </w:r>
            <w:r>
              <w:rPr>
                <w:noProof/>
                <w:webHidden/>
              </w:rPr>
              <w:fldChar w:fldCharType="begin"/>
            </w:r>
            <w:r>
              <w:rPr>
                <w:noProof/>
                <w:webHidden/>
              </w:rPr>
              <w:instrText xml:space="preserve"> PAGEREF _Toc237248494 \h </w:instrText>
            </w:r>
            <w:r>
              <w:rPr>
                <w:noProof/>
                <w:webHidden/>
              </w:rPr>
            </w:r>
            <w:r>
              <w:rPr>
                <w:noProof/>
                <w:webHidden/>
              </w:rPr>
              <w:fldChar w:fldCharType="separate"/>
            </w:r>
            <w:r>
              <w:rPr>
                <w:noProof/>
                <w:webHidden/>
              </w:rPr>
              <w:t>20</w:t>
            </w:r>
            <w:r>
              <w:rPr>
                <w:noProof/>
                <w:webHidden/>
              </w:rPr>
              <w:fldChar w:fldCharType="end"/>
            </w:r>
          </w:hyperlink>
        </w:p>
        <w:p w14:paraId="74E29874" w14:textId="49A7B540" w:rsidR="00C60AD9" w:rsidRDefault="00C60AD9">
          <w:pPr>
            <w:pStyle w:val="TOC2"/>
            <w:tabs>
              <w:tab w:val="right" w:leader="dot" w:pos="8630"/>
            </w:tabs>
            <w:rPr>
              <w:noProof/>
            </w:rPr>
          </w:pPr>
          <w:hyperlink w:anchor="_Toc237248495" w:history="1">
            <w:r w:rsidRPr="007F7F2E">
              <w:rPr>
                <w:rStyle w:val="Hyperlink"/>
                <w:noProof/>
              </w:rPr>
              <w:t>7.4 Attendance and Reliability</w:t>
            </w:r>
            <w:r>
              <w:rPr>
                <w:noProof/>
                <w:webHidden/>
              </w:rPr>
              <w:tab/>
            </w:r>
            <w:r>
              <w:rPr>
                <w:noProof/>
                <w:webHidden/>
              </w:rPr>
              <w:fldChar w:fldCharType="begin"/>
            </w:r>
            <w:r>
              <w:rPr>
                <w:noProof/>
                <w:webHidden/>
              </w:rPr>
              <w:instrText xml:space="preserve"> PAGEREF _Toc237248495 \h </w:instrText>
            </w:r>
            <w:r>
              <w:rPr>
                <w:noProof/>
                <w:webHidden/>
              </w:rPr>
            </w:r>
            <w:r>
              <w:rPr>
                <w:noProof/>
                <w:webHidden/>
              </w:rPr>
              <w:fldChar w:fldCharType="separate"/>
            </w:r>
            <w:r>
              <w:rPr>
                <w:noProof/>
                <w:webHidden/>
              </w:rPr>
              <w:t>20</w:t>
            </w:r>
            <w:r>
              <w:rPr>
                <w:noProof/>
                <w:webHidden/>
              </w:rPr>
              <w:fldChar w:fldCharType="end"/>
            </w:r>
          </w:hyperlink>
        </w:p>
        <w:p w14:paraId="33FF96BF" w14:textId="21C2DAC4" w:rsidR="00C60AD9" w:rsidRDefault="00C60AD9">
          <w:pPr>
            <w:pStyle w:val="TOC2"/>
            <w:tabs>
              <w:tab w:val="right" w:leader="dot" w:pos="8630"/>
            </w:tabs>
            <w:rPr>
              <w:noProof/>
            </w:rPr>
          </w:pPr>
          <w:hyperlink w:anchor="_Toc237248496" w:history="1">
            <w:r w:rsidRPr="007F7F2E">
              <w:rPr>
                <w:rStyle w:val="Hyperlink"/>
                <w:noProof/>
              </w:rPr>
              <w:t>7.5 Respecting Safeguarding</w:t>
            </w:r>
            <w:r>
              <w:rPr>
                <w:noProof/>
                <w:webHidden/>
              </w:rPr>
              <w:tab/>
            </w:r>
            <w:r>
              <w:rPr>
                <w:noProof/>
                <w:webHidden/>
              </w:rPr>
              <w:fldChar w:fldCharType="begin"/>
            </w:r>
            <w:r>
              <w:rPr>
                <w:noProof/>
                <w:webHidden/>
              </w:rPr>
              <w:instrText xml:space="preserve"> PAGEREF _Toc237248496 \h </w:instrText>
            </w:r>
            <w:r>
              <w:rPr>
                <w:noProof/>
                <w:webHidden/>
              </w:rPr>
            </w:r>
            <w:r>
              <w:rPr>
                <w:noProof/>
                <w:webHidden/>
              </w:rPr>
              <w:fldChar w:fldCharType="separate"/>
            </w:r>
            <w:r>
              <w:rPr>
                <w:noProof/>
                <w:webHidden/>
              </w:rPr>
              <w:t>21</w:t>
            </w:r>
            <w:r>
              <w:rPr>
                <w:noProof/>
                <w:webHidden/>
              </w:rPr>
              <w:fldChar w:fldCharType="end"/>
            </w:r>
          </w:hyperlink>
        </w:p>
        <w:p w14:paraId="6F46F9EC" w14:textId="2E64A05E" w:rsidR="00C60AD9" w:rsidRDefault="00C60AD9">
          <w:pPr>
            <w:pStyle w:val="TOC2"/>
            <w:tabs>
              <w:tab w:val="right" w:leader="dot" w:pos="8630"/>
            </w:tabs>
            <w:rPr>
              <w:noProof/>
            </w:rPr>
          </w:pPr>
          <w:hyperlink w:anchor="_Toc237248497" w:history="1">
            <w:r w:rsidRPr="007F7F2E">
              <w:rPr>
                <w:rStyle w:val="Hyperlink"/>
                <w:noProof/>
              </w:rPr>
              <w:t>7.6 Providing Feedback</w:t>
            </w:r>
            <w:r>
              <w:rPr>
                <w:noProof/>
                <w:webHidden/>
              </w:rPr>
              <w:tab/>
            </w:r>
            <w:r>
              <w:rPr>
                <w:noProof/>
                <w:webHidden/>
              </w:rPr>
              <w:fldChar w:fldCharType="begin"/>
            </w:r>
            <w:r>
              <w:rPr>
                <w:noProof/>
                <w:webHidden/>
              </w:rPr>
              <w:instrText xml:space="preserve"> PAGEREF _Toc237248497 \h </w:instrText>
            </w:r>
            <w:r>
              <w:rPr>
                <w:noProof/>
                <w:webHidden/>
              </w:rPr>
            </w:r>
            <w:r>
              <w:rPr>
                <w:noProof/>
                <w:webHidden/>
              </w:rPr>
              <w:fldChar w:fldCharType="separate"/>
            </w:r>
            <w:r>
              <w:rPr>
                <w:noProof/>
                <w:webHidden/>
              </w:rPr>
              <w:t>21</w:t>
            </w:r>
            <w:r>
              <w:rPr>
                <w:noProof/>
                <w:webHidden/>
              </w:rPr>
              <w:fldChar w:fldCharType="end"/>
            </w:r>
          </w:hyperlink>
        </w:p>
        <w:p w14:paraId="10EEB917" w14:textId="65403AD6" w:rsidR="00C60AD9" w:rsidRDefault="00C60AD9">
          <w:pPr>
            <w:pStyle w:val="TOC2"/>
            <w:tabs>
              <w:tab w:val="right" w:leader="dot" w:pos="8630"/>
            </w:tabs>
            <w:rPr>
              <w:noProof/>
            </w:rPr>
          </w:pPr>
          <w:hyperlink w:anchor="_Toc237248498" w:history="1">
            <w:r w:rsidRPr="007F7F2E">
              <w:rPr>
                <w:rStyle w:val="Hyperlink"/>
                <w:noProof/>
              </w:rPr>
              <w:t>7.7 Respecting Other Participants</w:t>
            </w:r>
            <w:r>
              <w:rPr>
                <w:noProof/>
                <w:webHidden/>
              </w:rPr>
              <w:tab/>
            </w:r>
            <w:r>
              <w:rPr>
                <w:noProof/>
                <w:webHidden/>
              </w:rPr>
              <w:fldChar w:fldCharType="begin"/>
            </w:r>
            <w:r>
              <w:rPr>
                <w:noProof/>
                <w:webHidden/>
              </w:rPr>
              <w:instrText xml:space="preserve"> PAGEREF _Toc237248498 \h </w:instrText>
            </w:r>
            <w:r>
              <w:rPr>
                <w:noProof/>
                <w:webHidden/>
              </w:rPr>
            </w:r>
            <w:r>
              <w:rPr>
                <w:noProof/>
                <w:webHidden/>
              </w:rPr>
              <w:fldChar w:fldCharType="separate"/>
            </w:r>
            <w:r>
              <w:rPr>
                <w:noProof/>
                <w:webHidden/>
              </w:rPr>
              <w:t>21</w:t>
            </w:r>
            <w:r>
              <w:rPr>
                <w:noProof/>
                <w:webHidden/>
              </w:rPr>
              <w:fldChar w:fldCharType="end"/>
            </w:r>
          </w:hyperlink>
        </w:p>
        <w:p w14:paraId="313F5FA1" w14:textId="5C6E9778" w:rsidR="00C60AD9" w:rsidRDefault="00C60AD9">
          <w:pPr>
            <w:pStyle w:val="TOC2"/>
            <w:tabs>
              <w:tab w:val="right" w:leader="dot" w:pos="8630"/>
            </w:tabs>
            <w:rPr>
              <w:noProof/>
            </w:rPr>
          </w:pPr>
          <w:hyperlink w:anchor="_Toc237248499" w:history="1">
            <w:r w:rsidRPr="007F7F2E">
              <w:rPr>
                <w:rStyle w:val="Hyperlink"/>
                <w:noProof/>
              </w:rPr>
              <w:t>7.8 Using the Platform Responsibly</w:t>
            </w:r>
            <w:r>
              <w:rPr>
                <w:noProof/>
                <w:webHidden/>
              </w:rPr>
              <w:tab/>
            </w:r>
            <w:r>
              <w:rPr>
                <w:noProof/>
                <w:webHidden/>
              </w:rPr>
              <w:fldChar w:fldCharType="begin"/>
            </w:r>
            <w:r>
              <w:rPr>
                <w:noProof/>
                <w:webHidden/>
              </w:rPr>
              <w:instrText xml:space="preserve"> PAGEREF _Toc237248499 \h </w:instrText>
            </w:r>
            <w:r>
              <w:rPr>
                <w:noProof/>
                <w:webHidden/>
              </w:rPr>
            </w:r>
            <w:r>
              <w:rPr>
                <w:noProof/>
                <w:webHidden/>
              </w:rPr>
              <w:fldChar w:fldCharType="separate"/>
            </w:r>
            <w:r>
              <w:rPr>
                <w:noProof/>
                <w:webHidden/>
              </w:rPr>
              <w:t>22</w:t>
            </w:r>
            <w:r>
              <w:rPr>
                <w:noProof/>
                <w:webHidden/>
              </w:rPr>
              <w:fldChar w:fldCharType="end"/>
            </w:r>
          </w:hyperlink>
        </w:p>
        <w:p w14:paraId="674466C6" w14:textId="7DCD3FF5" w:rsidR="00C60AD9" w:rsidRDefault="00C60AD9">
          <w:pPr>
            <w:pStyle w:val="TOC2"/>
            <w:tabs>
              <w:tab w:val="right" w:leader="dot" w:pos="8630"/>
            </w:tabs>
            <w:rPr>
              <w:noProof/>
            </w:rPr>
          </w:pPr>
          <w:hyperlink w:anchor="_Toc237248500" w:history="1">
            <w:r w:rsidRPr="007F7F2E">
              <w:rPr>
                <w:rStyle w:val="Hyperlink"/>
                <w:noProof/>
              </w:rPr>
              <w:t>7.9 Supporting the Community</w:t>
            </w:r>
            <w:r>
              <w:rPr>
                <w:noProof/>
                <w:webHidden/>
              </w:rPr>
              <w:tab/>
            </w:r>
            <w:r>
              <w:rPr>
                <w:noProof/>
                <w:webHidden/>
              </w:rPr>
              <w:fldChar w:fldCharType="begin"/>
            </w:r>
            <w:r>
              <w:rPr>
                <w:noProof/>
                <w:webHidden/>
              </w:rPr>
              <w:instrText xml:space="preserve"> PAGEREF _Toc237248500 \h </w:instrText>
            </w:r>
            <w:r>
              <w:rPr>
                <w:noProof/>
                <w:webHidden/>
              </w:rPr>
            </w:r>
            <w:r>
              <w:rPr>
                <w:noProof/>
                <w:webHidden/>
              </w:rPr>
              <w:fldChar w:fldCharType="separate"/>
            </w:r>
            <w:r>
              <w:rPr>
                <w:noProof/>
                <w:webHidden/>
              </w:rPr>
              <w:t>22</w:t>
            </w:r>
            <w:r>
              <w:rPr>
                <w:noProof/>
                <w:webHidden/>
              </w:rPr>
              <w:fldChar w:fldCharType="end"/>
            </w:r>
          </w:hyperlink>
        </w:p>
        <w:p w14:paraId="4627981D" w14:textId="120148EC" w:rsidR="00C60AD9" w:rsidRDefault="00C60AD9">
          <w:pPr>
            <w:pStyle w:val="TOC2"/>
            <w:tabs>
              <w:tab w:val="right" w:leader="dot" w:pos="8630"/>
            </w:tabs>
            <w:rPr>
              <w:noProof/>
            </w:rPr>
          </w:pPr>
          <w:hyperlink w:anchor="_Toc237248501" w:history="1">
            <w:r w:rsidRPr="007F7F2E">
              <w:rPr>
                <w:rStyle w:val="Hyperlink"/>
                <w:noProof/>
              </w:rPr>
              <w:t>7.10 Our Commitment</w:t>
            </w:r>
            <w:r>
              <w:rPr>
                <w:noProof/>
                <w:webHidden/>
              </w:rPr>
              <w:tab/>
            </w:r>
            <w:r>
              <w:rPr>
                <w:noProof/>
                <w:webHidden/>
              </w:rPr>
              <w:fldChar w:fldCharType="begin"/>
            </w:r>
            <w:r>
              <w:rPr>
                <w:noProof/>
                <w:webHidden/>
              </w:rPr>
              <w:instrText xml:space="preserve"> PAGEREF _Toc237248501 \h </w:instrText>
            </w:r>
            <w:r>
              <w:rPr>
                <w:noProof/>
                <w:webHidden/>
              </w:rPr>
            </w:r>
            <w:r>
              <w:rPr>
                <w:noProof/>
                <w:webHidden/>
              </w:rPr>
              <w:fldChar w:fldCharType="separate"/>
            </w:r>
            <w:r>
              <w:rPr>
                <w:noProof/>
                <w:webHidden/>
              </w:rPr>
              <w:t>22</w:t>
            </w:r>
            <w:r>
              <w:rPr>
                <w:noProof/>
                <w:webHidden/>
              </w:rPr>
              <w:fldChar w:fldCharType="end"/>
            </w:r>
          </w:hyperlink>
        </w:p>
        <w:p w14:paraId="780376BC" w14:textId="77688710" w:rsidR="00C60AD9" w:rsidRDefault="00C60AD9">
          <w:pPr>
            <w:pStyle w:val="TOC1"/>
            <w:tabs>
              <w:tab w:val="right" w:leader="dot" w:pos="8630"/>
            </w:tabs>
            <w:rPr>
              <w:noProof/>
            </w:rPr>
          </w:pPr>
          <w:hyperlink w:anchor="_Toc237248502" w:history="1">
            <w:r w:rsidRPr="007F7F2E">
              <w:rPr>
                <w:rStyle w:val="Hyperlink"/>
                <w:noProof/>
              </w:rPr>
              <w:t>8. Online Behaviour &amp; Digital Communication</w:t>
            </w:r>
            <w:r>
              <w:rPr>
                <w:noProof/>
                <w:webHidden/>
              </w:rPr>
              <w:tab/>
            </w:r>
            <w:r>
              <w:rPr>
                <w:noProof/>
                <w:webHidden/>
              </w:rPr>
              <w:fldChar w:fldCharType="begin"/>
            </w:r>
            <w:r>
              <w:rPr>
                <w:noProof/>
                <w:webHidden/>
              </w:rPr>
              <w:instrText xml:space="preserve"> PAGEREF _Toc237248502 \h </w:instrText>
            </w:r>
            <w:r>
              <w:rPr>
                <w:noProof/>
                <w:webHidden/>
              </w:rPr>
            </w:r>
            <w:r>
              <w:rPr>
                <w:noProof/>
                <w:webHidden/>
              </w:rPr>
              <w:fldChar w:fldCharType="separate"/>
            </w:r>
            <w:r>
              <w:rPr>
                <w:noProof/>
                <w:webHidden/>
              </w:rPr>
              <w:t>23</w:t>
            </w:r>
            <w:r>
              <w:rPr>
                <w:noProof/>
                <w:webHidden/>
              </w:rPr>
              <w:fldChar w:fldCharType="end"/>
            </w:r>
          </w:hyperlink>
        </w:p>
        <w:p w14:paraId="37EF0135" w14:textId="71BD05A1" w:rsidR="00C60AD9" w:rsidRDefault="00C60AD9">
          <w:pPr>
            <w:pStyle w:val="TOC2"/>
            <w:tabs>
              <w:tab w:val="right" w:leader="dot" w:pos="8630"/>
            </w:tabs>
            <w:rPr>
              <w:noProof/>
            </w:rPr>
          </w:pPr>
          <w:hyperlink w:anchor="_Toc237248503" w:history="1">
            <w:r w:rsidRPr="007F7F2E">
              <w:rPr>
                <w:rStyle w:val="Hyperlink"/>
                <w:noProof/>
              </w:rPr>
              <w:t>8.1 Respectful Communication</w:t>
            </w:r>
            <w:r>
              <w:rPr>
                <w:noProof/>
                <w:webHidden/>
              </w:rPr>
              <w:tab/>
            </w:r>
            <w:r>
              <w:rPr>
                <w:noProof/>
                <w:webHidden/>
              </w:rPr>
              <w:fldChar w:fldCharType="begin"/>
            </w:r>
            <w:r>
              <w:rPr>
                <w:noProof/>
                <w:webHidden/>
              </w:rPr>
              <w:instrText xml:space="preserve"> PAGEREF _Toc237248503 \h </w:instrText>
            </w:r>
            <w:r>
              <w:rPr>
                <w:noProof/>
                <w:webHidden/>
              </w:rPr>
            </w:r>
            <w:r>
              <w:rPr>
                <w:noProof/>
                <w:webHidden/>
              </w:rPr>
              <w:fldChar w:fldCharType="separate"/>
            </w:r>
            <w:r>
              <w:rPr>
                <w:noProof/>
                <w:webHidden/>
              </w:rPr>
              <w:t>23</w:t>
            </w:r>
            <w:r>
              <w:rPr>
                <w:noProof/>
                <w:webHidden/>
              </w:rPr>
              <w:fldChar w:fldCharType="end"/>
            </w:r>
          </w:hyperlink>
        </w:p>
        <w:p w14:paraId="670E3248" w14:textId="1AE39C9C" w:rsidR="00C60AD9" w:rsidRDefault="00C60AD9">
          <w:pPr>
            <w:pStyle w:val="TOC2"/>
            <w:tabs>
              <w:tab w:val="right" w:leader="dot" w:pos="8630"/>
            </w:tabs>
            <w:rPr>
              <w:noProof/>
            </w:rPr>
          </w:pPr>
          <w:hyperlink w:anchor="_Toc237248504" w:history="1">
            <w:r w:rsidRPr="007F7F2E">
              <w:rPr>
                <w:rStyle w:val="Hyperlink"/>
                <w:noProof/>
              </w:rPr>
              <w:t>8.2 Responsible Messaging</w:t>
            </w:r>
            <w:r>
              <w:rPr>
                <w:noProof/>
                <w:webHidden/>
              </w:rPr>
              <w:tab/>
            </w:r>
            <w:r>
              <w:rPr>
                <w:noProof/>
                <w:webHidden/>
              </w:rPr>
              <w:fldChar w:fldCharType="begin"/>
            </w:r>
            <w:r>
              <w:rPr>
                <w:noProof/>
                <w:webHidden/>
              </w:rPr>
              <w:instrText xml:space="preserve"> PAGEREF _Toc237248504 \h </w:instrText>
            </w:r>
            <w:r>
              <w:rPr>
                <w:noProof/>
                <w:webHidden/>
              </w:rPr>
            </w:r>
            <w:r>
              <w:rPr>
                <w:noProof/>
                <w:webHidden/>
              </w:rPr>
              <w:fldChar w:fldCharType="separate"/>
            </w:r>
            <w:r>
              <w:rPr>
                <w:noProof/>
                <w:webHidden/>
              </w:rPr>
              <w:t>23</w:t>
            </w:r>
            <w:r>
              <w:rPr>
                <w:noProof/>
                <w:webHidden/>
              </w:rPr>
              <w:fldChar w:fldCharType="end"/>
            </w:r>
          </w:hyperlink>
        </w:p>
        <w:p w14:paraId="26ABE0CE" w14:textId="000BCD96" w:rsidR="00C60AD9" w:rsidRDefault="00C60AD9">
          <w:pPr>
            <w:pStyle w:val="TOC2"/>
            <w:tabs>
              <w:tab w:val="right" w:leader="dot" w:pos="8630"/>
            </w:tabs>
            <w:rPr>
              <w:noProof/>
            </w:rPr>
          </w:pPr>
          <w:hyperlink w:anchor="_Toc237248505" w:history="1">
            <w:r w:rsidRPr="007F7F2E">
              <w:rPr>
                <w:rStyle w:val="Hyperlink"/>
                <w:noProof/>
              </w:rPr>
              <w:t>8.3 Reviews and Feedback</w:t>
            </w:r>
            <w:r>
              <w:rPr>
                <w:noProof/>
                <w:webHidden/>
              </w:rPr>
              <w:tab/>
            </w:r>
            <w:r>
              <w:rPr>
                <w:noProof/>
                <w:webHidden/>
              </w:rPr>
              <w:fldChar w:fldCharType="begin"/>
            </w:r>
            <w:r>
              <w:rPr>
                <w:noProof/>
                <w:webHidden/>
              </w:rPr>
              <w:instrText xml:space="preserve"> PAGEREF _Toc237248505 \h </w:instrText>
            </w:r>
            <w:r>
              <w:rPr>
                <w:noProof/>
                <w:webHidden/>
              </w:rPr>
            </w:r>
            <w:r>
              <w:rPr>
                <w:noProof/>
                <w:webHidden/>
              </w:rPr>
              <w:fldChar w:fldCharType="separate"/>
            </w:r>
            <w:r>
              <w:rPr>
                <w:noProof/>
                <w:webHidden/>
              </w:rPr>
              <w:t>24</w:t>
            </w:r>
            <w:r>
              <w:rPr>
                <w:noProof/>
                <w:webHidden/>
              </w:rPr>
              <w:fldChar w:fldCharType="end"/>
            </w:r>
          </w:hyperlink>
        </w:p>
        <w:p w14:paraId="2ADC00D9" w14:textId="2065FE7A" w:rsidR="00C60AD9" w:rsidRDefault="00C60AD9">
          <w:pPr>
            <w:pStyle w:val="TOC2"/>
            <w:tabs>
              <w:tab w:val="right" w:leader="dot" w:pos="8630"/>
            </w:tabs>
            <w:rPr>
              <w:noProof/>
            </w:rPr>
          </w:pPr>
          <w:hyperlink w:anchor="_Toc237248506" w:history="1">
            <w:r w:rsidRPr="007F7F2E">
              <w:rPr>
                <w:rStyle w:val="Hyperlink"/>
                <w:noProof/>
              </w:rPr>
              <w:t>8.4 Social Media</w:t>
            </w:r>
            <w:r>
              <w:rPr>
                <w:noProof/>
                <w:webHidden/>
              </w:rPr>
              <w:tab/>
            </w:r>
            <w:r>
              <w:rPr>
                <w:noProof/>
                <w:webHidden/>
              </w:rPr>
              <w:fldChar w:fldCharType="begin"/>
            </w:r>
            <w:r>
              <w:rPr>
                <w:noProof/>
                <w:webHidden/>
              </w:rPr>
              <w:instrText xml:space="preserve"> PAGEREF _Toc237248506 \h </w:instrText>
            </w:r>
            <w:r>
              <w:rPr>
                <w:noProof/>
                <w:webHidden/>
              </w:rPr>
            </w:r>
            <w:r>
              <w:rPr>
                <w:noProof/>
                <w:webHidden/>
              </w:rPr>
              <w:fldChar w:fldCharType="separate"/>
            </w:r>
            <w:r>
              <w:rPr>
                <w:noProof/>
                <w:webHidden/>
              </w:rPr>
              <w:t>24</w:t>
            </w:r>
            <w:r>
              <w:rPr>
                <w:noProof/>
                <w:webHidden/>
              </w:rPr>
              <w:fldChar w:fldCharType="end"/>
            </w:r>
          </w:hyperlink>
        </w:p>
        <w:p w14:paraId="55195FA5" w14:textId="33E9ADF8" w:rsidR="00C60AD9" w:rsidRDefault="00C60AD9">
          <w:pPr>
            <w:pStyle w:val="TOC2"/>
            <w:tabs>
              <w:tab w:val="right" w:leader="dot" w:pos="8630"/>
            </w:tabs>
            <w:rPr>
              <w:noProof/>
            </w:rPr>
          </w:pPr>
          <w:hyperlink w:anchor="_Toc237248507" w:history="1">
            <w:r w:rsidRPr="007F7F2E">
              <w:rPr>
                <w:rStyle w:val="Hyperlink"/>
                <w:noProof/>
              </w:rPr>
              <w:t>8.5 Privacy and Personal Information</w:t>
            </w:r>
            <w:r>
              <w:rPr>
                <w:noProof/>
                <w:webHidden/>
              </w:rPr>
              <w:tab/>
            </w:r>
            <w:r>
              <w:rPr>
                <w:noProof/>
                <w:webHidden/>
              </w:rPr>
              <w:fldChar w:fldCharType="begin"/>
            </w:r>
            <w:r>
              <w:rPr>
                <w:noProof/>
                <w:webHidden/>
              </w:rPr>
              <w:instrText xml:space="preserve"> PAGEREF _Toc237248507 \h </w:instrText>
            </w:r>
            <w:r>
              <w:rPr>
                <w:noProof/>
                <w:webHidden/>
              </w:rPr>
            </w:r>
            <w:r>
              <w:rPr>
                <w:noProof/>
                <w:webHidden/>
              </w:rPr>
              <w:fldChar w:fldCharType="separate"/>
            </w:r>
            <w:r>
              <w:rPr>
                <w:noProof/>
                <w:webHidden/>
              </w:rPr>
              <w:t>24</w:t>
            </w:r>
            <w:r>
              <w:rPr>
                <w:noProof/>
                <w:webHidden/>
              </w:rPr>
              <w:fldChar w:fldCharType="end"/>
            </w:r>
          </w:hyperlink>
        </w:p>
        <w:p w14:paraId="49771C7A" w14:textId="0889A617" w:rsidR="00C60AD9" w:rsidRDefault="00C60AD9">
          <w:pPr>
            <w:pStyle w:val="TOC2"/>
            <w:tabs>
              <w:tab w:val="right" w:leader="dot" w:pos="8630"/>
            </w:tabs>
            <w:rPr>
              <w:noProof/>
            </w:rPr>
          </w:pPr>
          <w:hyperlink w:anchor="_Toc237248508" w:history="1">
            <w:r w:rsidRPr="007F7F2E">
              <w:rPr>
                <w:rStyle w:val="Hyperlink"/>
                <w:noProof/>
              </w:rPr>
              <w:t>8.6 Photography and Media</w:t>
            </w:r>
            <w:r>
              <w:rPr>
                <w:noProof/>
                <w:webHidden/>
              </w:rPr>
              <w:tab/>
            </w:r>
            <w:r>
              <w:rPr>
                <w:noProof/>
                <w:webHidden/>
              </w:rPr>
              <w:fldChar w:fldCharType="begin"/>
            </w:r>
            <w:r>
              <w:rPr>
                <w:noProof/>
                <w:webHidden/>
              </w:rPr>
              <w:instrText xml:space="preserve"> PAGEREF _Toc237248508 \h </w:instrText>
            </w:r>
            <w:r>
              <w:rPr>
                <w:noProof/>
                <w:webHidden/>
              </w:rPr>
            </w:r>
            <w:r>
              <w:rPr>
                <w:noProof/>
                <w:webHidden/>
              </w:rPr>
              <w:fldChar w:fldCharType="separate"/>
            </w:r>
            <w:r>
              <w:rPr>
                <w:noProof/>
                <w:webHidden/>
              </w:rPr>
              <w:t>24</w:t>
            </w:r>
            <w:r>
              <w:rPr>
                <w:noProof/>
                <w:webHidden/>
              </w:rPr>
              <w:fldChar w:fldCharType="end"/>
            </w:r>
          </w:hyperlink>
        </w:p>
        <w:p w14:paraId="798C3E7F" w14:textId="786953E0" w:rsidR="00C60AD9" w:rsidRDefault="00C60AD9">
          <w:pPr>
            <w:pStyle w:val="TOC2"/>
            <w:tabs>
              <w:tab w:val="right" w:leader="dot" w:pos="8630"/>
            </w:tabs>
            <w:rPr>
              <w:noProof/>
            </w:rPr>
          </w:pPr>
          <w:hyperlink w:anchor="_Toc237248509" w:history="1">
            <w:r w:rsidRPr="007F7F2E">
              <w:rPr>
                <w:rStyle w:val="Hyperlink"/>
                <w:noProof/>
              </w:rPr>
              <w:t>8.7 Online Safety</w:t>
            </w:r>
            <w:r>
              <w:rPr>
                <w:noProof/>
                <w:webHidden/>
              </w:rPr>
              <w:tab/>
            </w:r>
            <w:r>
              <w:rPr>
                <w:noProof/>
                <w:webHidden/>
              </w:rPr>
              <w:fldChar w:fldCharType="begin"/>
            </w:r>
            <w:r>
              <w:rPr>
                <w:noProof/>
                <w:webHidden/>
              </w:rPr>
              <w:instrText xml:space="preserve"> PAGEREF _Toc237248509 \h </w:instrText>
            </w:r>
            <w:r>
              <w:rPr>
                <w:noProof/>
                <w:webHidden/>
              </w:rPr>
            </w:r>
            <w:r>
              <w:rPr>
                <w:noProof/>
                <w:webHidden/>
              </w:rPr>
              <w:fldChar w:fldCharType="separate"/>
            </w:r>
            <w:r>
              <w:rPr>
                <w:noProof/>
                <w:webHidden/>
              </w:rPr>
              <w:t>25</w:t>
            </w:r>
            <w:r>
              <w:rPr>
                <w:noProof/>
                <w:webHidden/>
              </w:rPr>
              <w:fldChar w:fldCharType="end"/>
            </w:r>
          </w:hyperlink>
        </w:p>
        <w:p w14:paraId="14468799" w14:textId="1BF662D0" w:rsidR="00C60AD9" w:rsidRDefault="00C60AD9">
          <w:pPr>
            <w:pStyle w:val="TOC2"/>
            <w:tabs>
              <w:tab w:val="right" w:leader="dot" w:pos="8630"/>
            </w:tabs>
            <w:rPr>
              <w:noProof/>
            </w:rPr>
          </w:pPr>
          <w:hyperlink w:anchor="_Toc237248510" w:history="1">
            <w:r w:rsidRPr="007F7F2E">
              <w:rPr>
                <w:rStyle w:val="Hyperlink"/>
                <w:noProof/>
              </w:rPr>
              <w:t>8.8 Misuse of Digital Services</w:t>
            </w:r>
            <w:r>
              <w:rPr>
                <w:noProof/>
                <w:webHidden/>
              </w:rPr>
              <w:tab/>
            </w:r>
            <w:r>
              <w:rPr>
                <w:noProof/>
                <w:webHidden/>
              </w:rPr>
              <w:fldChar w:fldCharType="begin"/>
            </w:r>
            <w:r>
              <w:rPr>
                <w:noProof/>
                <w:webHidden/>
              </w:rPr>
              <w:instrText xml:space="preserve"> PAGEREF _Toc237248510 \h </w:instrText>
            </w:r>
            <w:r>
              <w:rPr>
                <w:noProof/>
                <w:webHidden/>
              </w:rPr>
            </w:r>
            <w:r>
              <w:rPr>
                <w:noProof/>
                <w:webHidden/>
              </w:rPr>
              <w:fldChar w:fldCharType="separate"/>
            </w:r>
            <w:r>
              <w:rPr>
                <w:noProof/>
                <w:webHidden/>
              </w:rPr>
              <w:t>25</w:t>
            </w:r>
            <w:r>
              <w:rPr>
                <w:noProof/>
                <w:webHidden/>
              </w:rPr>
              <w:fldChar w:fldCharType="end"/>
            </w:r>
          </w:hyperlink>
        </w:p>
        <w:p w14:paraId="70CCBCFD" w14:textId="038DA76F" w:rsidR="00C60AD9" w:rsidRDefault="00C60AD9">
          <w:pPr>
            <w:pStyle w:val="TOC2"/>
            <w:tabs>
              <w:tab w:val="right" w:leader="dot" w:pos="8630"/>
            </w:tabs>
            <w:rPr>
              <w:noProof/>
            </w:rPr>
          </w:pPr>
          <w:hyperlink w:anchor="_Toc237248511" w:history="1">
            <w:r w:rsidRPr="007F7F2E">
              <w:rPr>
                <w:rStyle w:val="Hyperlink"/>
                <w:noProof/>
              </w:rPr>
              <w:t>8.9 Reporting Online Concerns</w:t>
            </w:r>
            <w:r>
              <w:rPr>
                <w:noProof/>
                <w:webHidden/>
              </w:rPr>
              <w:tab/>
            </w:r>
            <w:r>
              <w:rPr>
                <w:noProof/>
                <w:webHidden/>
              </w:rPr>
              <w:fldChar w:fldCharType="begin"/>
            </w:r>
            <w:r>
              <w:rPr>
                <w:noProof/>
                <w:webHidden/>
              </w:rPr>
              <w:instrText xml:space="preserve"> PAGEREF _Toc237248511 \h </w:instrText>
            </w:r>
            <w:r>
              <w:rPr>
                <w:noProof/>
                <w:webHidden/>
              </w:rPr>
            </w:r>
            <w:r>
              <w:rPr>
                <w:noProof/>
                <w:webHidden/>
              </w:rPr>
              <w:fldChar w:fldCharType="separate"/>
            </w:r>
            <w:r>
              <w:rPr>
                <w:noProof/>
                <w:webHidden/>
              </w:rPr>
              <w:t>25</w:t>
            </w:r>
            <w:r>
              <w:rPr>
                <w:noProof/>
                <w:webHidden/>
              </w:rPr>
              <w:fldChar w:fldCharType="end"/>
            </w:r>
          </w:hyperlink>
        </w:p>
        <w:p w14:paraId="797B2FE4" w14:textId="0130AC3C" w:rsidR="00C60AD9" w:rsidRDefault="00C60AD9">
          <w:pPr>
            <w:pStyle w:val="TOC2"/>
            <w:tabs>
              <w:tab w:val="right" w:leader="dot" w:pos="8630"/>
            </w:tabs>
            <w:rPr>
              <w:noProof/>
            </w:rPr>
          </w:pPr>
          <w:hyperlink w:anchor="_Toc237248512" w:history="1">
            <w:r w:rsidRPr="007F7F2E">
              <w:rPr>
                <w:rStyle w:val="Hyperlink"/>
                <w:noProof/>
              </w:rPr>
              <w:t>8.10 Our Commitment</w:t>
            </w:r>
            <w:r>
              <w:rPr>
                <w:noProof/>
                <w:webHidden/>
              </w:rPr>
              <w:tab/>
            </w:r>
            <w:r>
              <w:rPr>
                <w:noProof/>
                <w:webHidden/>
              </w:rPr>
              <w:fldChar w:fldCharType="begin"/>
            </w:r>
            <w:r>
              <w:rPr>
                <w:noProof/>
                <w:webHidden/>
              </w:rPr>
              <w:instrText xml:space="preserve"> PAGEREF _Toc237248512 \h </w:instrText>
            </w:r>
            <w:r>
              <w:rPr>
                <w:noProof/>
                <w:webHidden/>
              </w:rPr>
            </w:r>
            <w:r>
              <w:rPr>
                <w:noProof/>
                <w:webHidden/>
              </w:rPr>
              <w:fldChar w:fldCharType="separate"/>
            </w:r>
            <w:r>
              <w:rPr>
                <w:noProof/>
                <w:webHidden/>
              </w:rPr>
              <w:t>26</w:t>
            </w:r>
            <w:r>
              <w:rPr>
                <w:noProof/>
                <w:webHidden/>
              </w:rPr>
              <w:fldChar w:fldCharType="end"/>
            </w:r>
          </w:hyperlink>
        </w:p>
        <w:p w14:paraId="05E932F2" w14:textId="07CE5F27" w:rsidR="00C60AD9" w:rsidRDefault="00C60AD9">
          <w:pPr>
            <w:pStyle w:val="TOC1"/>
            <w:tabs>
              <w:tab w:val="right" w:leader="dot" w:pos="8630"/>
            </w:tabs>
            <w:rPr>
              <w:noProof/>
            </w:rPr>
          </w:pPr>
          <w:hyperlink w:anchor="_Toc237248513" w:history="1">
            <w:r w:rsidRPr="007F7F2E">
              <w:rPr>
                <w:rStyle w:val="Hyperlink"/>
                <w:noProof/>
              </w:rPr>
              <w:t>9. Reporting Concerns &amp; Community Enforcement</w:t>
            </w:r>
            <w:r>
              <w:rPr>
                <w:noProof/>
                <w:webHidden/>
              </w:rPr>
              <w:tab/>
            </w:r>
            <w:r>
              <w:rPr>
                <w:noProof/>
                <w:webHidden/>
              </w:rPr>
              <w:fldChar w:fldCharType="begin"/>
            </w:r>
            <w:r>
              <w:rPr>
                <w:noProof/>
                <w:webHidden/>
              </w:rPr>
              <w:instrText xml:space="preserve"> PAGEREF _Toc237248513 \h </w:instrText>
            </w:r>
            <w:r>
              <w:rPr>
                <w:noProof/>
                <w:webHidden/>
              </w:rPr>
            </w:r>
            <w:r>
              <w:rPr>
                <w:noProof/>
                <w:webHidden/>
              </w:rPr>
              <w:fldChar w:fldCharType="separate"/>
            </w:r>
            <w:r>
              <w:rPr>
                <w:noProof/>
                <w:webHidden/>
              </w:rPr>
              <w:t>26</w:t>
            </w:r>
            <w:r>
              <w:rPr>
                <w:noProof/>
                <w:webHidden/>
              </w:rPr>
              <w:fldChar w:fldCharType="end"/>
            </w:r>
          </w:hyperlink>
        </w:p>
        <w:p w14:paraId="5E541DCB" w14:textId="04D49664" w:rsidR="00C60AD9" w:rsidRDefault="00C60AD9">
          <w:pPr>
            <w:pStyle w:val="TOC2"/>
            <w:tabs>
              <w:tab w:val="right" w:leader="dot" w:pos="8630"/>
            </w:tabs>
            <w:rPr>
              <w:noProof/>
            </w:rPr>
          </w:pPr>
          <w:hyperlink w:anchor="_Toc237248514" w:history="1">
            <w:r w:rsidRPr="007F7F2E">
              <w:rPr>
                <w:rStyle w:val="Hyperlink"/>
                <w:noProof/>
              </w:rPr>
              <w:t>9.1 Reporting Concerns</w:t>
            </w:r>
            <w:r>
              <w:rPr>
                <w:noProof/>
                <w:webHidden/>
              </w:rPr>
              <w:tab/>
            </w:r>
            <w:r>
              <w:rPr>
                <w:noProof/>
                <w:webHidden/>
              </w:rPr>
              <w:fldChar w:fldCharType="begin"/>
            </w:r>
            <w:r>
              <w:rPr>
                <w:noProof/>
                <w:webHidden/>
              </w:rPr>
              <w:instrText xml:space="preserve"> PAGEREF _Toc237248514 \h </w:instrText>
            </w:r>
            <w:r>
              <w:rPr>
                <w:noProof/>
                <w:webHidden/>
              </w:rPr>
            </w:r>
            <w:r>
              <w:rPr>
                <w:noProof/>
                <w:webHidden/>
              </w:rPr>
              <w:fldChar w:fldCharType="separate"/>
            </w:r>
            <w:r>
              <w:rPr>
                <w:noProof/>
                <w:webHidden/>
              </w:rPr>
              <w:t>26</w:t>
            </w:r>
            <w:r>
              <w:rPr>
                <w:noProof/>
                <w:webHidden/>
              </w:rPr>
              <w:fldChar w:fldCharType="end"/>
            </w:r>
          </w:hyperlink>
        </w:p>
        <w:p w14:paraId="5C07D135" w14:textId="6A0B8955" w:rsidR="00C60AD9" w:rsidRDefault="00C60AD9">
          <w:pPr>
            <w:pStyle w:val="TOC2"/>
            <w:tabs>
              <w:tab w:val="right" w:leader="dot" w:pos="8630"/>
            </w:tabs>
            <w:rPr>
              <w:noProof/>
            </w:rPr>
          </w:pPr>
          <w:hyperlink w:anchor="_Toc237248515" w:history="1">
            <w:r w:rsidRPr="007F7F2E">
              <w:rPr>
                <w:rStyle w:val="Hyperlink"/>
                <w:noProof/>
              </w:rPr>
              <w:t>9.2 Good Faith Reporting</w:t>
            </w:r>
            <w:r>
              <w:rPr>
                <w:noProof/>
                <w:webHidden/>
              </w:rPr>
              <w:tab/>
            </w:r>
            <w:r>
              <w:rPr>
                <w:noProof/>
                <w:webHidden/>
              </w:rPr>
              <w:fldChar w:fldCharType="begin"/>
            </w:r>
            <w:r>
              <w:rPr>
                <w:noProof/>
                <w:webHidden/>
              </w:rPr>
              <w:instrText xml:space="preserve"> PAGEREF _Toc237248515 \h </w:instrText>
            </w:r>
            <w:r>
              <w:rPr>
                <w:noProof/>
                <w:webHidden/>
              </w:rPr>
            </w:r>
            <w:r>
              <w:rPr>
                <w:noProof/>
                <w:webHidden/>
              </w:rPr>
              <w:fldChar w:fldCharType="separate"/>
            </w:r>
            <w:r>
              <w:rPr>
                <w:noProof/>
                <w:webHidden/>
              </w:rPr>
              <w:t>27</w:t>
            </w:r>
            <w:r>
              <w:rPr>
                <w:noProof/>
                <w:webHidden/>
              </w:rPr>
              <w:fldChar w:fldCharType="end"/>
            </w:r>
          </w:hyperlink>
        </w:p>
        <w:p w14:paraId="32F1BDA4" w14:textId="1A2AC1E6" w:rsidR="00C60AD9" w:rsidRDefault="00C60AD9">
          <w:pPr>
            <w:pStyle w:val="TOC2"/>
            <w:tabs>
              <w:tab w:val="right" w:leader="dot" w:pos="8630"/>
            </w:tabs>
            <w:rPr>
              <w:noProof/>
            </w:rPr>
          </w:pPr>
          <w:hyperlink w:anchor="_Toc237248516" w:history="1">
            <w:r w:rsidRPr="007F7F2E">
              <w:rPr>
                <w:rStyle w:val="Hyperlink"/>
                <w:noProof/>
              </w:rPr>
              <w:t>9.3 Assessment of Concerns</w:t>
            </w:r>
            <w:r>
              <w:rPr>
                <w:noProof/>
                <w:webHidden/>
              </w:rPr>
              <w:tab/>
            </w:r>
            <w:r>
              <w:rPr>
                <w:noProof/>
                <w:webHidden/>
              </w:rPr>
              <w:fldChar w:fldCharType="begin"/>
            </w:r>
            <w:r>
              <w:rPr>
                <w:noProof/>
                <w:webHidden/>
              </w:rPr>
              <w:instrText xml:space="preserve"> PAGEREF _Toc237248516 \h </w:instrText>
            </w:r>
            <w:r>
              <w:rPr>
                <w:noProof/>
                <w:webHidden/>
              </w:rPr>
            </w:r>
            <w:r>
              <w:rPr>
                <w:noProof/>
                <w:webHidden/>
              </w:rPr>
              <w:fldChar w:fldCharType="separate"/>
            </w:r>
            <w:r>
              <w:rPr>
                <w:noProof/>
                <w:webHidden/>
              </w:rPr>
              <w:t>27</w:t>
            </w:r>
            <w:r>
              <w:rPr>
                <w:noProof/>
                <w:webHidden/>
              </w:rPr>
              <w:fldChar w:fldCharType="end"/>
            </w:r>
          </w:hyperlink>
        </w:p>
        <w:p w14:paraId="7F04F8D1" w14:textId="31EEDE01" w:rsidR="00C60AD9" w:rsidRDefault="00C60AD9">
          <w:pPr>
            <w:pStyle w:val="TOC2"/>
            <w:tabs>
              <w:tab w:val="right" w:leader="dot" w:pos="8630"/>
            </w:tabs>
            <w:rPr>
              <w:noProof/>
            </w:rPr>
          </w:pPr>
          <w:hyperlink w:anchor="_Toc237248517" w:history="1">
            <w:r w:rsidRPr="007F7F2E">
              <w:rPr>
                <w:rStyle w:val="Hyperlink"/>
                <w:noProof/>
              </w:rPr>
              <w:t>9.4 Fairness</w:t>
            </w:r>
            <w:r>
              <w:rPr>
                <w:noProof/>
                <w:webHidden/>
              </w:rPr>
              <w:tab/>
            </w:r>
            <w:r>
              <w:rPr>
                <w:noProof/>
                <w:webHidden/>
              </w:rPr>
              <w:fldChar w:fldCharType="begin"/>
            </w:r>
            <w:r>
              <w:rPr>
                <w:noProof/>
                <w:webHidden/>
              </w:rPr>
              <w:instrText xml:space="preserve"> PAGEREF _Toc237248517 \h </w:instrText>
            </w:r>
            <w:r>
              <w:rPr>
                <w:noProof/>
                <w:webHidden/>
              </w:rPr>
            </w:r>
            <w:r>
              <w:rPr>
                <w:noProof/>
                <w:webHidden/>
              </w:rPr>
              <w:fldChar w:fldCharType="separate"/>
            </w:r>
            <w:r>
              <w:rPr>
                <w:noProof/>
                <w:webHidden/>
              </w:rPr>
              <w:t>27</w:t>
            </w:r>
            <w:r>
              <w:rPr>
                <w:noProof/>
                <w:webHidden/>
              </w:rPr>
              <w:fldChar w:fldCharType="end"/>
            </w:r>
          </w:hyperlink>
        </w:p>
        <w:p w14:paraId="7CCA6BA0" w14:textId="54B42FBE" w:rsidR="00C60AD9" w:rsidRDefault="00C60AD9">
          <w:pPr>
            <w:pStyle w:val="TOC2"/>
            <w:tabs>
              <w:tab w:val="right" w:leader="dot" w:pos="8630"/>
            </w:tabs>
            <w:rPr>
              <w:noProof/>
            </w:rPr>
          </w:pPr>
          <w:hyperlink w:anchor="_Toc237248518" w:history="1">
            <w:r w:rsidRPr="007F7F2E">
              <w:rPr>
                <w:rStyle w:val="Hyperlink"/>
                <w:noProof/>
              </w:rPr>
              <w:t>9.5 Possible Action</w:t>
            </w:r>
            <w:r>
              <w:rPr>
                <w:noProof/>
                <w:webHidden/>
              </w:rPr>
              <w:tab/>
            </w:r>
            <w:r>
              <w:rPr>
                <w:noProof/>
                <w:webHidden/>
              </w:rPr>
              <w:fldChar w:fldCharType="begin"/>
            </w:r>
            <w:r>
              <w:rPr>
                <w:noProof/>
                <w:webHidden/>
              </w:rPr>
              <w:instrText xml:space="preserve"> PAGEREF _Toc237248518 \h </w:instrText>
            </w:r>
            <w:r>
              <w:rPr>
                <w:noProof/>
                <w:webHidden/>
              </w:rPr>
            </w:r>
            <w:r>
              <w:rPr>
                <w:noProof/>
                <w:webHidden/>
              </w:rPr>
              <w:fldChar w:fldCharType="separate"/>
            </w:r>
            <w:r>
              <w:rPr>
                <w:noProof/>
                <w:webHidden/>
              </w:rPr>
              <w:t>27</w:t>
            </w:r>
            <w:r>
              <w:rPr>
                <w:noProof/>
                <w:webHidden/>
              </w:rPr>
              <w:fldChar w:fldCharType="end"/>
            </w:r>
          </w:hyperlink>
        </w:p>
        <w:p w14:paraId="7C8FC325" w14:textId="6CADE395" w:rsidR="00C60AD9" w:rsidRDefault="00C60AD9">
          <w:pPr>
            <w:pStyle w:val="TOC2"/>
            <w:tabs>
              <w:tab w:val="right" w:leader="dot" w:pos="8630"/>
            </w:tabs>
            <w:rPr>
              <w:noProof/>
            </w:rPr>
          </w:pPr>
          <w:hyperlink w:anchor="_Toc237248519" w:history="1">
            <w:r w:rsidRPr="007F7F2E">
              <w:rPr>
                <w:rStyle w:val="Hyperlink"/>
                <w:noProof/>
              </w:rPr>
              <w:t>9.6 Safeguarding and Serious Concerns</w:t>
            </w:r>
            <w:r>
              <w:rPr>
                <w:noProof/>
                <w:webHidden/>
              </w:rPr>
              <w:tab/>
            </w:r>
            <w:r>
              <w:rPr>
                <w:noProof/>
                <w:webHidden/>
              </w:rPr>
              <w:fldChar w:fldCharType="begin"/>
            </w:r>
            <w:r>
              <w:rPr>
                <w:noProof/>
                <w:webHidden/>
              </w:rPr>
              <w:instrText xml:space="preserve"> PAGEREF _Toc237248519 \h </w:instrText>
            </w:r>
            <w:r>
              <w:rPr>
                <w:noProof/>
                <w:webHidden/>
              </w:rPr>
            </w:r>
            <w:r>
              <w:rPr>
                <w:noProof/>
                <w:webHidden/>
              </w:rPr>
              <w:fldChar w:fldCharType="separate"/>
            </w:r>
            <w:r>
              <w:rPr>
                <w:noProof/>
                <w:webHidden/>
              </w:rPr>
              <w:t>28</w:t>
            </w:r>
            <w:r>
              <w:rPr>
                <w:noProof/>
                <w:webHidden/>
              </w:rPr>
              <w:fldChar w:fldCharType="end"/>
            </w:r>
          </w:hyperlink>
        </w:p>
        <w:p w14:paraId="323E638B" w14:textId="530A0E7C" w:rsidR="00C60AD9" w:rsidRDefault="00C60AD9">
          <w:pPr>
            <w:pStyle w:val="TOC2"/>
            <w:tabs>
              <w:tab w:val="right" w:leader="dot" w:pos="8630"/>
            </w:tabs>
            <w:rPr>
              <w:noProof/>
            </w:rPr>
          </w:pPr>
          <w:hyperlink w:anchor="_Toc237248520" w:history="1">
            <w:r w:rsidRPr="007F7F2E">
              <w:rPr>
                <w:rStyle w:val="Hyperlink"/>
                <w:noProof/>
              </w:rPr>
              <w:t>9.7 Respecting the Process</w:t>
            </w:r>
            <w:r>
              <w:rPr>
                <w:noProof/>
                <w:webHidden/>
              </w:rPr>
              <w:tab/>
            </w:r>
            <w:r>
              <w:rPr>
                <w:noProof/>
                <w:webHidden/>
              </w:rPr>
              <w:fldChar w:fldCharType="begin"/>
            </w:r>
            <w:r>
              <w:rPr>
                <w:noProof/>
                <w:webHidden/>
              </w:rPr>
              <w:instrText xml:space="preserve"> PAGEREF _Toc237248520 \h </w:instrText>
            </w:r>
            <w:r>
              <w:rPr>
                <w:noProof/>
                <w:webHidden/>
              </w:rPr>
            </w:r>
            <w:r>
              <w:rPr>
                <w:noProof/>
                <w:webHidden/>
              </w:rPr>
              <w:fldChar w:fldCharType="separate"/>
            </w:r>
            <w:r>
              <w:rPr>
                <w:noProof/>
                <w:webHidden/>
              </w:rPr>
              <w:t>28</w:t>
            </w:r>
            <w:r>
              <w:rPr>
                <w:noProof/>
                <w:webHidden/>
              </w:rPr>
              <w:fldChar w:fldCharType="end"/>
            </w:r>
          </w:hyperlink>
        </w:p>
        <w:p w14:paraId="1E7DA423" w14:textId="3FA1CB84" w:rsidR="00C60AD9" w:rsidRDefault="00C60AD9">
          <w:pPr>
            <w:pStyle w:val="TOC2"/>
            <w:tabs>
              <w:tab w:val="right" w:leader="dot" w:pos="8630"/>
            </w:tabs>
            <w:rPr>
              <w:noProof/>
            </w:rPr>
          </w:pPr>
          <w:hyperlink w:anchor="_Toc237248521" w:history="1">
            <w:r w:rsidRPr="007F7F2E">
              <w:rPr>
                <w:rStyle w:val="Hyperlink"/>
                <w:noProof/>
              </w:rPr>
              <w:t>9.8 Learning from Concerns</w:t>
            </w:r>
            <w:r>
              <w:rPr>
                <w:noProof/>
                <w:webHidden/>
              </w:rPr>
              <w:tab/>
            </w:r>
            <w:r>
              <w:rPr>
                <w:noProof/>
                <w:webHidden/>
              </w:rPr>
              <w:fldChar w:fldCharType="begin"/>
            </w:r>
            <w:r>
              <w:rPr>
                <w:noProof/>
                <w:webHidden/>
              </w:rPr>
              <w:instrText xml:space="preserve"> PAGEREF _Toc237248521 \h </w:instrText>
            </w:r>
            <w:r>
              <w:rPr>
                <w:noProof/>
                <w:webHidden/>
              </w:rPr>
            </w:r>
            <w:r>
              <w:rPr>
                <w:noProof/>
                <w:webHidden/>
              </w:rPr>
              <w:fldChar w:fldCharType="separate"/>
            </w:r>
            <w:r>
              <w:rPr>
                <w:noProof/>
                <w:webHidden/>
              </w:rPr>
              <w:t>28</w:t>
            </w:r>
            <w:r>
              <w:rPr>
                <w:noProof/>
                <w:webHidden/>
              </w:rPr>
              <w:fldChar w:fldCharType="end"/>
            </w:r>
          </w:hyperlink>
        </w:p>
        <w:p w14:paraId="550EA7FB" w14:textId="31721D41" w:rsidR="00C60AD9" w:rsidRDefault="00C60AD9">
          <w:pPr>
            <w:pStyle w:val="TOC2"/>
            <w:tabs>
              <w:tab w:val="right" w:leader="dot" w:pos="8630"/>
            </w:tabs>
            <w:rPr>
              <w:noProof/>
            </w:rPr>
          </w:pPr>
          <w:hyperlink w:anchor="_Toc237248522" w:history="1">
            <w:r w:rsidRPr="007F7F2E">
              <w:rPr>
                <w:rStyle w:val="Hyperlink"/>
                <w:noProof/>
              </w:rPr>
              <w:t>9.9 Shared Responsibility</w:t>
            </w:r>
            <w:r>
              <w:rPr>
                <w:noProof/>
                <w:webHidden/>
              </w:rPr>
              <w:tab/>
            </w:r>
            <w:r>
              <w:rPr>
                <w:noProof/>
                <w:webHidden/>
              </w:rPr>
              <w:fldChar w:fldCharType="begin"/>
            </w:r>
            <w:r>
              <w:rPr>
                <w:noProof/>
                <w:webHidden/>
              </w:rPr>
              <w:instrText xml:space="preserve"> PAGEREF _Toc237248522 \h </w:instrText>
            </w:r>
            <w:r>
              <w:rPr>
                <w:noProof/>
                <w:webHidden/>
              </w:rPr>
            </w:r>
            <w:r>
              <w:rPr>
                <w:noProof/>
                <w:webHidden/>
              </w:rPr>
              <w:fldChar w:fldCharType="separate"/>
            </w:r>
            <w:r>
              <w:rPr>
                <w:noProof/>
                <w:webHidden/>
              </w:rPr>
              <w:t>29</w:t>
            </w:r>
            <w:r>
              <w:rPr>
                <w:noProof/>
                <w:webHidden/>
              </w:rPr>
              <w:fldChar w:fldCharType="end"/>
            </w:r>
          </w:hyperlink>
        </w:p>
        <w:p w14:paraId="2E4F3D26" w14:textId="583378D1" w:rsidR="00C60AD9" w:rsidRDefault="00C60AD9">
          <w:pPr>
            <w:pStyle w:val="TOC2"/>
            <w:tabs>
              <w:tab w:val="right" w:leader="dot" w:pos="8630"/>
            </w:tabs>
            <w:rPr>
              <w:noProof/>
            </w:rPr>
          </w:pPr>
          <w:hyperlink w:anchor="_Toc237248523" w:history="1">
            <w:r w:rsidRPr="007F7F2E">
              <w:rPr>
                <w:rStyle w:val="Hyperlink"/>
                <w:noProof/>
              </w:rPr>
              <w:t>9.10 Our Commitment</w:t>
            </w:r>
            <w:r>
              <w:rPr>
                <w:noProof/>
                <w:webHidden/>
              </w:rPr>
              <w:tab/>
            </w:r>
            <w:r>
              <w:rPr>
                <w:noProof/>
                <w:webHidden/>
              </w:rPr>
              <w:fldChar w:fldCharType="begin"/>
            </w:r>
            <w:r>
              <w:rPr>
                <w:noProof/>
                <w:webHidden/>
              </w:rPr>
              <w:instrText xml:space="preserve"> PAGEREF _Toc237248523 \h </w:instrText>
            </w:r>
            <w:r>
              <w:rPr>
                <w:noProof/>
                <w:webHidden/>
              </w:rPr>
            </w:r>
            <w:r>
              <w:rPr>
                <w:noProof/>
                <w:webHidden/>
              </w:rPr>
              <w:fldChar w:fldCharType="separate"/>
            </w:r>
            <w:r>
              <w:rPr>
                <w:noProof/>
                <w:webHidden/>
              </w:rPr>
              <w:t>29</w:t>
            </w:r>
            <w:r>
              <w:rPr>
                <w:noProof/>
                <w:webHidden/>
              </w:rPr>
              <w:fldChar w:fldCharType="end"/>
            </w:r>
          </w:hyperlink>
        </w:p>
        <w:p w14:paraId="30E9A309" w14:textId="1F082D88" w:rsidR="00C60AD9" w:rsidRDefault="00C60AD9">
          <w:pPr>
            <w:pStyle w:val="TOC1"/>
            <w:tabs>
              <w:tab w:val="right" w:leader="dot" w:pos="8630"/>
            </w:tabs>
            <w:rPr>
              <w:noProof/>
            </w:rPr>
          </w:pPr>
          <w:hyperlink w:anchor="_Toc237248524" w:history="1">
            <w:r w:rsidRPr="007F7F2E">
              <w:rPr>
                <w:rStyle w:val="Hyperlink"/>
                <w:noProof/>
              </w:rPr>
              <w:t>10. Review &amp; Continuous Improvement</w:t>
            </w:r>
            <w:r>
              <w:rPr>
                <w:noProof/>
                <w:webHidden/>
              </w:rPr>
              <w:tab/>
            </w:r>
            <w:r>
              <w:rPr>
                <w:noProof/>
                <w:webHidden/>
              </w:rPr>
              <w:fldChar w:fldCharType="begin"/>
            </w:r>
            <w:r>
              <w:rPr>
                <w:noProof/>
                <w:webHidden/>
              </w:rPr>
              <w:instrText xml:space="preserve"> PAGEREF _Toc237248524 \h </w:instrText>
            </w:r>
            <w:r>
              <w:rPr>
                <w:noProof/>
                <w:webHidden/>
              </w:rPr>
            </w:r>
            <w:r>
              <w:rPr>
                <w:noProof/>
                <w:webHidden/>
              </w:rPr>
              <w:fldChar w:fldCharType="separate"/>
            </w:r>
            <w:r>
              <w:rPr>
                <w:noProof/>
                <w:webHidden/>
              </w:rPr>
              <w:t>29</w:t>
            </w:r>
            <w:r>
              <w:rPr>
                <w:noProof/>
                <w:webHidden/>
              </w:rPr>
              <w:fldChar w:fldCharType="end"/>
            </w:r>
          </w:hyperlink>
        </w:p>
        <w:p w14:paraId="0E206E02" w14:textId="52234F07" w:rsidR="00C60AD9" w:rsidRDefault="00C60AD9">
          <w:pPr>
            <w:pStyle w:val="TOC2"/>
            <w:tabs>
              <w:tab w:val="right" w:leader="dot" w:pos="8630"/>
            </w:tabs>
            <w:rPr>
              <w:noProof/>
            </w:rPr>
          </w:pPr>
          <w:hyperlink w:anchor="_Toc237248525" w:history="1">
            <w:r w:rsidRPr="007F7F2E">
              <w:rPr>
                <w:rStyle w:val="Hyperlink"/>
                <w:noProof/>
              </w:rPr>
              <w:t>10.1 Monitoring</w:t>
            </w:r>
            <w:r>
              <w:rPr>
                <w:noProof/>
                <w:webHidden/>
              </w:rPr>
              <w:tab/>
            </w:r>
            <w:r>
              <w:rPr>
                <w:noProof/>
                <w:webHidden/>
              </w:rPr>
              <w:fldChar w:fldCharType="begin"/>
            </w:r>
            <w:r>
              <w:rPr>
                <w:noProof/>
                <w:webHidden/>
              </w:rPr>
              <w:instrText xml:space="preserve"> PAGEREF _Toc237248525 \h </w:instrText>
            </w:r>
            <w:r>
              <w:rPr>
                <w:noProof/>
                <w:webHidden/>
              </w:rPr>
            </w:r>
            <w:r>
              <w:rPr>
                <w:noProof/>
                <w:webHidden/>
              </w:rPr>
              <w:fldChar w:fldCharType="separate"/>
            </w:r>
            <w:r>
              <w:rPr>
                <w:noProof/>
                <w:webHidden/>
              </w:rPr>
              <w:t>29</w:t>
            </w:r>
            <w:r>
              <w:rPr>
                <w:noProof/>
                <w:webHidden/>
              </w:rPr>
              <w:fldChar w:fldCharType="end"/>
            </w:r>
          </w:hyperlink>
        </w:p>
        <w:p w14:paraId="0D28FF1F" w14:textId="0ACF984B" w:rsidR="00C60AD9" w:rsidRDefault="00C60AD9">
          <w:pPr>
            <w:pStyle w:val="TOC2"/>
            <w:tabs>
              <w:tab w:val="right" w:leader="dot" w:pos="8630"/>
            </w:tabs>
            <w:rPr>
              <w:noProof/>
            </w:rPr>
          </w:pPr>
          <w:hyperlink w:anchor="_Toc237248526" w:history="1">
            <w:r w:rsidRPr="007F7F2E">
              <w:rPr>
                <w:rStyle w:val="Hyperlink"/>
                <w:noProof/>
              </w:rPr>
              <w:t>10.2 Continuous Improvement</w:t>
            </w:r>
            <w:r>
              <w:rPr>
                <w:noProof/>
                <w:webHidden/>
              </w:rPr>
              <w:tab/>
            </w:r>
            <w:r>
              <w:rPr>
                <w:noProof/>
                <w:webHidden/>
              </w:rPr>
              <w:fldChar w:fldCharType="begin"/>
            </w:r>
            <w:r>
              <w:rPr>
                <w:noProof/>
                <w:webHidden/>
              </w:rPr>
              <w:instrText xml:space="preserve"> PAGEREF _Toc237248526 \h </w:instrText>
            </w:r>
            <w:r>
              <w:rPr>
                <w:noProof/>
                <w:webHidden/>
              </w:rPr>
            </w:r>
            <w:r>
              <w:rPr>
                <w:noProof/>
                <w:webHidden/>
              </w:rPr>
              <w:fldChar w:fldCharType="separate"/>
            </w:r>
            <w:r>
              <w:rPr>
                <w:noProof/>
                <w:webHidden/>
              </w:rPr>
              <w:t>30</w:t>
            </w:r>
            <w:r>
              <w:rPr>
                <w:noProof/>
                <w:webHidden/>
              </w:rPr>
              <w:fldChar w:fldCharType="end"/>
            </w:r>
          </w:hyperlink>
        </w:p>
        <w:p w14:paraId="78D00B2B" w14:textId="68F8DA97" w:rsidR="00C60AD9" w:rsidRDefault="00C60AD9">
          <w:pPr>
            <w:pStyle w:val="TOC2"/>
            <w:tabs>
              <w:tab w:val="right" w:leader="dot" w:pos="8630"/>
            </w:tabs>
            <w:rPr>
              <w:noProof/>
            </w:rPr>
          </w:pPr>
          <w:hyperlink w:anchor="_Toc237248527" w:history="1">
            <w:r w:rsidRPr="007F7F2E">
              <w:rPr>
                <w:rStyle w:val="Hyperlink"/>
                <w:noProof/>
              </w:rPr>
              <w:t>10.3 Relationship with Other Policies</w:t>
            </w:r>
            <w:r>
              <w:rPr>
                <w:noProof/>
                <w:webHidden/>
              </w:rPr>
              <w:tab/>
            </w:r>
            <w:r>
              <w:rPr>
                <w:noProof/>
                <w:webHidden/>
              </w:rPr>
              <w:fldChar w:fldCharType="begin"/>
            </w:r>
            <w:r>
              <w:rPr>
                <w:noProof/>
                <w:webHidden/>
              </w:rPr>
              <w:instrText xml:space="preserve"> PAGEREF _Toc237248527 \h </w:instrText>
            </w:r>
            <w:r>
              <w:rPr>
                <w:noProof/>
                <w:webHidden/>
              </w:rPr>
            </w:r>
            <w:r>
              <w:rPr>
                <w:noProof/>
                <w:webHidden/>
              </w:rPr>
              <w:fldChar w:fldCharType="separate"/>
            </w:r>
            <w:r>
              <w:rPr>
                <w:noProof/>
                <w:webHidden/>
              </w:rPr>
              <w:t>30</w:t>
            </w:r>
            <w:r>
              <w:rPr>
                <w:noProof/>
                <w:webHidden/>
              </w:rPr>
              <w:fldChar w:fldCharType="end"/>
            </w:r>
          </w:hyperlink>
        </w:p>
        <w:p w14:paraId="604978B0" w14:textId="6C41BD23" w:rsidR="00C60AD9" w:rsidRDefault="00C60AD9">
          <w:pPr>
            <w:pStyle w:val="TOC2"/>
            <w:tabs>
              <w:tab w:val="right" w:leader="dot" w:pos="8630"/>
            </w:tabs>
            <w:rPr>
              <w:noProof/>
            </w:rPr>
          </w:pPr>
          <w:hyperlink w:anchor="_Toc237248528" w:history="1">
            <w:r w:rsidRPr="007F7F2E">
              <w:rPr>
                <w:rStyle w:val="Hyperlink"/>
                <w:noProof/>
              </w:rPr>
              <w:t>10.4 Changes to these Guidelines</w:t>
            </w:r>
            <w:r>
              <w:rPr>
                <w:noProof/>
                <w:webHidden/>
              </w:rPr>
              <w:tab/>
            </w:r>
            <w:r>
              <w:rPr>
                <w:noProof/>
                <w:webHidden/>
              </w:rPr>
              <w:fldChar w:fldCharType="begin"/>
            </w:r>
            <w:r>
              <w:rPr>
                <w:noProof/>
                <w:webHidden/>
              </w:rPr>
              <w:instrText xml:space="preserve"> PAGEREF _Toc237248528 \h </w:instrText>
            </w:r>
            <w:r>
              <w:rPr>
                <w:noProof/>
                <w:webHidden/>
              </w:rPr>
            </w:r>
            <w:r>
              <w:rPr>
                <w:noProof/>
                <w:webHidden/>
              </w:rPr>
              <w:fldChar w:fldCharType="separate"/>
            </w:r>
            <w:r>
              <w:rPr>
                <w:noProof/>
                <w:webHidden/>
              </w:rPr>
              <w:t>30</w:t>
            </w:r>
            <w:r>
              <w:rPr>
                <w:noProof/>
                <w:webHidden/>
              </w:rPr>
              <w:fldChar w:fldCharType="end"/>
            </w:r>
          </w:hyperlink>
        </w:p>
        <w:p w14:paraId="7DA7F2BE" w14:textId="15A25ED4" w:rsidR="00C60AD9" w:rsidRDefault="00C60AD9">
          <w:pPr>
            <w:pStyle w:val="TOC2"/>
            <w:tabs>
              <w:tab w:val="right" w:leader="dot" w:pos="8630"/>
            </w:tabs>
            <w:rPr>
              <w:noProof/>
            </w:rPr>
          </w:pPr>
          <w:hyperlink w:anchor="_Toc237248529" w:history="1">
            <w:r w:rsidRPr="007F7F2E">
              <w:rPr>
                <w:rStyle w:val="Hyperlink"/>
                <w:noProof/>
              </w:rPr>
              <w:t>10.5 Our Shared Community</w:t>
            </w:r>
            <w:r>
              <w:rPr>
                <w:noProof/>
                <w:webHidden/>
              </w:rPr>
              <w:tab/>
            </w:r>
            <w:r>
              <w:rPr>
                <w:noProof/>
                <w:webHidden/>
              </w:rPr>
              <w:fldChar w:fldCharType="begin"/>
            </w:r>
            <w:r>
              <w:rPr>
                <w:noProof/>
                <w:webHidden/>
              </w:rPr>
              <w:instrText xml:space="preserve"> PAGEREF _Toc237248529 \h </w:instrText>
            </w:r>
            <w:r>
              <w:rPr>
                <w:noProof/>
                <w:webHidden/>
              </w:rPr>
            </w:r>
            <w:r>
              <w:rPr>
                <w:noProof/>
                <w:webHidden/>
              </w:rPr>
              <w:fldChar w:fldCharType="separate"/>
            </w:r>
            <w:r>
              <w:rPr>
                <w:noProof/>
                <w:webHidden/>
              </w:rPr>
              <w:t>31</w:t>
            </w:r>
            <w:r>
              <w:rPr>
                <w:noProof/>
                <w:webHidden/>
              </w:rPr>
              <w:fldChar w:fldCharType="end"/>
            </w:r>
          </w:hyperlink>
        </w:p>
        <w:p w14:paraId="2F185810" w14:textId="3FC53006" w:rsidR="00C60AD9" w:rsidRDefault="00C60AD9">
          <w:pPr>
            <w:pStyle w:val="TOC2"/>
            <w:tabs>
              <w:tab w:val="right" w:leader="dot" w:pos="8630"/>
            </w:tabs>
            <w:rPr>
              <w:noProof/>
            </w:rPr>
          </w:pPr>
          <w:hyperlink w:anchor="_Toc237248530" w:history="1">
            <w:r w:rsidRPr="007F7F2E">
              <w:rPr>
                <w:rStyle w:val="Hyperlink"/>
                <w:noProof/>
              </w:rPr>
              <w:t>10.6 Our Commitment</w:t>
            </w:r>
            <w:r>
              <w:rPr>
                <w:noProof/>
                <w:webHidden/>
              </w:rPr>
              <w:tab/>
            </w:r>
            <w:r>
              <w:rPr>
                <w:noProof/>
                <w:webHidden/>
              </w:rPr>
              <w:fldChar w:fldCharType="begin"/>
            </w:r>
            <w:r>
              <w:rPr>
                <w:noProof/>
                <w:webHidden/>
              </w:rPr>
              <w:instrText xml:space="preserve"> PAGEREF _Toc237248530 \h </w:instrText>
            </w:r>
            <w:r>
              <w:rPr>
                <w:noProof/>
                <w:webHidden/>
              </w:rPr>
            </w:r>
            <w:r>
              <w:rPr>
                <w:noProof/>
                <w:webHidden/>
              </w:rPr>
              <w:fldChar w:fldCharType="separate"/>
            </w:r>
            <w:r>
              <w:rPr>
                <w:noProof/>
                <w:webHidden/>
              </w:rPr>
              <w:t>31</w:t>
            </w:r>
            <w:r>
              <w:rPr>
                <w:noProof/>
                <w:webHidden/>
              </w:rPr>
              <w:fldChar w:fldCharType="end"/>
            </w:r>
          </w:hyperlink>
        </w:p>
        <w:p w14:paraId="53F72D29" w14:textId="6016B1D7" w:rsidR="00C60AD9" w:rsidRDefault="00C60AD9">
          <w:pPr>
            <w:pStyle w:val="TOC1"/>
            <w:tabs>
              <w:tab w:val="right" w:leader="dot" w:pos="8630"/>
            </w:tabs>
            <w:rPr>
              <w:noProof/>
            </w:rPr>
          </w:pPr>
          <w:hyperlink w:anchor="_Toc237248531" w:history="1">
            <w:r w:rsidRPr="007F7F2E">
              <w:rPr>
                <w:rStyle w:val="Hyperlink"/>
                <w:noProof/>
              </w:rPr>
              <w:t>End of Community Guidelines</w:t>
            </w:r>
            <w:r>
              <w:rPr>
                <w:noProof/>
                <w:webHidden/>
              </w:rPr>
              <w:tab/>
            </w:r>
            <w:r>
              <w:rPr>
                <w:noProof/>
                <w:webHidden/>
              </w:rPr>
              <w:fldChar w:fldCharType="begin"/>
            </w:r>
            <w:r>
              <w:rPr>
                <w:noProof/>
                <w:webHidden/>
              </w:rPr>
              <w:instrText xml:space="preserve"> PAGEREF _Toc237248531 \h </w:instrText>
            </w:r>
            <w:r>
              <w:rPr>
                <w:noProof/>
                <w:webHidden/>
              </w:rPr>
            </w:r>
            <w:r>
              <w:rPr>
                <w:noProof/>
                <w:webHidden/>
              </w:rPr>
              <w:fldChar w:fldCharType="separate"/>
            </w:r>
            <w:r>
              <w:rPr>
                <w:noProof/>
                <w:webHidden/>
              </w:rPr>
              <w:t>31</w:t>
            </w:r>
            <w:r>
              <w:rPr>
                <w:noProof/>
                <w:webHidden/>
              </w:rPr>
              <w:fldChar w:fldCharType="end"/>
            </w:r>
          </w:hyperlink>
        </w:p>
        <w:p w14:paraId="4C6064FC" w14:textId="61B1623D" w:rsidR="00C60AD9" w:rsidRDefault="00C60AD9">
          <w:r>
            <w:rPr>
              <w:b/>
              <w:bCs/>
              <w:noProof/>
            </w:rPr>
            <w:fldChar w:fldCharType="end"/>
          </w:r>
        </w:p>
      </w:sdtContent>
    </w:sdt>
    <w:p w14:paraId="33BBF0D7" w14:textId="77777777" w:rsidR="0060278C" w:rsidRDefault="0060278C" w:rsidP="005F4B6F">
      <w:pPr>
        <w:pStyle w:val="Heading1"/>
        <w:rPr>
          <w:rFonts w:asciiTheme="minorHAnsi" w:hAnsiTheme="minorHAnsi"/>
        </w:rPr>
      </w:pPr>
    </w:p>
    <w:p w14:paraId="187142A0" w14:textId="77777777" w:rsidR="0060278C" w:rsidRDefault="0060278C" w:rsidP="0060278C"/>
    <w:p w14:paraId="61359537" w14:textId="77777777" w:rsidR="00906869" w:rsidRDefault="00906869" w:rsidP="0060278C"/>
    <w:p w14:paraId="012BB0B3" w14:textId="77777777" w:rsidR="00906869" w:rsidRPr="00906869" w:rsidRDefault="00906869" w:rsidP="00906869">
      <w:pPr>
        <w:pStyle w:val="Heading1"/>
        <w:rPr>
          <w:rFonts w:asciiTheme="minorHAnsi" w:hAnsiTheme="minorHAnsi"/>
        </w:rPr>
      </w:pPr>
      <w:bookmarkStart w:id="1" w:name="_Toc237248434"/>
      <w:r w:rsidRPr="00906869">
        <w:rPr>
          <w:rFonts w:asciiTheme="minorHAnsi" w:hAnsiTheme="minorHAnsi"/>
        </w:rPr>
        <w:lastRenderedPageBreak/>
        <w:t>Purpose of this Document</w:t>
      </w:r>
      <w:bookmarkEnd w:id="1"/>
    </w:p>
    <w:p w14:paraId="04267D8D"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My Sports Coach is committed to creating a safe, respectful, inclusive and professional community where coaches, participants, parents, guardians, clubs and organisations can connect with confidence.</w:t>
      </w:r>
    </w:p>
    <w:p w14:paraId="53AB3861"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These Community Guidelines explain the standards of behaviour expected from everyone using the My Sports Coach platform. They are intended to promote positive interactions, encourage mutual respect and help create an environment where sport can be enjoyed safely and fairly.</w:t>
      </w:r>
    </w:p>
    <w:p w14:paraId="6A9EC260"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Unlike the Terms &amp; Conditions, which establish the legal relationship between users and My Sports Coach, these Community Guidelines focus on the behaviours and values that support a positive community experience.</w:t>
      </w:r>
    </w:p>
    <w:p w14:paraId="6793D55C"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All users are expected to act honestly, respectfully and responsibly while using the platform. By working together, we can build a trusted community that supports coaches, participants and the wider sporting community across the United Kingdom.</w:t>
      </w:r>
    </w:p>
    <w:p w14:paraId="2D6D0742"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These Community Guidelines form part of the My Sports Coach Policy Library and should be read alongside the:</w:t>
      </w:r>
    </w:p>
    <w:p w14:paraId="4ABC4AD7" w14:textId="77777777" w:rsidR="00906869" w:rsidRPr="00906869" w:rsidRDefault="00906869" w:rsidP="00906869">
      <w:pPr>
        <w:numPr>
          <w:ilvl w:val="0"/>
          <w:numId w:val="240"/>
        </w:numPr>
        <w:spacing w:before="100" w:beforeAutospacing="1" w:after="100" w:afterAutospacing="1" w:line="240" w:lineRule="auto"/>
      </w:pPr>
      <w:r w:rsidRPr="00906869">
        <w:t xml:space="preserve">Governance &amp; Operations Manual; </w:t>
      </w:r>
    </w:p>
    <w:p w14:paraId="348FE81B" w14:textId="77777777" w:rsidR="00906869" w:rsidRPr="00906869" w:rsidRDefault="00906869" w:rsidP="00906869">
      <w:pPr>
        <w:numPr>
          <w:ilvl w:val="0"/>
          <w:numId w:val="240"/>
        </w:numPr>
        <w:spacing w:before="100" w:beforeAutospacing="1" w:after="100" w:afterAutospacing="1" w:line="240" w:lineRule="auto"/>
      </w:pPr>
      <w:r w:rsidRPr="00906869">
        <w:t xml:space="preserve">Privacy Policy; </w:t>
      </w:r>
    </w:p>
    <w:p w14:paraId="0FC83106" w14:textId="77777777" w:rsidR="00906869" w:rsidRPr="00906869" w:rsidRDefault="00906869" w:rsidP="00906869">
      <w:pPr>
        <w:numPr>
          <w:ilvl w:val="0"/>
          <w:numId w:val="240"/>
        </w:numPr>
        <w:spacing w:before="100" w:beforeAutospacing="1" w:after="100" w:afterAutospacing="1" w:line="240" w:lineRule="auto"/>
      </w:pPr>
      <w:r w:rsidRPr="00906869">
        <w:t xml:space="preserve">Terms &amp; Conditions; </w:t>
      </w:r>
    </w:p>
    <w:p w14:paraId="0E0D6529" w14:textId="77777777" w:rsidR="00906869" w:rsidRPr="00906869" w:rsidRDefault="00906869" w:rsidP="00906869">
      <w:pPr>
        <w:numPr>
          <w:ilvl w:val="0"/>
          <w:numId w:val="240"/>
        </w:numPr>
        <w:spacing w:before="100" w:beforeAutospacing="1" w:after="100" w:afterAutospacing="1" w:line="240" w:lineRule="auto"/>
      </w:pPr>
      <w:r w:rsidRPr="00906869">
        <w:t xml:space="preserve">Safeguarding Policy; </w:t>
      </w:r>
    </w:p>
    <w:p w14:paraId="32EE8F4A" w14:textId="77777777" w:rsidR="00906869" w:rsidRPr="00906869" w:rsidRDefault="00906869" w:rsidP="00906869">
      <w:pPr>
        <w:numPr>
          <w:ilvl w:val="0"/>
          <w:numId w:val="240"/>
        </w:numPr>
        <w:spacing w:before="100" w:beforeAutospacing="1" w:after="100" w:afterAutospacing="1" w:line="240" w:lineRule="auto"/>
      </w:pPr>
      <w:r w:rsidRPr="00906869">
        <w:t xml:space="preserve">Complaints Policy; </w:t>
      </w:r>
    </w:p>
    <w:p w14:paraId="04FBE8F9" w14:textId="77777777" w:rsidR="00906869" w:rsidRPr="00906869" w:rsidRDefault="00906869" w:rsidP="00906869">
      <w:pPr>
        <w:numPr>
          <w:ilvl w:val="0"/>
          <w:numId w:val="240"/>
        </w:numPr>
        <w:spacing w:before="100" w:beforeAutospacing="1" w:after="100" w:afterAutospacing="1" w:line="240" w:lineRule="auto"/>
      </w:pPr>
      <w:r w:rsidRPr="00906869">
        <w:t xml:space="preserve">Coach Code of Conduct; and </w:t>
      </w:r>
    </w:p>
    <w:p w14:paraId="4F2538D3" w14:textId="77777777" w:rsidR="00906869" w:rsidRPr="00906869" w:rsidRDefault="00906869" w:rsidP="00906869">
      <w:pPr>
        <w:numPr>
          <w:ilvl w:val="0"/>
          <w:numId w:val="240"/>
        </w:numPr>
        <w:spacing w:before="100" w:beforeAutospacing="1" w:after="100" w:afterAutospacing="1" w:line="240" w:lineRule="auto"/>
      </w:pPr>
      <w:r w:rsidRPr="00906869">
        <w:t xml:space="preserve">any other relevant policies published by My Sports Coach. </w:t>
      </w:r>
    </w:p>
    <w:p w14:paraId="6201E279"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These guidelines may be updated periodically to reflect changes in legislation, recognised best practice and the continued development of the My Sports Coach platform.</w:t>
      </w:r>
    </w:p>
    <w:p w14:paraId="7D5A2467" w14:textId="77777777" w:rsidR="00906869" w:rsidRPr="00906869" w:rsidRDefault="00000000" w:rsidP="00906869">
      <w:r>
        <w:pict w14:anchorId="7191CB28">
          <v:rect id="_x0000_i1026" style="width:0;height:1.5pt" o:hralign="center" o:hrstd="t" o:hr="t" fillcolor="#a0a0a0" stroked="f"/>
        </w:pict>
      </w:r>
    </w:p>
    <w:p w14:paraId="06338B91" w14:textId="77777777" w:rsidR="00906869" w:rsidRPr="00906869" w:rsidRDefault="00906869" w:rsidP="00906869">
      <w:pPr>
        <w:pStyle w:val="Heading1"/>
        <w:rPr>
          <w:rFonts w:asciiTheme="minorHAnsi" w:hAnsiTheme="minorHAnsi"/>
        </w:rPr>
      </w:pPr>
      <w:bookmarkStart w:id="2" w:name="_Toc237248435"/>
      <w:r w:rsidRPr="00906869">
        <w:rPr>
          <w:rFonts w:asciiTheme="minorHAnsi" w:hAnsiTheme="minorHAnsi"/>
        </w:rPr>
        <w:t>1. Introduction</w:t>
      </w:r>
      <w:bookmarkEnd w:id="2"/>
    </w:p>
    <w:p w14:paraId="027DEECE"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Welcome to the My Sports Coach community.</w:t>
      </w:r>
    </w:p>
    <w:p w14:paraId="343EFFFF"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Our platform has been created to help people discover trusted sports coaches, develop their skills and enjoy sport in a safe, welcoming and professional environment.</w:t>
      </w:r>
    </w:p>
    <w:p w14:paraId="6FEFA517"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Every member of our community contributes to the experience of others. Whether you are a coach, participant, parent, guardian, club or organisation, we ask that you treat others with respect, communicate honestly and act in a way that reflects the positive values of sport.</w:t>
      </w:r>
    </w:p>
    <w:p w14:paraId="579D50D3"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These Community Guidelines explain the behaviours we encourage, the standards we expect and the conduct that is not acceptable on our platform.</w:t>
      </w:r>
    </w:p>
    <w:p w14:paraId="49329707"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lastRenderedPageBreak/>
        <w:t>They are designed to support positive relationships rather than simply list rules. While the Terms &amp; Conditions explain the legal requirements for using My Sports Coach, these guidelines describe how we expect members of our community to interact with one another on a day-to-day basis.</w:t>
      </w:r>
    </w:p>
    <w:p w14:paraId="34D8C25B"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By following these guidelines, users help to create a platform where people feel safe, respected, included and confident when arranging sports coaching.</w:t>
      </w:r>
    </w:p>
    <w:p w14:paraId="7AA4FC97"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Together, we can build a community that reflects the values of fairness, integrity, respect and enjoyment that sport represents.</w:t>
      </w:r>
    </w:p>
    <w:p w14:paraId="0B8BF5CB" w14:textId="77777777" w:rsidR="00906869" w:rsidRPr="00906869" w:rsidRDefault="00906869" w:rsidP="00906869">
      <w:pPr>
        <w:pStyle w:val="Heading1"/>
        <w:rPr>
          <w:rFonts w:asciiTheme="minorHAnsi" w:hAnsiTheme="minorHAnsi"/>
          <w:sz w:val="22"/>
          <w:szCs w:val="22"/>
        </w:rPr>
      </w:pPr>
      <w:bookmarkStart w:id="3" w:name="_Toc237248436"/>
      <w:r w:rsidRPr="00906869">
        <w:rPr>
          <w:rFonts w:asciiTheme="minorHAnsi" w:hAnsiTheme="minorHAnsi"/>
        </w:rPr>
        <w:t>2. Definitions</w:t>
      </w:r>
      <w:bookmarkEnd w:id="3"/>
    </w:p>
    <w:p w14:paraId="13611FED"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For the purposes of these Community Guidelines, the following definitions apply unless the context requires otherwise.</w:t>
      </w:r>
    </w:p>
    <w:p w14:paraId="10127CE6" w14:textId="77777777" w:rsidR="00906869" w:rsidRPr="00906869" w:rsidRDefault="00000000" w:rsidP="00906869">
      <w:r>
        <w:pict w14:anchorId="570B3959">
          <v:rect id="_x0000_i1027" style="width:0;height:1.5pt" o:hralign="center" o:hrstd="t" o:hr="t" fillcolor="#a0a0a0" stroked="f"/>
        </w:pict>
      </w:r>
    </w:p>
    <w:p w14:paraId="304E4711" w14:textId="77777777" w:rsidR="00906869" w:rsidRPr="00906869" w:rsidRDefault="00906869" w:rsidP="00906869">
      <w:pPr>
        <w:pStyle w:val="Heading2"/>
        <w:rPr>
          <w:rFonts w:asciiTheme="minorHAnsi" w:hAnsiTheme="minorHAnsi"/>
          <w:sz w:val="22"/>
          <w:szCs w:val="22"/>
        </w:rPr>
      </w:pPr>
      <w:bookmarkStart w:id="4" w:name="_Toc237248437"/>
      <w:r w:rsidRPr="00906869">
        <w:rPr>
          <w:rFonts w:asciiTheme="minorHAnsi" w:hAnsiTheme="minorHAnsi"/>
          <w:sz w:val="22"/>
          <w:szCs w:val="22"/>
        </w:rPr>
        <w:t>Community</w:t>
      </w:r>
      <w:bookmarkEnd w:id="4"/>
    </w:p>
    <w:p w14:paraId="460923E7"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The collective group of coaches, participants, parents, guardians, clubs, organisations and other users who access or interact with the My Sports Coach platform.</w:t>
      </w:r>
    </w:p>
    <w:p w14:paraId="67B32EC1" w14:textId="77777777" w:rsidR="00906869" w:rsidRPr="00906869" w:rsidRDefault="00000000" w:rsidP="00906869">
      <w:r>
        <w:pict w14:anchorId="64A3EE76">
          <v:rect id="_x0000_i1028" style="width:0;height:1.5pt" o:hralign="center" o:hrstd="t" o:hr="t" fillcolor="#a0a0a0" stroked="f"/>
        </w:pict>
      </w:r>
    </w:p>
    <w:p w14:paraId="60159A26" w14:textId="77777777" w:rsidR="00906869" w:rsidRPr="00906869" w:rsidRDefault="00906869" w:rsidP="00906869">
      <w:pPr>
        <w:pStyle w:val="Heading2"/>
        <w:rPr>
          <w:rFonts w:asciiTheme="minorHAnsi" w:hAnsiTheme="minorHAnsi"/>
          <w:sz w:val="22"/>
          <w:szCs w:val="22"/>
        </w:rPr>
      </w:pPr>
      <w:bookmarkStart w:id="5" w:name="_Toc237248438"/>
      <w:r w:rsidRPr="00906869">
        <w:rPr>
          <w:rFonts w:asciiTheme="minorHAnsi" w:hAnsiTheme="minorHAnsi"/>
          <w:sz w:val="22"/>
          <w:szCs w:val="22"/>
        </w:rPr>
        <w:t>Coach</w:t>
      </w:r>
      <w:bookmarkEnd w:id="5"/>
    </w:p>
    <w:p w14:paraId="37C77D32"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An independent sports coach registered with or using the My Sports Coach platform to advertise or provide coaching services.</w:t>
      </w:r>
    </w:p>
    <w:p w14:paraId="7B1AB563"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Unless expressly stated otherwise, coaches using the platform act as independent service providers and remain responsible for the coaching services they deliver.</w:t>
      </w:r>
    </w:p>
    <w:p w14:paraId="4AAD8915" w14:textId="77777777" w:rsidR="00906869" w:rsidRPr="00906869" w:rsidRDefault="00000000" w:rsidP="00906869">
      <w:r>
        <w:pict w14:anchorId="00000AA0">
          <v:rect id="_x0000_i1029" style="width:0;height:1.5pt" o:hralign="center" o:hrstd="t" o:hr="t" fillcolor="#a0a0a0" stroked="f"/>
        </w:pict>
      </w:r>
    </w:p>
    <w:p w14:paraId="7E70B6AD" w14:textId="77777777" w:rsidR="00906869" w:rsidRPr="00906869" w:rsidRDefault="00906869" w:rsidP="00906869">
      <w:pPr>
        <w:pStyle w:val="Heading2"/>
        <w:rPr>
          <w:rFonts w:asciiTheme="minorHAnsi" w:hAnsiTheme="minorHAnsi"/>
          <w:sz w:val="22"/>
          <w:szCs w:val="22"/>
        </w:rPr>
      </w:pPr>
      <w:bookmarkStart w:id="6" w:name="_Toc237248439"/>
      <w:r w:rsidRPr="00906869">
        <w:rPr>
          <w:rFonts w:asciiTheme="minorHAnsi" w:hAnsiTheme="minorHAnsi"/>
          <w:sz w:val="22"/>
          <w:szCs w:val="22"/>
        </w:rPr>
        <w:t>Community Guidelines</w:t>
      </w:r>
      <w:bookmarkEnd w:id="6"/>
    </w:p>
    <w:p w14:paraId="451D1910"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This document, which sets out the standards of behaviour and conduct expected from everyone using the My Sports Coach platform.</w:t>
      </w:r>
    </w:p>
    <w:p w14:paraId="08574B5D"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These guidelines complement, but do not replace, the My Sports Coach Terms &amp; Conditions and other policies within the My Sports Coach Policy Library.</w:t>
      </w:r>
    </w:p>
    <w:p w14:paraId="17F2EC61" w14:textId="77777777" w:rsidR="00906869" w:rsidRPr="00906869" w:rsidRDefault="00000000" w:rsidP="00906869">
      <w:r>
        <w:pict w14:anchorId="1CA442DE">
          <v:rect id="_x0000_i1030" style="width:0;height:1.5pt" o:hralign="center" o:hrstd="t" o:hr="t" fillcolor="#a0a0a0" stroked="f"/>
        </w:pict>
      </w:r>
    </w:p>
    <w:p w14:paraId="5D63048D" w14:textId="77777777" w:rsidR="00906869" w:rsidRPr="00906869" w:rsidRDefault="00906869" w:rsidP="00906869">
      <w:pPr>
        <w:pStyle w:val="Heading2"/>
        <w:rPr>
          <w:rFonts w:asciiTheme="minorHAnsi" w:hAnsiTheme="minorHAnsi"/>
          <w:sz w:val="22"/>
          <w:szCs w:val="22"/>
        </w:rPr>
      </w:pPr>
      <w:bookmarkStart w:id="7" w:name="_Toc237248440"/>
      <w:r w:rsidRPr="00906869">
        <w:rPr>
          <w:rFonts w:asciiTheme="minorHAnsi" w:hAnsiTheme="minorHAnsi"/>
          <w:sz w:val="22"/>
          <w:szCs w:val="22"/>
        </w:rPr>
        <w:t>My Sports Coach</w:t>
      </w:r>
      <w:bookmarkEnd w:id="7"/>
    </w:p>
    <w:p w14:paraId="3AB281B8"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 xml:space="preserve">The online platform operated by </w:t>
      </w:r>
      <w:r w:rsidRPr="00906869">
        <w:rPr>
          <w:rStyle w:val="Strong"/>
          <w:rFonts w:asciiTheme="minorHAnsi" w:eastAsiaTheme="majorEastAsia" w:hAnsiTheme="minorHAnsi"/>
          <w:sz w:val="22"/>
          <w:szCs w:val="22"/>
        </w:rPr>
        <w:t>My Sports Coach UK Ltd</w:t>
      </w:r>
      <w:r w:rsidRPr="00906869">
        <w:rPr>
          <w:rFonts w:asciiTheme="minorHAnsi" w:hAnsiTheme="minorHAnsi"/>
          <w:sz w:val="22"/>
          <w:szCs w:val="22"/>
        </w:rPr>
        <w:t>, enabling participants to discover, connect with and book independent sports coaches.</w:t>
      </w:r>
    </w:p>
    <w:p w14:paraId="6D274A48"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lastRenderedPageBreak/>
        <w:t>Unless expressly stated otherwise, My Sports Coach acts as a marketplace platform and does not directly provide the independent coaching services advertised through the platform.</w:t>
      </w:r>
    </w:p>
    <w:p w14:paraId="17598F37" w14:textId="77777777" w:rsidR="00906869" w:rsidRPr="00906869" w:rsidRDefault="00000000" w:rsidP="00906869">
      <w:r>
        <w:pict w14:anchorId="64A5EE9A">
          <v:rect id="_x0000_i1031" style="width:0;height:1.5pt" o:hralign="center" o:hrstd="t" o:hr="t" fillcolor="#a0a0a0" stroked="f"/>
        </w:pict>
      </w:r>
    </w:p>
    <w:p w14:paraId="61D7E98D" w14:textId="77777777" w:rsidR="00906869" w:rsidRPr="00906869" w:rsidRDefault="00906869" w:rsidP="00906869">
      <w:pPr>
        <w:pStyle w:val="Heading2"/>
        <w:rPr>
          <w:rFonts w:asciiTheme="minorHAnsi" w:hAnsiTheme="minorHAnsi"/>
          <w:sz w:val="22"/>
          <w:szCs w:val="22"/>
        </w:rPr>
      </w:pPr>
      <w:bookmarkStart w:id="8" w:name="_Toc237248441"/>
      <w:r w:rsidRPr="00906869">
        <w:rPr>
          <w:rFonts w:asciiTheme="minorHAnsi" w:hAnsiTheme="minorHAnsi"/>
          <w:sz w:val="22"/>
          <w:szCs w:val="22"/>
        </w:rPr>
        <w:t>Participant</w:t>
      </w:r>
      <w:bookmarkEnd w:id="8"/>
    </w:p>
    <w:p w14:paraId="3327A562"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Any individual using or receiving coaching services arranged through the My Sports Coach platform.</w:t>
      </w:r>
    </w:p>
    <w:p w14:paraId="13006E4E"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Where appropriate, references to participants include parents or guardians acting on behalf of children.</w:t>
      </w:r>
    </w:p>
    <w:p w14:paraId="129467AD" w14:textId="77777777" w:rsidR="00906869" w:rsidRPr="00906869" w:rsidRDefault="00000000" w:rsidP="00906869">
      <w:r>
        <w:pict w14:anchorId="4CBF7B29">
          <v:rect id="_x0000_i1032" style="width:0;height:1.5pt" o:hralign="center" o:hrstd="t" o:hr="t" fillcolor="#a0a0a0" stroked="f"/>
        </w:pict>
      </w:r>
    </w:p>
    <w:p w14:paraId="625A1A4F" w14:textId="77777777" w:rsidR="00906869" w:rsidRPr="00906869" w:rsidRDefault="00906869" w:rsidP="00906869">
      <w:pPr>
        <w:pStyle w:val="Heading2"/>
        <w:rPr>
          <w:rFonts w:asciiTheme="minorHAnsi" w:hAnsiTheme="minorHAnsi"/>
          <w:sz w:val="22"/>
          <w:szCs w:val="22"/>
        </w:rPr>
      </w:pPr>
      <w:bookmarkStart w:id="9" w:name="_Toc237248442"/>
      <w:r w:rsidRPr="00906869">
        <w:rPr>
          <w:rFonts w:asciiTheme="minorHAnsi" w:hAnsiTheme="minorHAnsi"/>
          <w:sz w:val="22"/>
          <w:szCs w:val="22"/>
        </w:rPr>
        <w:t>Platform</w:t>
      </w:r>
      <w:bookmarkEnd w:id="9"/>
    </w:p>
    <w:p w14:paraId="35B026F6"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The My Sports Coach website, mobile applications, booking systems, communication tools and associated digital services operated by My Sports Coach UK Ltd.</w:t>
      </w:r>
    </w:p>
    <w:p w14:paraId="41D3722D" w14:textId="77777777" w:rsidR="00906869" w:rsidRPr="00906869" w:rsidRDefault="00000000" w:rsidP="00906869">
      <w:r>
        <w:pict w14:anchorId="68E4BF57">
          <v:rect id="_x0000_i1033" style="width:0;height:1.5pt" o:hralign="center" o:hrstd="t" o:hr="t" fillcolor="#a0a0a0" stroked="f"/>
        </w:pict>
      </w:r>
    </w:p>
    <w:p w14:paraId="67CFF4C6" w14:textId="77777777" w:rsidR="00906869" w:rsidRPr="00906869" w:rsidRDefault="00906869" w:rsidP="00906869">
      <w:pPr>
        <w:pStyle w:val="Heading2"/>
        <w:rPr>
          <w:rFonts w:asciiTheme="minorHAnsi" w:hAnsiTheme="minorHAnsi"/>
          <w:sz w:val="22"/>
          <w:szCs w:val="22"/>
        </w:rPr>
      </w:pPr>
      <w:bookmarkStart w:id="10" w:name="_Toc237248443"/>
      <w:r w:rsidRPr="00906869">
        <w:rPr>
          <w:rFonts w:asciiTheme="minorHAnsi" w:hAnsiTheme="minorHAnsi"/>
          <w:sz w:val="22"/>
          <w:szCs w:val="22"/>
        </w:rPr>
        <w:t>User</w:t>
      </w:r>
      <w:bookmarkEnd w:id="10"/>
    </w:p>
    <w:p w14:paraId="2FEE3443"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Any individual or organisation accessing or using the My Sports Coach platform, including coaches, participants, parents, guardians, clubs, organisations and authorised representatives.</w:t>
      </w:r>
    </w:p>
    <w:p w14:paraId="6057AA22" w14:textId="77777777" w:rsidR="00906869" w:rsidRPr="00906869" w:rsidRDefault="00000000" w:rsidP="00906869">
      <w:r>
        <w:pict w14:anchorId="2A8D5894">
          <v:rect id="_x0000_i1034" style="width:0;height:1.5pt" o:hralign="center" o:hrstd="t" o:hr="t" fillcolor="#a0a0a0" stroked="f"/>
        </w:pict>
      </w:r>
    </w:p>
    <w:p w14:paraId="1E26B23F" w14:textId="77777777" w:rsidR="00906869" w:rsidRPr="00906869" w:rsidRDefault="00906869" w:rsidP="00906869">
      <w:pPr>
        <w:pStyle w:val="Heading2"/>
        <w:rPr>
          <w:rFonts w:asciiTheme="minorHAnsi" w:hAnsiTheme="minorHAnsi"/>
          <w:sz w:val="22"/>
          <w:szCs w:val="22"/>
        </w:rPr>
      </w:pPr>
      <w:bookmarkStart w:id="11" w:name="_Toc237248444"/>
      <w:r w:rsidRPr="00906869">
        <w:rPr>
          <w:rFonts w:asciiTheme="minorHAnsi" w:hAnsiTheme="minorHAnsi"/>
          <w:sz w:val="22"/>
          <w:szCs w:val="22"/>
        </w:rPr>
        <w:t>Interpretation</w:t>
      </w:r>
      <w:bookmarkEnd w:id="11"/>
    </w:p>
    <w:p w14:paraId="4D90D0D6"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Words importing the singular include the plural and vice versa where the context requires.</w:t>
      </w:r>
    </w:p>
    <w:p w14:paraId="47A87330"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References to legislation include any amendments, replacements or successor legislation.</w:t>
      </w:r>
    </w:p>
    <w:p w14:paraId="2457E34A"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Headings are included for convenience only and do not affect the interpretation of these Community Guidelines.</w:t>
      </w:r>
    </w:p>
    <w:p w14:paraId="00EAFD4D" w14:textId="77777777" w:rsidR="00906869" w:rsidRPr="00906869" w:rsidRDefault="00906869" w:rsidP="00906869">
      <w:pPr>
        <w:pStyle w:val="Heading1"/>
        <w:rPr>
          <w:rFonts w:asciiTheme="minorHAnsi" w:hAnsiTheme="minorHAnsi"/>
          <w:sz w:val="22"/>
          <w:szCs w:val="22"/>
        </w:rPr>
      </w:pPr>
      <w:bookmarkStart w:id="12" w:name="_Toc237248445"/>
      <w:r w:rsidRPr="00906869">
        <w:rPr>
          <w:rFonts w:asciiTheme="minorHAnsi" w:hAnsiTheme="minorHAnsi"/>
        </w:rPr>
        <w:t>3. Our Community Values</w:t>
      </w:r>
      <w:bookmarkEnd w:id="12"/>
    </w:p>
    <w:p w14:paraId="52041B35"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At My Sports Coach, we believe that great coaching experiences are built upon mutual respect, trust and a shared commitment to positive sporting values.</w:t>
      </w:r>
    </w:p>
    <w:p w14:paraId="0294AEDA"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These Community Values guide how we expect everyone to behave when using the My Sports Coach platform. They apply to all users, regardless of age, experience, ability or role within the community.</w:t>
      </w:r>
    </w:p>
    <w:p w14:paraId="1D04A409"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lastRenderedPageBreak/>
        <w:t>By embracing these values, we can help create an environment where everyone feels welcome, supported and able to enjoy sport safely.</w:t>
      </w:r>
    </w:p>
    <w:p w14:paraId="5615A1A5" w14:textId="77777777" w:rsidR="00906869" w:rsidRPr="00906869" w:rsidRDefault="00000000" w:rsidP="00906869">
      <w:r>
        <w:pict w14:anchorId="6A2FF833">
          <v:rect id="_x0000_i1035" style="width:0;height:1.5pt" o:hralign="center" o:hrstd="t" o:hr="t" fillcolor="#a0a0a0" stroked="f"/>
        </w:pict>
      </w:r>
    </w:p>
    <w:p w14:paraId="16E72683" w14:textId="77777777" w:rsidR="00906869" w:rsidRPr="00906869" w:rsidRDefault="00906869" w:rsidP="00906869">
      <w:pPr>
        <w:pStyle w:val="Heading2"/>
        <w:rPr>
          <w:rFonts w:asciiTheme="minorHAnsi" w:hAnsiTheme="minorHAnsi"/>
          <w:sz w:val="22"/>
          <w:szCs w:val="22"/>
        </w:rPr>
      </w:pPr>
      <w:bookmarkStart w:id="13" w:name="_Toc237248446"/>
      <w:r w:rsidRPr="00906869">
        <w:rPr>
          <w:rFonts w:asciiTheme="minorHAnsi" w:hAnsiTheme="minorHAnsi"/>
          <w:sz w:val="22"/>
          <w:szCs w:val="22"/>
        </w:rPr>
        <w:t>3.1 Respect</w:t>
      </w:r>
      <w:bookmarkEnd w:id="13"/>
    </w:p>
    <w:p w14:paraId="3CBD34D3"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We treat everyone with dignity, courtesy and respect.</w:t>
      </w:r>
    </w:p>
    <w:p w14:paraId="41A05633"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We recognise that every individual deserves to be treated fairly regardless of their:</w:t>
      </w:r>
    </w:p>
    <w:p w14:paraId="3F17AA4F" w14:textId="77777777" w:rsidR="00906869" w:rsidRPr="00906869" w:rsidRDefault="00906869" w:rsidP="00906869">
      <w:pPr>
        <w:numPr>
          <w:ilvl w:val="0"/>
          <w:numId w:val="241"/>
        </w:numPr>
        <w:spacing w:before="100" w:beforeAutospacing="1" w:after="100" w:afterAutospacing="1" w:line="240" w:lineRule="auto"/>
      </w:pPr>
      <w:r w:rsidRPr="00906869">
        <w:t xml:space="preserve">age; </w:t>
      </w:r>
    </w:p>
    <w:p w14:paraId="09ED72FE" w14:textId="77777777" w:rsidR="00906869" w:rsidRPr="00906869" w:rsidRDefault="00906869" w:rsidP="00906869">
      <w:pPr>
        <w:numPr>
          <w:ilvl w:val="0"/>
          <w:numId w:val="241"/>
        </w:numPr>
        <w:spacing w:before="100" w:beforeAutospacing="1" w:after="100" w:afterAutospacing="1" w:line="240" w:lineRule="auto"/>
      </w:pPr>
      <w:r w:rsidRPr="00906869">
        <w:t xml:space="preserve">gender; </w:t>
      </w:r>
    </w:p>
    <w:p w14:paraId="75612907" w14:textId="77777777" w:rsidR="00906869" w:rsidRPr="00906869" w:rsidRDefault="00906869" w:rsidP="00906869">
      <w:pPr>
        <w:numPr>
          <w:ilvl w:val="0"/>
          <w:numId w:val="241"/>
        </w:numPr>
        <w:spacing w:before="100" w:beforeAutospacing="1" w:after="100" w:afterAutospacing="1" w:line="240" w:lineRule="auto"/>
      </w:pPr>
      <w:r w:rsidRPr="00906869">
        <w:t xml:space="preserve">disability; </w:t>
      </w:r>
    </w:p>
    <w:p w14:paraId="2B6FD892" w14:textId="77777777" w:rsidR="00906869" w:rsidRPr="00906869" w:rsidRDefault="00906869" w:rsidP="00906869">
      <w:pPr>
        <w:numPr>
          <w:ilvl w:val="0"/>
          <w:numId w:val="241"/>
        </w:numPr>
        <w:spacing w:before="100" w:beforeAutospacing="1" w:after="100" w:afterAutospacing="1" w:line="240" w:lineRule="auto"/>
      </w:pPr>
      <w:r w:rsidRPr="00906869">
        <w:t xml:space="preserve">ethnicity; </w:t>
      </w:r>
    </w:p>
    <w:p w14:paraId="7CD42995" w14:textId="77777777" w:rsidR="00906869" w:rsidRPr="00906869" w:rsidRDefault="00906869" w:rsidP="00906869">
      <w:pPr>
        <w:numPr>
          <w:ilvl w:val="0"/>
          <w:numId w:val="241"/>
        </w:numPr>
        <w:spacing w:before="100" w:beforeAutospacing="1" w:after="100" w:afterAutospacing="1" w:line="240" w:lineRule="auto"/>
      </w:pPr>
      <w:r w:rsidRPr="00906869">
        <w:t xml:space="preserve">race; </w:t>
      </w:r>
    </w:p>
    <w:p w14:paraId="724C4372" w14:textId="77777777" w:rsidR="00906869" w:rsidRPr="00906869" w:rsidRDefault="00906869" w:rsidP="00906869">
      <w:pPr>
        <w:numPr>
          <w:ilvl w:val="0"/>
          <w:numId w:val="241"/>
        </w:numPr>
        <w:spacing w:before="100" w:beforeAutospacing="1" w:after="100" w:afterAutospacing="1" w:line="240" w:lineRule="auto"/>
      </w:pPr>
      <w:r w:rsidRPr="00906869">
        <w:t xml:space="preserve">religion or belief; </w:t>
      </w:r>
    </w:p>
    <w:p w14:paraId="72C4523D" w14:textId="77777777" w:rsidR="00906869" w:rsidRPr="00906869" w:rsidRDefault="00906869" w:rsidP="00906869">
      <w:pPr>
        <w:numPr>
          <w:ilvl w:val="0"/>
          <w:numId w:val="241"/>
        </w:numPr>
        <w:spacing w:before="100" w:beforeAutospacing="1" w:after="100" w:afterAutospacing="1" w:line="240" w:lineRule="auto"/>
      </w:pPr>
      <w:r w:rsidRPr="00906869">
        <w:t xml:space="preserve">sexual orientation; or </w:t>
      </w:r>
    </w:p>
    <w:p w14:paraId="7093E8AA" w14:textId="77777777" w:rsidR="00906869" w:rsidRPr="00906869" w:rsidRDefault="00906869" w:rsidP="00906869">
      <w:pPr>
        <w:numPr>
          <w:ilvl w:val="0"/>
          <w:numId w:val="241"/>
        </w:numPr>
        <w:spacing w:before="100" w:beforeAutospacing="1" w:after="100" w:afterAutospacing="1" w:line="240" w:lineRule="auto"/>
      </w:pPr>
      <w:r w:rsidRPr="00906869">
        <w:t xml:space="preserve">sporting ability. </w:t>
      </w:r>
    </w:p>
    <w:p w14:paraId="7551C15C"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Respect includes listening to others, valuing different perspectives and communicating in a polite and considerate manner.</w:t>
      </w:r>
    </w:p>
    <w:p w14:paraId="5C73CD26" w14:textId="77777777" w:rsidR="00906869" w:rsidRPr="00906869" w:rsidRDefault="00000000" w:rsidP="00906869">
      <w:r>
        <w:pict w14:anchorId="4D51AC8B">
          <v:rect id="_x0000_i1036" style="width:0;height:1.5pt" o:hralign="center" o:hrstd="t" o:hr="t" fillcolor="#a0a0a0" stroked="f"/>
        </w:pict>
      </w:r>
    </w:p>
    <w:p w14:paraId="619205D7" w14:textId="77777777" w:rsidR="00906869" w:rsidRPr="00906869" w:rsidRDefault="00906869" w:rsidP="00906869">
      <w:pPr>
        <w:pStyle w:val="Heading2"/>
        <w:rPr>
          <w:rFonts w:asciiTheme="minorHAnsi" w:hAnsiTheme="minorHAnsi"/>
          <w:sz w:val="22"/>
          <w:szCs w:val="22"/>
        </w:rPr>
      </w:pPr>
      <w:bookmarkStart w:id="14" w:name="_Toc237248447"/>
      <w:r w:rsidRPr="00906869">
        <w:rPr>
          <w:rFonts w:asciiTheme="minorHAnsi" w:hAnsiTheme="minorHAnsi"/>
          <w:sz w:val="22"/>
          <w:szCs w:val="22"/>
        </w:rPr>
        <w:t>3.2 Integrity</w:t>
      </w:r>
      <w:bookmarkEnd w:id="14"/>
    </w:p>
    <w:p w14:paraId="39F6FD8B"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We encourage honesty, fairness and accountability in everything we do.</w:t>
      </w:r>
    </w:p>
    <w:p w14:paraId="5369A1AD"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Users should:</w:t>
      </w:r>
    </w:p>
    <w:p w14:paraId="166C3E12" w14:textId="77777777" w:rsidR="00906869" w:rsidRPr="00906869" w:rsidRDefault="00906869" w:rsidP="00906869">
      <w:pPr>
        <w:numPr>
          <w:ilvl w:val="0"/>
          <w:numId w:val="242"/>
        </w:numPr>
        <w:spacing w:before="100" w:beforeAutospacing="1" w:after="100" w:afterAutospacing="1" w:line="240" w:lineRule="auto"/>
      </w:pPr>
      <w:r w:rsidRPr="00906869">
        <w:t xml:space="preserve">communicate truthfully; </w:t>
      </w:r>
    </w:p>
    <w:p w14:paraId="5195F24F" w14:textId="77777777" w:rsidR="00906869" w:rsidRPr="00906869" w:rsidRDefault="00906869" w:rsidP="00906869">
      <w:pPr>
        <w:numPr>
          <w:ilvl w:val="0"/>
          <w:numId w:val="242"/>
        </w:numPr>
        <w:spacing w:before="100" w:beforeAutospacing="1" w:after="100" w:afterAutospacing="1" w:line="240" w:lineRule="auto"/>
      </w:pPr>
      <w:r w:rsidRPr="00906869">
        <w:t xml:space="preserve">provide accurate information; </w:t>
      </w:r>
    </w:p>
    <w:p w14:paraId="007D9C44" w14:textId="77777777" w:rsidR="00906869" w:rsidRPr="00906869" w:rsidRDefault="00906869" w:rsidP="00906869">
      <w:pPr>
        <w:numPr>
          <w:ilvl w:val="0"/>
          <w:numId w:val="242"/>
        </w:numPr>
        <w:spacing w:before="100" w:beforeAutospacing="1" w:after="100" w:afterAutospacing="1" w:line="240" w:lineRule="auto"/>
      </w:pPr>
      <w:r w:rsidRPr="00906869">
        <w:t xml:space="preserve">honour their commitments; </w:t>
      </w:r>
    </w:p>
    <w:p w14:paraId="6DE08ED4" w14:textId="77777777" w:rsidR="00906869" w:rsidRPr="00906869" w:rsidRDefault="00906869" w:rsidP="00906869">
      <w:pPr>
        <w:numPr>
          <w:ilvl w:val="0"/>
          <w:numId w:val="242"/>
        </w:numPr>
        <w:spacing w:before="100" w:beforeAutospacing="1" w:after="100" w:afterAutospacing="1" w:line="240" w:lineRule="auto"/>
      </w:pPr>
      <w:r w:rsidRPr="00906869">
        <w:t xml:space="preserve">act ethically; and </w:t>
      </w:r>
    </w:p>
    <w:p w14:paraId="5AD448B6" w14:textId="77777777" w:rsidR="00906869" w:rsidRPr="00906869" w:rsidRDefault="00906869" w:rsidP="00906869">
      <w:pPr>
        <w:numPr>
          <w:ilvl w:val="0"/>
          <w:numId w:val="242"/>
        </w:numPr>
        <w:spacing w:before="100" w:beforeAutospacing="1" w:after="100" w:afterAutospacing="1" w:line="240" w:lineRule="auto"/>
      </w:pPr>
      <w:r w:rsidRPr="00906869">
        <w:t xml:space="preserve">take responsibility for their actions. </w:t>
      </w:r>
    </w:p>
    <w:p w14:paraId="1CF65080"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Integrity helps build trust between coaches, participants and the wider community.</w:t>
      </w:r>
    </w:p>
    <w:p w14:paraId="307B04EF" w14:textId="77777777" w:rsidR="00906869" w:rsidRPr="00906869" w:rsidRDefault="00000000" w:rsidP="00906869">
      <w:r>
        <w:pict w14:anchorId="51553F8A">
          <v:rect id="_x0000_i1037" style="width:0;height:1.5pt" o:hralign="center" o:hrstd="t" o:hr="t" fillcolor="#a0a0a0" stroked="f"/>
        </w:pict>
      </w:r>
    </w:p>
    <w:p w14:paraId="7A7914C5" w14:textId="77777777" w:rsidR="00906869" w:rsidRPr="00906869" w:rsidRDefault="00906869" w:rsidP="00906869">
      <w:pPr>
        <w:pStyle w:val="Heading2"/>
        <w:rPr>
          <w:rFonts w:asciiTheme="minorHAnsi" w:hAnsiTheme="minorHAnsi"/>
          <w:sz w:val="22"/>
          <w:szCs w:val="22"/>
        </w:rPr>
      </w:pPr>
      <w:bookmarkStart w:id="15" w:name="_Toc237248448"/>
      <w:r w:rsidRPr="00906869">
        <w:rPr>
          <w:rFonts w:asciiTheme="minorHAnsi" w:hAnsiTheme="minorHAnsi"/>
          <w:sz w:val="22"/>
          <w:szCs w:val="22"/>
        </w:rPr>
        <w:lastRenderedPageBreak/>
        <w:t>3.3 Professionalism</w:t>
      </w:r>
      <w:bookmarkEnd w:id="15"/>
    </w:p>
    <w:p w14:paraId="121EC281"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We expect users to behave professionally whenever they interact through the My Sports Coach platform.</w:t>
      </w:r>
    </w:p>
    <w:p w14:paraId="411888EF"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Professionalism includes:</w:t>
      </w:r>
    </w:p>
    <w:p w14:paraId="654A09E5" w14:textId="77777777" w:rsidR="00906869" w:rsidRPr="00906869" w:rsidRDefault="00906869" w:rsidP="00906869">
      <w:pPr>
        <w:numPr>
          <w:ilvl w:val="0"/>
          <w:numId w:val="243"/>
        </w:numPr>
        <w:spacing w:before="100" w:beforeAutospacing="1" w:after="100" w:afterAutospacing="1" w:line="240" w:lineRule="auto"/>
      </w:pPr>
      <w:r w:rsidRPr="00906869">
        <w:t xml:space="preserve">being reliable; </w:t>
      </w:r>
    </w:p>
    <w:p w14:paraId="646A848F" w14:textId="77777777" w:rsidR="00906869" w:rsidRPr="00906869" w:rsidRDefault="00906869" w:rsidP="00906869">
      <w:pPr>
        <w:numPr>
          <w:ilvl w:val="0"/>
          <w:numId w:val="243"/>
        </w:numPr>
        <w:spacing w:before="100" w:beforeAutospacing="1" w:after="100" w:afterAutospacing="1" w:line="240" w:lineRule="auto"/>
      </w:pPr>
      <w:r w:rsidRPr="00906869">
        <w:t xml:space="preserve">communicating clearly; </w:t>
      </w:r>
    </w:p>
    <w:p w14:paraId="656C5124" w14:textId="77777777" w:rsidR="00906869" w:rsidRPr="00906869" w:rsidRDefault="00906869" w:rsidP="00906869">
      <w:pPr>
        <w:numPr>
          <w:ilvl w:val="0"/>
          <w:numId w:val="243"/>
        </w:numPr>
        <w:spacing w:before="100" w:beforeAutospacing="1" w:after="100" w:afterAutospacing="1" w:line="240" w:lineRule="auto"/>
      </w:pPr>
      <w:r w:rsidRPr="00906869">
        <w:t xml:space="preserve">arriving prepared; </w:t>
      </w:r>
    </w:p>
    <w:p w14:paraId="0771C133" w14:textId="77777777" w:rsidR="00906869" w:rsidRPr="00906869" w:rsidRDefault="00906869" w:rsidP="00906869">
      <w:pPr>
        <w:numPr>
          <w:ilvl w:val="0"/>
          <w:numId w:val="243"/>
        </w:numPr>
        <w:spacing w:before="100" w:beforeAutospacing="1" w:after="100" w:afterAutospacing="1" w:line="240" w:lineRule="auto"/>
      </w:pPr>
      <w:r w:rsidRPr="00906869">
        <w:t xml:space="preserve">treating others courteously; </w:t>
      </w:r>
    </w:p>
    <w:p w14:paraId="320D8351" w14:textId="77777777" w:rsidR="00906869" w:rsidRPr="00906869" w:rsidRDefault="00906869" w:rsidP="00906869">
      <w:pPr>
        <w:numPr>
          <w:ilvl w:val="0"/>
          <w:numId w:val="243"/>
        </w:numPr>
        <w:spacing w:before="100" w:beforeAutospacing="1" w:after="100" w:afterAutospacing="1" w:line="240" w:lineRule="auto"/>
      </w:pPr>
      <w:r w:rsidRPr="00906869">
        <w:t xml:space="preserve">respecting agreed arrangements; and </w:t>
      </w:r>
    </w:p>
    <w:p w14:paraId="4B738055" w14:textId="77777777" w:rsidR="00906869" w:rsidRPr="00906869" w:rsidRDefault="00906869" w:rsidP="00906869">
      <w:pPr>
        <w:numPr>
          <w:ilvl w:val="0"/>
          <w:numId w:val="243"/>
        </w:numPr>
        <w:spacing w:before="100" w:beforeAutospacing="1" w:after="100" w:afterAutospacing="1" w:line="240" w:lineRule="auto"/>
      </w:pPr>
      <w:r w:rsidRPr="00906869">
        <w:t xml:space="preserve">acting in a manner that reflects positively on the sporting community. </w:t>
      </w:r>
    </w:p>
    <w:p w14:paraId="290F28C7"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Professional behaviour benefits everyone using the platform.</w:t>
      </w:r>
    </w:p>
    <w:p w14:paraId="459C2359" w14:textId="77777777" w:rsidR="00906869" w:rsidRPr="00906869" w:rsidRDefault="00000000" w:rsidP="00906869">
      <w:r>
        <w:pict w14:anchorId="4E737250">
          <v:rect id="_x0000_i1038" style="width:0;height:1.5pt" o:hralign="center" o:hrstd="t" o:hr="t" fillcolor="#a0a0a0" stroked="f"/>
        </w:pict>
      </w:r>
    </w:p>
    <w:p w14:paraId="1204EAFF" w14:textId="77777777" w:rsidR="00906869" w:rsidRPr="00906869" w:rsidRDefault="00906869" w:rsidP="00906869">
      <w:pPr>
        <w:pStyle w:val="Heading2"/>
        <w:rPr>
          <w:rFonts w:asciiTheme="minorHAnsi" w:hAnsiTheme="minorHAnsi"/>
          <w:sz w:val="22"/>
          <w:szCs w:val="22"/>
        </w:rPr>
      </w:pPr>
      <w:bookmarkStart w:id="16" w:name="_Toc237248449"/>
      <w:r w:rsidRPr="00906869">
        <w:rPr>
          <w:rFonts w:asciiTheme="minorHAnsi" w:hAnsiTheme="minorHAnsi"/>
          <w:sz w:val="22"/>
          <w:szCs w:val="22"/>
        </w:rPr>
        <w:t>3.4 Inclusion</w:t>
      </w:r>
      <w:bookmarkEnd w:id="16"/>
    </w:p>
    <w:p w14:paraId="61B7EE0F"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Sport should be welcoming and accessible to everyone.</w:t>
      </w:r>
    </w:p>
    <w:p w14:paraId="6834A2D8"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My Sports Coach promotes an inclusive community where individuals are encouraged to participate without fear of discrimination, bullying or exclusion.</w:t>
      </w:r>
    </w:p>
    <w:p w14:paraId="465819CD"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We celebrate diversity and encourage users to create environments where everyone has the opportunity to enjoy sport and reach their potential.</w:t>
      </w:r>
    </w:p>
    <w:p w14:paraId="3CE2A570" w14:textId="77777777" w:rsidR="00906869" w:rsidRPr="00906869" w:rsidRDefault="00000000" w:rsidP="00906869">
      <w:r>
        <w:pict w14:anchorId="3DF55775">
          <v:rect id="_x0000_i1039" style="width:0;height:1.5pt" o:hralign="center" o:hrstd="t" o:hr="t" fillcolor="#a0a0a0" stroked="f"/>
        </w:pict>
      </w:r>
    </w:p>
    <w:p w14:paraId="5DF19CF7" w14:textId="77777777" w:rsidR="00906869" w:rsidRPr="00906869" w:rsidRDefault="00906869" w:rsidP="00906869">
      <w:pPr>
        <w:pStyle w:val="Heading2"/>
        <w:rPr>
          <w:rFonts w:asciiTheme="minorHAnsi" w:hAnsiTheme="minorHAnsi"/>
          <w:sz w:val="22"/>
          <w:szCs w:val="22"/>
        </w:rPr>
      </w:pPr>
      <w:bookmarkStart w:id="17" w:name="_Toc237248450"/>
      <w:r w:rsidRPr="00906869">
        <w:rPr>
          <w:rFonts w:asciiTheme="minorHAnsi" w:hAnsiTheme="minorHAnsi"/>
          <w:sz w:val="22"/>
          <w:szCs w:val="22"/>
        </w:rPr>
        <w:t>3.5 Safety</w:t>
      </w:r>
      <w:bookmarkEnd w:id="17"/>
    </w:p>
    <w:p w14:paraId="191FA36C"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The wellbeing of our community is fundamental.</w:t>
      </w:r>
    </w:p>
    <w:p w14:paraId="6DCD2B17"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All users share responsibility for helping to create environments that are physically, emotionally and digitally safe.</w:t>
      </w:r>
    </w:p>
    <w:p w14:paraId="72FB0EC8"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This includes:</w:t>
      </w:r>
    </w:p>
    <w:p w14:paraId="2473118F" w14:textId="77777777" w:rsidR="00906869" w:rsidRPr="00906869" w:rsidRDefault="00906869" w:rsidP="00906869">
      <w:pPr>
        <w:numPr>
          <w:ilvl w:val="0"/>
          <w:numId w:val="244"/>
        </w:numPr>
        <w:spacing w:before="100" w:beforeAutospacing="1" w:after="100" w:afterAutospacing="1" w:line="240" w:lineRule="auto"/>
      </w:pPr>
      <w:r w:rsidRPr="00906869">
        <w:t xml:space="preserve">following safeguarding principles; </w:t>
      </w:r>
    </w:p>
    <w:p w14:paraId="6D755B03" w14:textId="77777777" w:rsidR="00906869" w:rsidRPr="00906869" w:rsidRDefault="00906869" w:rsidP="00906869">
      <w:pPr>
        <w:numPr>
          <w:ilvl w:val="0"/>
          <w:numId w:val="244"/>
        </w:numPr>
        <w:spacing w:before="100" w:beforeAutospacing="1" w:after="100" w:afterAutospacing="1" w:line="240" w:lineRule="auto"/>
      </w:pPr>
      <w:r w:rsidRPr="00906869">
        <w:t xml:space="preserve">respecting personal boundaries; </w:t>
      </w:r>
    </w:p>
    <w:p w14:paraId="4A31678B" w14:textId="77777777" w:rsidR="00906869" w:rsidRPr="00906869" w:rsidRDefault="00906869" w:rsidP="00906869">
      <w:pPr>
        <w:numPr>
          <w:ilvl w:val="0"/>
          <w:numId w:val="244"/>
        </w:numPr>
        <w:spacing w:before="100" w:beforeAutospacing="1" w:after="100" w:afterAutospacing="1" w:line="240" w:lineRule="auto"/>
      </w:pPr>
      <w:r w:rsidRPr="00906869">
        <w:t xml:space="preserve">reporting concerns where appropriate; and </w:t>
      </w:r>
    </w:p>
    <w:p w14:paraId="645E173C" w14:textId="77777777" w:rsidR="00906869" w:rsidRPr="00906869" w:rsidRDefault="00906869" w:rsidP="00906869">
      <w:pPr>
        <w:numPr>
          <w:ilvl w:val="0"/>
          <w:numId w:val="244"/>
        </w:numPr>
        <w:spacing w:before="100" w:beforeAutospacing="1" w:after="100" w:afterAutospacing="1" w:line="240" w:lineRule="auto"/>
      </w:pPr>
      <w:r w:rsidRPr="00906869">
        <w:t xml:space="preserve">supporting a culture in which everyone feels secure and respected. </w:t>
      </w:r>
    </w:p>
    <w:p w14:paraId="08AE4D8A"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Safety should always take priority over convenience or competition.</w:t>
      </w:r>
    </w:p>
    <w:p w14:paraId="21E15A76" w14:textId="77777777" w:rsidR="00906869" w:rsidRPr="00906869" w:rsidRDefault="00000000" w:rsidP="00906869">
      <w:r>
        <w:pict w14:anchorId="0828E8AB">
          <v:rect id="_x0000_i1040" style="width:0;height:1.5pt" o:hralign="center" o:hrstd="t" o:hr="t" fillcolor="#a0a0a0" stroked="f"/>
        </w:pict>
      </w:r>
    </w:p>
    <w:p w14:paraId="5D58249A" w14:textId="77777777" w:rsidR="00906869" w:rsidRPr="00906869" w:rsidRDefault="00906869" w:rsidP="00906869">
      <w:pPr>
        <w:pStyle w:val="Heading2"/>
        <w:rPr>
          <w:rFonts w:asciiTheme="minorHAnsi" w:hAnsiTheme="minorHAnsi"/>
          <w:sz w:val="22"/>
          <w:szCs w:val="22"/>
        </w:rPr>
      </w:pPr>
      <w:bookmarkStart w:id="18" w:name="_Toc237248451"/>
      <w:r w:rsidRPr="00906869">
        <w:rPr>
          <w:rFonts w:asciiTheme="minorHAnsi" w:hAnsiTheme="minorHAnsi"/>
          <w:sz w:val="22"/>
          <w:szCs w:val="22"/>
        </w:rPr>
        <w:t>3.6 Accountability</w:t>
      </w:r>
      <w:bookmarkEnd w:id="18"/>
    </w:p>
    <w:p w14:paraId="19810994"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Every user is responsible for their own behaviour.</w:t>
      </w:r>
    </w:p>
    <w:p w14:paraId="0659403F"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lastRenderedPageBreak/>
        <w:t>We encourage individuals to:</w:t>
      </w:r>
    </w:p>
    <w:p w14:paraId="29025D52" w14:textId="77777777" w:rsidR="00906869" w:rsidRPr="00906869" w:rsidRDefault="00906869" w:rsidP="00906869">
      <w:pPr>
        <w:numPr>
          <w:ilvl w:val="0"/>
          <w:numId w:val="245"/>
        </w:numPr>
        <w:spacing w:before="100" w:beforeAutospacing="1" w:after="100" w:afterAutospacing="1" w:line="240" w:lineRule="auto"/>
      </w:pPr>
      <w:r w:rsidRPr="00906869">
        <w:t xml:space="preserve">accept responsibility for their actions; </w:t>
      </w:r>
    </w:p>
    <w:p w14:paraId="5AC2E19D" w14:textId="77777777" w:rsidR="00906869" w:rsidRPr="00906869" w:rsidRDefault="00906869" w:rsidP="00906869">
      <w:pPr>
        <w:numPr>
          <w:ilvl w:val="0"/>
          <w:numId w:val="245"/>
        </w:numPr>
        <w:spacing w:before="100" w:beforeAutospacing="1" w:after="100" w:afterAutospacing="1" w:line="240" w:lineRule="auto"/>
      </w:pPr>
      <w:r w:rsidRPr="00906869">
        <w:t xml:space="preserve">learn from mistakes; </w:t>
      </w:r>
    </w:p>
    <w:p w14:paraId="0156212D" w14:textId="77777777" w:rsidR="00906869" w:rsidRPr="00906869" w:rsidRDefault="00906869" w:rsidP="00906869">
      <w:pPr>
        <w:numPr>
          <w:ilvl w:val="0"/>
          <w:numId w:val="245"/>
        </w:numPr>
        <w:spacing w:before="100" w:beforeAutospacing="1" w:after="100" w:afterAutospacing="1" w:line="240" w:lineRule="auto"/>
      </w:pPr>
      <w:r w:rsidRPr="00906869">
        <w:t xml:space="preserve">respond constructively to feedback; and </w:t>
      </w:r>
    </w:p>
    <w:p w14:paraId="6043665B" w14:textId="77777777" w:rsidR="00906869" w:rsidRPr="00906869" w:rsidRDefault="00906869" w:rsidP="00906869">
      <w:pPr>
        <w:numPr>
          <w:ilvl w:val="0"/>
          <w:numId w:val="245"/>
        </w:numPr>
        <w:spacing w:before="100" w:beforeAutospacing="1" w:after="100" w:afterAutospacing="1" w:line="240" w:lineRule="auto"/>
      </w:pPr>
      <w:r w:rsidRPr="00906869">
        <w:t xml:space="preserve">contribute positively to resolving concerns. </w:t>
      </w:r>
    </w:p>
    <w:p w14:paraId="14BA94F1"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A strong community depends upon individuals acting responsibly and respectfully.</w:t>
      </w:r>
    </w:p>
    <w:p w14:paraId="54F0A55C" w14:textId="77777777" w:rsidR="00906869" w:rsidRPr="00906869" w:rsidRDefault="00000000" w:rsidP="00906869">
      <w:r>
        <w:pict w14:anchorId="24728E56">
          <v:rect id="_x0000_i1041" style="width:0;height:1.5pt" o:hralign="center" o:hrstd="t" o:hr="t" fillcolor="#a0a0a0" stroked="f"/>
        </w:pict>
      </w:r>
    </w:p>
    <w:p w14:paraId="2F04A306" w14:textId="77777777" w:rsidR="00906869" w:rsidRPr="00906869" w:rsidRDefault="00906869" w:rsidP="00906869">
      <w:pPr>
        <w:pStyle w:val="Heading2"/>
        <w:rPr>
          <w:rFonts w:asciiTheme="minorHAnsi" w:hAnsiTheme="minorHAnsi"/>
          <w:sz w:val="22"/>
          <w:szCs w:val="22"/>
        </w:rPr>
      </w:pPr>
      <w:bookmarkStart w:id="19" w:name="_Toc237248452"/>
      <w:r w:rsidRPr="00906869">
        <w:rPr>
          <w:rFonts w:asciiTheme="minorHAnsi" w:hAnsiTheme="minorHAnsi"/>
          <w:sz w:val="22"/>
          <w:szCs w:val="22"/>
        </w:rPr>
        <w:t>3.7 Enjoyment of Sport</w:t>
      </w:r>
      <w:bookmarkEnd w:id="19"/>
    </w:p>
    <w:p w14:paraId="5FEEE688"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Sport should be enjoyable, rewarding and inspiring.</w:t>
      </w:r>
    </w:p>
    <w:p w14:paraId="6B0EE8F0"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Whether coaching, learning or supporting others, we encourage users to promote:</w:t>
      </w:r>
    </w:p>
    <w:p w14:paraId="360B30DB" w14:textId="77777777" w:rsidR="00906869" w:rsidRPr="00906869" w:rsidRDefault="00906869" w:rsidP="00906869">
      <w:pPr>
        <w:numPr>
          <w:ilvl w:val="0"/>
          <w:numId w:val="246"/>
        </w:numPr>
        <w:spacing w:before="100" w:beforeAutospacing="1" w:after="100" w:afterAutospacing="1" w:line="240" w:lineRule="auto"/>
      </w:pPr>
      <w:r w:rsidRPr="00906869">
        <w:t xml:space="preserve">enjoyment; </w:t>
      </w:r>
    </w:p>
    <w:p w14:paraId="665E0A29" w14:textId="77777777" w:rsidR="00906869" w:rsidRPr="00906869" w:rsidRDefault="00906869" w:rsidP="00906869">
      <w:pPr>
        <w:numPr>
          <w:ilvl w:val="0"/>
          <w:numId w:val="246"/>
        </w:numPr>
        <w:spacing w:before="100" w:beforeAutospacing="1" w:after="100" w:afterAutospacing="1" w:line="240" w:lineRule="auto"/>
      </w:pPr>
      <w:r w:rsidRPr="00906869">
        <w:t xml:space="preserve">participation; </w:t>
      </w:r>
    </w:p>
    <w:p w14:paraId="40B8C779" w14:textId="77777777" w:rsidR="00906869" w:rsidRPr="00906869" w:rsidRDefault="00906869" w:rsidP="00906869">
      <w:pPr>
        <w:numPr>
          <w:ilvl w:val="0"/>
          <w:numId w:val="246"/>
        </w:numPr>
        <w:spacing w:before="100" w:beforeAutospacing="1" w:after="100" w:afterAutospacing="1" w:line="240" w:lineRule="auto"/>
      </w:pPr>
      <w:r w:rsidRPr="00906869">
        <w:t xml:space="preserve">personal development; </w:t>
      </w:r>
    </w:p>
    <w:p w14:paraId="0BC93B1C" w14:textId="77777777" w:rsidR="00906869" w:rsidRPr="00906869" w:rsidRDefault="00906869" w:rsidP="00906869">
      <w:pPr>
        <w:numPr>
          <w:ilvl w:val="0"/>
          <w:numId w:val="246"/>
        </w:numPr>
        <w:spacing w:before="100" w:beforeAutospacing="1" w:after="100" w:afterAutospacing="1" w:line="240" w:lineRule="auto"/>
      </w:pPr>
      <w:r w:rsidRPr="00906869">
        <w:t xml:space="preserve">teamwork; </w:t>
      </w:r>
    </w:p>
    <w:p w14:paraId="41ED65F5" w14:textId="77777777" w:rsidR="00906869" w:rsidRPr="00906869" w:rsidRDefault="00906869" w:rsidP="00906869">
      <w:pPr>
        <w:numPr>
          <w:ilvl w:val="0"/>
          <w:numId w:val="246"/>
        </w:numPr>
        <w:spacing w:before="100" w:beforeAutospacing="1" w:after="100" w:afterAutospacing="1" w:line="240" w:lineRule="auto"/>
      </w:pPr>
      <w:r w:rsidRPr="00906869">
        <w:t xml:space="preserve">sportsmanship; and </w:t>
      </w:r>
    </w:p>
    <w:p w14:paraId="4B6D381A" w14:textId="77777777" w:rsidR="00906869" w:rsidRPr="00906869" w:rsidRDefault="00906869" w:rsidP="00906869">
      <w:pPr>
        <w:numPr>
          <w:ilvl w:val="0"/>
          <w:numId w:val="246"/>
        </w:numPr>
        <w:spacing w:before="100" w:beforeAutospacing="1" w:after="100" w:afterAutospacing="1" w:line="240" w:lineRule="auto"/>
      </w:pPr>
      <w:r w:rsidRPr="00906869">
        <w:t xml:space="preserve">lifelong involvement in physical activity. </w:t>
      </w:r>
    </w:p>
    <w:p w14:paraId="380E1DF4"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Positive sporting experiences benefit individuals, families and communities alike.</w:t>
      </w:r>
    </w:p>
    <w:p w14:paraId="109FF1AF" w14:textId="77777777" w:rsidR="00906869" w:rsidRPr="00906869" w:rsidRDefault="00000000" w:rsidP="00906869">
      <w:r>
        <w:pict w14:anchorId="59CB4525">
          <v:rect id="_x0000_i1042" style="width:0;height:1.5pt" o:hralign="center" o:hrstd="t" o:hr="t" fillcolor="#a0a0a0" stroked="f"/>
        </w:pict>
      </w:r>
    </w:p>
    <w:p w14:paraId="63078A75" w14:textId="77777777" w:rsidR="00906869" w:rsidRPr="00906869" w:rsidRDefault="00906869" w:rsidP="00906869">
      <w:pPr>
        <w:pStyle w:val="Heading2"/>
        <w:rPr>
          <w:rFonts w:asciiTheme="minorHAnsi" w:hAnsiTheme="minorHAnsi"/>
          <w:sz w:val="22"/>
          <w:szCs w:val="22"/>
        </w:rPr>
      </w:pPr>
      <w:bookmarkStart w:id="20" w:name="_Toc237248453"/>
      <w:r w:rsidRPr="00906869">
        <w:rPr>
          <w:rFonts w:asciiTheme="minorHAnsi" w:hAnsiTheme="minorHAnsi"/>
          <w:sz w:val="22"/>
          <w:szCs w:val="22"/>
        </w:rPr>
        <w:t>3.8 Working Together</w:t>
      </w:r>
      <w:bookmarkEnd w:id="20"/>
    </w:p>
    <w:p w14:paraId="33579A13"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Creating a positive community is a shared responsibility.</w:t>
      </w:r>
    </w:p>
    <w:p w14:paraId="42BE9023"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By working together, coaches, participants, parents, guardians, clubs and organisations can help maintain a platform that is welcoming, trustworthy and supportive.</w:t>
      </w:r>
    </w:p>
    <w:p w14:paraId="23AC6243"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Small acts of kindness, respect and professionalism contribute to a stronger community for everyone.</w:t>
      </w:r>
    </w:p>
    <w:p w14:paraId="27426C1F" w14:textId="77777777" w:rsidR="00906869" w:rsidRPr="00906869" w:rsidRDefault="00000000" w:rsidP="00906869">
      <w:r>
        <w:pict w14:anchorId="6628765A">
          <v:rect id="_x0000_i1043" style="width:0;height:1.5pt" o:hralign="center" o:hrstd="t" o:hr="t" fillcolor="#a0a0a0" stroked="f"/>
        </w:pict>
      </w:r>
    </w:p>
    <w:p w14:paraId="3A3ABB8D" w14:textId="77777777" w:rsidR="00906869" w:rsidRPr="00906869" w:rsidRDefault="00906869" w:rsidP="00906869">
      <w:pPr>
        <w:pStyle w:val="Heading2"/>
        <w:rPr>
          <w:rFonts w:asciiTheme="minorHAnsi" w:hAnsiTheme="minorHAnsi"/>
          <w:sz w:val="22"/>
          <w:szCs w:val="22"/>
        </w:rPr>
      </w:pPr>
      <w:bookmarkStart w:id="21" w:name="_Toc237248454"/>
      <w:r w:rsidRPr="00906869">
        <w:rPr>
          <w:rFonts w:asciiTheme="minorHAnsi" w:hAnsiTheme="minorHAnsi"/>
          <w:sz w:val="22"/>
          <w:szCs w:val="22"/>
        </w:rPr>
        <w:t>3.9 Living Our Values</w:t>
      </w:r>
      <w:bookmarkEnd w:id="21"/>
    </w:p>
    <w:p w14:paraId="7A39E557"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These values are intended to guide everyday behaviour rather than simply define rules.</w:t>
      </w:r>
    </w:p>
    <w:p w14:paraId="1A2021A2"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Users are encouraged to consider how their actions affect others and to make choices that reflect the spirit of these Community Guidelines.</w:t>
      </w:r>
    </w:p>
    <w:p w14:paraId="5DB71466"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By living these values, every member of the My Sports Coach community helps strengthen the platform and the wider sporting environment.</w:t>
      </w:r>
    </w:p>
    <w:p w14:paraId="53967102" w14:textId="77777777" w:rsidR="00906869" w:rsidRPr="00906869" w:rsidRDefault="00000000" w:rsidP="00906869">
      <w:r>
        <w:pict w14:anchorId="395159B3">
          <v:rect id="_x0000_i1044" style="width:0;height:1.5pt" o:hralign="center" o:hrstd="t" o:hr="t" fillcolor="#a0a0a0" stroked="f"/>
        </w:pict>
      </w:r>
    </w:p>
    <w:p w14:paraId="4D7A3F67" w14:textId="77777777" w:rsidR="00906869" w:rsidRPr="00906869" w:rsidRDefault="00906869" w:rsidP="00906869">
      <w:pPr>
        <w:pStyle w:val="Heading2"/>
        <w:rPr>
          <w:rFonts w:asciiTheme="minorHAnsi" w:hAnsiTheme="minorHAnsi"/>
          <w:sz w:val="22"/>
          <w:szCs w:val="22"/>
        </w:rPr>
      </w:pPr>
      <w:bookmarkStart w:id="22" w:name="_Toc237248455"/>
      <w:r w:rsidRPr="00906869">
        <w:rPr>
          <w:rFonts w:asciiTheme="minorHAnsi" w:hAnsiTheme="minorHAnsi"/>
          <w:sz w:val="22"/>
          <w:szCs w:val="22"/>
        </w:rPr>
        <w:lastRenderedPageBreak/>
        <w:t>3.10 Our Commitment</w:t>
      </w:r>
      <w:bookmarkEnd w:id="22"/>
    </w:p>
    <w:p w14:paraId="65DF3EEA"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My Sports Coach is committed to promoting a community built on respect, integrity, professionalism, inclusion, safety and accountability.</w:t>
      </w:r>
    </w:p>
    <w:p w14:paraId="407D7172"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These values underpin our platform, our policies and the way we seek to support coaches, participants and organisations across the United Kingdom.</w:t>
      </w:r>
    </w:p>
    <w:p w14:paraId="27760579"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Together, we can build a community where sport brings people together, inspires personal growth and creates positive experiences for everyone.</w:t>
      </w:r>
    </w:p>
    <w:p w14:paraId="0E5F546A" w14:textId="77777777" w:rsidR="00906869" w:rsidRPr="00906869" w:rsidRDefault="00906869" w:rsidP="00906869">
      <w:pPr>
        <w:pStyle w:val="Heading1"/>
        <w:rPr>
          <w:rFonts w:asciiTheme="minorHAnsi" w:hAnsiTheme="minorHAnsi"/>
        </w:rPr>
      </w:pPr>
      <w:bookmarkStart w:id="23" w:name="_Toc237248456"/>
      <w:r w:rsidRPr="00906869">
        <w:rPr>
          <w:rFonts w:asciiTheme="minorHAnsi" w:hAnsiTheme="minorHAnsi"/>
        </w:rPr>
        <w:t>4. Expected Behaviour</w:t>
      </w:r>
      <w:bookmarkEnd w:id="23"/>
    </w:p>
    <w:p w14:paraId="7A3614F6"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Every member of the My Sports Coach community plays a role in creating a positive, welcoming and professional environment.</w:t>
      </w:r>
    </w:p>
    <w:p w14:paraId="07CF12E3"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We encourage all users to act with honesty, respect and consideration whenever they use the platform or interact with others through coaching activities arranged using My Sports Coach.</w:t>
      </w:r>
    </w:p>
    <w:p w14:paraId="2E144923"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The following standards represent the behaviours we expect from everyone using our platform.</w:t>
      </w:r>
    </w:p>
    <w:p w14:paraId="5B467FCE" w14:textId="77777777" w:rsidR="00906869" w:rsidRPr="00906869" w:rsidRDefault="00000000" w:rsidP="00906869">
      <w:r>
        <w:pict w14:anchorId="3955F7FE">
          <v:rect id="_x0000_i1045" style="width:0;height:1.5pt" o:hralign="center" o:hrstd="t" o:hr="t" fillcolor="#a0a0a0" stroked="f"/>
        </w:pict>
      </w:r>
    </w:p>
    <w:p w14:paraId="3AA1F59A" w14:textId="77777777" w:rsidR="00906869" w:rsidRPr="00906869" w:rsidRDefault="00906869" w:rsidP="00906869">
      <w:pPr>
        <w:pStyle w:val="Heading2"/>
        <w:rPr>
          <w:rFonts w:asciiTheme="minorHAnsi" w:hAnsiTheme="minorHAnsi"/>
          <w:sz w:val="22"/>
          <w:szCs w:val="22"/>
        </w:rPr>
      </w:pPr>
      <w:bookmarkStart w:id="24" w:name="_Toc237248457"/>
      <w:r w:rsidRPr="00906869">
        <w:rPr>
          <w:rFonts w:asciiTheme="minorHAnsi" w:hAnsiTheme="minorHAnsi"/>
          <w:sz w:val="22"/>
          <w:szCs w:val="22"/>
        </w:rPr>
        <w:t>4.1 Treat Others with Respect</w:t>
      </w:r>
      <w:bookmarkEnd w:id="24"/>
    </w:p>
    <w:p w14:paraId="7257E0C5"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Treat every individual with courtesy, dignity and respect.</w:t>
      </w:r>
    </w:p>
    <w:p w14:paraId="3056DEE0"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Users should:</w:t>
      </w:r>
    </w:p>
    <w:p w14:paraId="0FB11437" w14:textId="77777777" w:rsidR="00906869" w:rsidRPr="00906869" w:rsidRDefault="00906869" w:rsidP="00906869">
      <w:pPr>
        <w:numPr>
          <w:ilvl w:val="0"/>
          <w:numId w:val="247"/>
        </w:numPr>
        <w:spacing w:before="100" w:beforeAutospacing="1" w:after="100" w:afterAutospacing="1" w:line="240" w:lineRule="auto"/>
      </w:pPr>
      <w:r w:rsidRPr="00906869">
        <w:t xml:space="preserve">communicate politely; </w:t>
      </w:r>
    </w:p>
    <w:p w14:paraId="1761377B" w14:textId="77777777" w:rsidR="00906869" w:rsidRPr="00906869" w:rsidRDefault="00906869" w:rsidP="00906869">
      <w:pPr>
        <w:numPr>
          <w:ilvl w:val="0"/>
          <w:numId w:val="247"/>
        </w:numPr>
        <w:spacing w:before="100" w:beforeAutospacing="1" w:after="100" w:afterAutospacing="1" w:line="240" w:lineRule="auto"/>
      </w:pPr>
      <w:r w:rsidRPr="00906869">
        <w:t xml:space="preserve">value different opinions; </w:t>
      </w:r>
    </w:p>
    <w:p w14:paraId="079A37B0" w14:textId="77777777" w:rsidR="00906869" w:rsidRPr="00906869" w:rsidRDefault="00906869" w:rsidP="00906869">
      <w:pPr>
        <w:numPr>
          <w:ilvl w:val="0"/>
          <w:numId w:val="247"/>
        </w:numPr>
        <w:spacing w:before="100" w:beforeAutospacing="1" w:after="100" w:afterAutospacing="1" w:line="240" w:lineRule="auto"/>
      </w:pPr>
      <w:r w:rsidRPr="00906869">
        <w:t xml:space="preserve">remain patient and considerate; </w:t>
      </w:r>
    </w:p>
    <w:p w14:paraId="425711C9" w14:textId="77777777" w:rsidR="00906869" w:rsidRPr="00906869" w:rsidRDefault="00906869" w:rsidP="00906869">
      <w:pPr>
        <w:numPr>
          <w:ilvl w:val="0"/>
          <w:numId w:val="247"/>
        </w:numPr>
        <w:spacing w:before="100" w:beforeAutospacing="1" w:after="100" w:afterAutospacing="1" w:line="240" w:lineRule="auto"/>
      </w:pPr>
      <w:r w:rsidRPr="00906869">
        <w:t xml:space="preserve">avoid unnecessary conflict; and </w:t>
      </w:r>
    </w:p>
    <w:p w14:paraId="2152245D" w14:textId="77777777" w:rsidR="00906869" w:rsidRPr="00906869" w:rsidRDefault="00906869" w:rsidP="00906869">
      <w:pPr>
        <w:numPr>
          <w:ilvl w:val="0"/>
          <w:numId w:val="247"/>
        </w:numPr>
        <w:spacing w:before="100" w:beforeAutospacing="1" w:after="100" w:afterAutospacing="1" w:line="240" w:lineRule="auto"/>
      </w:pPr>
      <w:r w:rsidRPr="00906869">
        <w:t xml:space="preserve">recognise that everyone deserves to feel welcome within the community. </w:t>
      </w:r>
    </w:p>
    <w:p w14:paraId="6749BD2E"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Respect should be shown both online and during in-person coaching activities.</w:t>
      </w:r>
    </w:p>
    <w:p w14:paraId="12EB6CCC" w14:textId="77777777" w:rsidR="00906869" w:rsidRPr="00906869" w:rsidRDefault="00000000" w:rsidP="00906869">
      <w:r>
        <w:pict w14:anchorId="32179BBF">
          <v:rect id="_x0000_i1046" style="width:0;height:1.5pt" o:hralign="center" o:hrstd="t" o:hr="t" fillcolor="#a0a0a0" stroked="f"/>
        </w:pict>
      </w:r>
    </w:p>
    <w:p w14:paraId="6CB994D7" w14:textId="77777777" w:rsidR="00906869" w:rsidRPr="00906869" w:rsidRDefault="00906869" w:rsidP="00906869">
      <w:pPr>
        <w:pStyle w:val="Heading2"/>
        <w:rPr>
          <w:rFonts w:asciiTheme="minorHAnsi" w:hAnsiTheme="minorHAnsi"/>
          <w:sz w:val="22"/>
          <w:szCs w:val="22"/>
        </w:rPr>
      </w:pPr>
      <w:bookmarkStart w:id="25" w:name="_Toc237248458"/>
      <w:r w:rsidRPr="00906869">
        <w:rPr>
          <w:rFonts w:asciiTheme="minorHAnsi" w:hAnsiTheme="minorHAnsi"/>
          <w:sz w:val="22"/>
          <w:szCs w:val="22"/>
        </w:rPr>
        <w:t>4.2 Communicate Honestly</w:t>
      </w:r>
      <w:bookmarkEnd w:id="25"/>
    </w:p>
    <w:p w14:paraId="268FE7EE"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Open and honest communication helps build trust.</w:t>
      </w:r>
    </w:p>
    <w:p w14:paraId="79C1579F"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Users are encouraged to:</w:t>
      </w:r>
    </w:p>
    <w:p w14:paraId="094B5784" w14:textId="77777777" w:rsidR="00906869" w:rsidRPr="00906869" w:rsidRDefault="00906869" w:rsidP="00906869">
      <w:pPr>
        <w:numPr>
          <w:ilvl w:val="0"/>
          <w:numId w:val="248"/>
        </w:numPr>
        <w:spacing w:before="100" w:beforeAutospacing="1" w:after="100" w:afterAutospacing="1" w:line="240" w:lineRule="auto"/>
      </w:pPr>
      <w:r w:rsidRPr="00906869">
        <w:t xml:space="preserve">provide accurate information; </w:t>
      </w:r>
    </w:p>
    <w:p w14:paraId="2A691408" w14:textId="77777777" w:rsidR="00906869" w:rsidRPr="00906869" w:rsidRDefault="00906869" w:rsidP="00906869">
      <w:pPr>
        <w:numPr>
          <w:ilvl w:val="0"/>
          <w:numId w:val="248"/>
        </w:numPr>
        <w:spacing w:before="100" w:beforeAutospacing="1" w:after="100" w:afterAutospacing="1" w:line="240" w:lineRule="auto"/>
      </w:pPr>
      <w:r w:rsidRPr="00906869">
        <w:t xml:space="preserve">ask questions where clarification is needed; </w:t>
      </w:r>
    </w:p>
    <w:p w14:paraId="1C324FC6" w14:textId="77777777" w:rsidR="00906869" w:rsidRPr="00906869" w:rsidRDefault="00906869" w:rsidP="00906869">
      <w:pPr>
        <w:numPr>
          <w:ilvl w:val="0"/>
          <w:numId w:val="248"/>
        </w:numPr>
        <w:spacing w:before="100" w:beforeAutospacing="1" w:after="100" w:afterAutospacing="1" w:line="240" w:lineRule="auto"/>
      </w:pPr>
      <w:r w:rsidRPr="00906869">
        <w:t xml:space="preserve">respond honestly; </w:t>
      </w:r>
    </w:p>
    <w:p w14:paraId="512B22BD" w14:textId="77777777" w:rsidR="00906869" w:rsidRPr="00906869" w:rsidRDefault="00906869" w:rsidP="00906869">
      <w:pPr>
        <w:numPr>
          <w:ilvl w:val="0"/>
          <w:numId w:val="248"/>
        </w:numPr>
        <w:spacing w:before="100" w:beforeAutospacing="1" w:after="100" w:afterAutospacing="1" w:line="240" w:lineRule="auto"/>
      </w:pPr>
      <w:r w:rsidRPr="00906869">
        <w:lastRenderedPageBreak/>
        <w:t xml:space="preserve">avoid misleading statements; and </w:t>
      </w:r>
    </w:p>
    <w:p w14:paraId="7EE09542" w14:textId="77777777" w:rsidR="00906869" w:rsidRPr="00906869" w:rsidRDefault="00906869" w:rsidP="00906869">
      <w:pPr>
        <w:numPr>
          <w:ilvl w:val="0"/>
          <w:numId w:val="248"/>
        </w:numPr>
        <w:spacing w:before="100" w:beforeAutospacing="1" w:after="100" w:afterAutospacing="1" w:line="240" w:lineRule="auto"/>
      </w:pPr>
      <w:r w:rsidRPr="00906869">
        <w:t xml:space="preserve">communicate clearly and respectfully. </w:t>
      </w:r>
    </w:p>
    <w:p w14:paraId="08CAF4B3"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Good communication helps prevent misunderstandings and supports positive coaching experiences.</w:t>
      </w:r>
    </w:p>
    <w:p w14:paraId="6D1A23E8" w14:textId="77777777" w:rsidR="00906869" w:rsidRPr="00906869" w:rsidRDefault="00000000" w:rsidP="00906869">
      <w:r>
        <w:pict w14:anchorId="4EBECB5F">
          <v:rect id="_x0000_i1047" style="width:0;height:1.5pt" o:hralign="center" o:hrstd="t" o:hr="t" fillcolor="#a0a0a0" stroked="f"/>
        </w:pict>
      </w:r>
    </w:p>
    <w:p w14:paraId="1EE073EB" w14:textId="77777777" w:rsidR="00906869" w:rsidRPr="00906869" w:rsidRDefault="00906869" w:rsidP="00906869">
      <w:pPr>
        <w:pStyle w:val="Heading2"/>
        <w:rPr>
          <w:rFonts w:asciiTheme="minorHAnsi" w:hAnsiTheme="minorHAnsi"/>
          <w:sz w:val="22"/>
          <w:szCs w:val="22"/>
        </w:rPr>
      </w:pPr>
      <w:bookmarkStart w:id="26" w:name="_Toc237248459"/>
      <w:r w:rsidRPr="00906869">
        <w:rPr>
          <w:rFonts w:asciiTheme="minorHAnsi" w:hAnsiTheme="minorHAnsi"/>
          <w:sz w:val="22"/>
          <w:szCs w:val="22"/>
        </w:rPr>
        <w:t>4.3 Be Reliable</w:t>
      </w:r>
      <w:bookmarkEnd w:id="26"/>
    </w:p>
    <w:p w14:paraId="23CBC2EF"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Reliability is an important part of building trust.</w:t>
      </w:r>
    </w:p>
    <w:p w14:paraId="5B020604"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Users should:</w:t>
      </w:r>
    </w:p>
    <w:p w14:paraId="77ADB452" w14:textId="77777777" w:rsidR="00906869" w:rsidRPr="00906869" w:rsidRDefault="00906869" w:rsidP="00906869">
      <w:pPr>
        <w:numPr>
          <w:ilvl w:val="0"/>
          <w:numId w:val="249"/>
        </w:numPr>
        <w:spacing w:before="100" w:beforeAutospacing="1" w:after="100" w:afterAutospacing="1" w:line="240" w:lineRule="auto"/>
      </w:pPr>
      <w:r w:rsidRPr="00906869">
        <w:t xml:space="preserve">honour agreed bookings where possible; </w:t>
      </w:r>
    </w:p>
    <w:p w14:paraId="5DEBAB11" w14:textId="77777777" w:rsidR="00906869" w:rsidRPr="00906869" w:rsidRDefault="00906869" w:rsidP="00906869">
      <w:pPr>
        <w:numPr>
          <w:ilvl w:val="0"/>
          <w:numId w:val="249"/>
        </w:numPr>
        <w:spacing w:before="100" w:beforeAutospacing="1" w:after="100" w:afterAutospacing="1" w:line="240" w:lineRule="auto"/>
      </w:pPr>
      <w:r w:rsidRPr="00906869">
        <w:t xml:space="preserve">arrive on time; </w:t>
      </w:r>
    </w:p>
    <w:p w14:paraId="350E9FFD" w14:textId="77777777" w:rsidR="00906869" w:rsidRPr="00906869" w:rsidRDefault="00906869" w:rsidP="00906869">
      <w:pPr>
        <w:numPr>
          <w:ilvl w:val="0"/>
          <w:numId w:val="249"/>
        </w:numPr>
        <w:spacing w:before="100" w:beforeAutospacing="1" w:after="100" w:afterAutospacing="1" w:line="240" w:lineRule="auto"/>
      </w:pPr>
      <w:r w:rsidRPr="00906869">
        <w:t xml:space="preserve">provide reasonable notice if plans change; </w:t>
      </w:r>
    </w:p>
    <w:p w14:paraId="0D1C8D92" w14:textId="77777777" w:rsidR="00906869" w:rsidRPr="00906869" w:rsidRDefault="00906869" w:rsidP="00906869">
      <w:pPr>
        <w:numPr>
          <w:ilvl w:val="0"/>
          <w:numId w:val="249"/>
        </w:numPr>
        <w:spacing w:before="100" w:beforeAutospacing="1" w:after="100" w:afterAutospacing="1" w:line="240" w:lineRule="auto"/>
      </w:pPr>
      <w:r w:rsidRPr="00906869">
        <w:t xml:space="preserve">respond to important communications promptly; and </w:t>
      </w:r>
    </w:p>
    <w:p w14:paraId="1B6FD9A8" w14:textId="77777777" w:rsidR="00906869" w:rsidRPr="00906869" w:rsidRDefault="00906869" w:rsidP="00906869">
      <w:pPr>
        <w:numPr>
          <w:ilvl w:val="0"/>
          <w:numId w:val="249"/>
        </w:numPr>
        <w:spacing w:before="100" w:beforeAutospacing="1" w:after="100" w:afterAutospacing="1" w:line="240" w:lineRule="auto"/>
      </w:pPr>
      <w:r w:rsidRPr="00906869">
        <w:t xml:space="preserve">fulfil commitments made through the platform. </w:t>
      </w:r>
    </w:p>
    <w:p w14:paraId="2CFDBDAD"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Being dependable benefits everyone involved.</w:t>
      </w:r>
    </w:p>
    <w:p w14:paraId="1D625FCE" w14:textId="77777777" w:rsidR="00906869" w:rsidRPr="00906869" w:rsidRDefault="00000000" w:rsidP="00906869">
      <w:r>
        <w:pict w14:anchorId="088CE550">
          <v:rect id="_x0000_i1048" style="width:0;height:1.5pt" o:hralign="center" o:hrstd="t" o:hr="t" fillcolor="#a0a0a0" stroked="f"/>
        </w:pict>
      </w:r>
    </w:p>
    <w:p w14:paraId="62022006" w14:textId="77777777" w:rsidR="00906869" w:rsidRPr="00906869" w:rsidRDefault="00906869" w:rsidP="00906869">
      <w:pPr>
        <w:pStyle w:val="Heading2"/>
        <w:rPr>
          <w:rFonts w:asciiTheme="minorHAnsi" w:hAnsiTheme="minorHAnsi"/>
          <w:sz w:val="22"/>
          <w:szCs w:val="22"/>
        </w:rPr>
      </w:pPr>
      <w:bookmarkStart w:id="27" w:name="_Toc237248460"/>
      <w:r w:rsidRPr="00906869">
        <w:rPr>
          <w:rFonts w:asciiTheme="minorHAnsi" w:hAnsiTheme="minorHAnsi"/>
          <w:sz w:val="22"/>
          <w:szCs w:val="22"/>
        </w:rPr>
        <w:t>4.4 Support a Positive Environment</w:t>
      </w:r>
      <w:bookmarkEnd w:id="27"/>
    </w:p>
    <w:p w14:paraId="06937D3F"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We encourage users to contribute positively to the My Sports Coach community.</w:t>
      </w:r>
    </w:p>
    <w:p w14:paraId="63387F0D"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Positive behaviour includes:</w:t>
      </w:r>
    </w:p>
    <w:p w14:paraId="096EF329" w14:textId="77777777" w:rsidR="00906869" w:rsidRPr="00906869" w:rsidRDefault="00906869" w:rsidP="00906869">
      <w:pPr>
        <w:numPr>
          <w:ilvl w:val="0"/>
          <w:numId w:val="250"/>
        </w:numPr>
        <w:spacing w:before="100" w:beforeAutospacing="1" w:after="100" w:afterAutospacing="1" w:line="240" w:lineRule="auto"/>
      </w:pPr>
      <w:r w:rsidRPr="00906869">
        <w:t xml:space="preserve">encouraging others; </w:t>
      </w:r>
    </w:p>
    <w:p w14:paraId="007332C8" w14:textId="77777777" w:rsidR="00906869" w:rsidRPr="00906869" w:rsidRDefault="00906869" w:rsidP="00906869">
      <w:pPr>
        <w:numPr>
          <w:ilvl w:val="0"/>
          <w:numId w:val="250"/>
        </w:numPr>
        <w:spacing w:before="100" w:beforeAutospacing="1" w:after="100" w:afterAutospacing="1" w:line="240" w:lineRule="auto"/>
      </w:pPr>
      <w:r w:rsidRPr="00906869">
        <w:t xml:space="preserve">celebrating achievement; </w:t>
      </w:r>
    </w:p>
    <w:p w14:paraId="5E6FCFB0" w14:textId="77777777" w:rsidR="00906869" w:rsidRPr="00906869" w:rsidRDefault="00906869" w:rsidP="00906869">
      <w:pPr>
        <w:numPr>
          <w:ilvl w:val="0"/>
          <w:numId w:val="250"/>
        </w:numPr>
        <w:spacing w:before="100" w:beforeAutospacing="1" w:after="100" w:afterAutospacing="1" w:line="240" w:lineRule="auto"/>
      </w:pPr>
      <w:r w:rsidRPr="00906869">
        <w:t xml:space="preserve">offering constructive feedback; </w:t>
      </w:r>
    </w:p>
    <w:p w14:paraId="027F7327" w14:textId="77777777" w:rsidR="00906869" w:rsidRPr="00906869" w:rsidRDefault="00906869" w:rsidP="00906869">
      <w:pPr>
        <w:numPr>
          <w:ilvl w:val="0"/>
          <w:numId w:val="250"/>
        </w:numPr>
        <w:spacing w:before="100" w:beforeAutospacing="1" w:after="100" w:afterAutospacing="1" w:line="240" w:lineRule="auto"/>
      </w:pPr>
      <w:r w:rsidRPr="00906869">
        <w:t xml:space="preserve">resolving disagreements respectfully; and </w:t>
      </w:r>
    </w:p>
    <w:p w14:paraId="6E71406F" w14:textId="77777777" w:rsidR="00906869" w:rsidRPr="00906869" w:rsidRDefault="00906869" w:rsidP="00906869">
      <w:pPr>
        <w:numPr>
          <w:ilvl w:val="0"/>
          <w:numId w:val="250"/>
        </w:numPr>
        <w:spacing w:before="100" w:beforeAutospacing="1" w:after="100" w:afterAutospacing="1" w:line="240" w:lineRule="auto"/>
      </w:pPr>
      <w:r w:rsidRPr="00906869">
        <w:t xml:space="preserve">helping create an enjoyable sporting experience. </w:t>
      </w:r>
    </w:p>
    <w:p w14:paraId="09C1D50C"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Every positive interaction helps strengthen the community.</w:t>
      </w:r>
    </w:p>
    <w:p w14:paraId="6C16D4FE" w14:textId="77777777" w:rsidR="00906869" w:rsidRPr="00906869" w:rsidRDefault="00000000" w:rsidP="00906869">
      <w:r>
        <w:pict w14:anchorId="2045F3D3">
          <v:rect id="_x0000_i1049" style="width:0;height:1.5pt" o:hralign="center" o:hrstd="t" o:hr="t" fillcolor="#a0a0a0" stroked="f"/>
        </w:pict>
      </w:r>
    </w:p>
    <w:p w14:paraId="42F617D9" w14:textId="77777777" w:rsidR="00906869" w:rsidRPr="00906869" w:rsidRDefault="00906869" w:rsidP="00906869">
      <w:pPr>
        <w:pStyle w:val="Heading2"/>
        <w:rPr>
          <w:rFonts w:asciiTheme="minorHAnsi" w:hAnsiTheme="minorHAnsi"/>
          <w:sz w:val="22"/>
          <w:szCs w:val="22"/>
        </w:rPr>
      </w:pPr>
      <w:bookmarkStart w:id="28" w:name="_Toc237248461"/>
      <w:r w:rsidRPr="00906869">
        <w:rPr>
          <w:rFonts w:asciiTheme="minorHAnsi" w:hAnsiTheme="minorHAnsi"/>
          <w:sz w:val="22"/>
          <w:szCs w:val="22"/>
        </w:rPr>
        <w:t>4.5 Respect Privacy</w:t>
      </w:r>
      <w:bookmarkEnd w:id="28"/>
    </w:p>
    <w:p w14:paraId="75FDB82B"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Users should respect the privacy of others at all times.</w:t>
      </w:r>
    </w:p>
    <w:p w14:paraId="218F4FBF"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Personal information should only be shared where appropriate and in accordance with the My Sports Coach Privacy Policy.</w:t>
      </w:r>
    </w:p>
    <w:p w14:paraId="11F30B43"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Users should avoid sharing another person's personal information without their knowledge or permission where such sharing would be inappropriate or unlawful.</w:t>
      </w:r>
    </w:p>
    <w:p w14:paraId="3403B7A6" w14:textId="77777777" w:rsidR="00906869" w:rsidRPr="00906869" w:rsidRDefault="00000000" w:rsidP="00906869">
      <w:r>
        <w:pict w14:anchorId="36A79D40">
          <v:rect id="_x0000_i1050" style="width:0;height:1.5pt" o:hralign="center" o:hrstd="t" o:hr="t" fillcolor="#a0a0a0" stroked="f"/>
        </w:pict>
      </w:r>
    </w:p>
    <w:p w14:paraId="0DA91886" w14:textId="77777777" w:rsidR="00906869" w:rsidRPr="00906869" w:rsidRDefault="00906869" w:rsidP="00906869">
      <w:pPr>
        <w:pStyle w:val="Heading2"/>
        <w:rPr>
          <w:rFonts w:asciiTheme="minorHAnsi" w:hAnsiTheme="minorHAnsi"/>
          <w:sz w:val="22"/>
          <w:szCs w:val="22"/>
        </w:rPr>
      </w:pPr>
      <w:bookmarkStart w:id="29" w:name="_Toc237248462"/>
      <w:r w:rsidRPr="00906869">
        <w:rPr>
          <w:rFonts w:asciiTheme="minorHAnsi" w:hAnsiTheme="minorHAnsi"/>
          <w:sz w:val="22"/>
          <w:szCs w:val="22"/>
        </w:rPr>
        <w:lastRenderedPageBreak/>
        <w:t>4.6 Follow Platform Policies</w:t>
      </w:r>
      <w:bookmarkEnd w:id="29"/>
    </w:p>
    <w:p w14:paraId="2B1E8F84"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Users are expected to comply with:</w:t>
      </w:r>
    </w:p>
    <w:p w14:paraId="4E7495B1" w14:textId="77777777" w:rsidR="00906869" w:rsidRPr="00906869" w:rsidRDefault="00906869" w:rsidP="00906869">
      <w:pPr>
        <w:numPr>
          <w:ilvl w:val="0"/>
          <w:numId w:val="251"/>
        </w:numPr>
        <w:spacing w:before="100" w:beforeAutospacing="1" w:after="100" w:afterAutospacing="1" w:line="240" w:lineRule="auto"/>
      </w:pPr>
      <w:r w:rsidRPr="00906869">
        <w:t xml:space="preserve">the Terms &amp; Conditions; </w:t>
      </w:r>
    </w:p>
    <w:p w14:paraId="699F7FDD" w14:textId="77777777" w:rsidR="00906869" w:rsidRPr="00906869" w:rsidRDefault="00906869" w:rsidP="00906869">
      <w:pPr>
        <w:numPr>
          <w:ilvl w:val="0"/>
          <w:numId w:val="251"/>
        </w:numPr>
        <w:spacing w:before="100" w:beforeAutospacing="1" w:after="100" w:afterAutospacing="1" w:line="240" w:lineRule="auto"/>
      </w:pPr>
      <w:r w:rsidRPr="00906869">
        <w:t xml:space="preserve">the Privacy Policy; </w:t>
      </w:r>
    </w:p>
    <w:p w14:paraId="26F935F3" w14:textId="77777777" w:rsidR="00906869" w:rsidRPr="00906869" w:rsidRDefault="00906869" w:rsidP="00906869">
      <w:pPr>
        <w:numPr>
          <w:ilvl w:val="0"/>
          <w:numId w:val="251"/>
        </w:numPr>
        <w:spacing w:before="100" w:beforeAutospacing="1" w:after="100" w:afterAutospacing="1" w:line="240" w:lineRule="auto"/>
      </w:pPr>
      <w:r w:rsidRPr="00906869">
        <w:t xml:space="preserve">the Safeguarding Policy; </w:t>
      </w:r>
    </w:p>
    <w:p w14:paraId="41977E00" w14:textId="77777777" w:rsidR="00906869" w:rsidRPr="00906869" w:rsidRDefault="00906869" w:rsidP="00906869">
      <w:pPr>
        <w:numPr>
          <w:ilvl w:val="0"/>
          <w:numId w:val="251"/>
        </w:numPr>
        <w:spacing w:before="100" w:beforeAutospacing="1" w:after="100" w:afterAutospacing="1" w:line="240" w:lineRule="auto"/>
      </w:pPr>
      <w:r w:rsidRPr="00906869">
        <w:t xml:space="preserve">the Complaints Policy; </w:t>
      </w:r>
    </w:p>
    <w:p w14:paraId="6BC98DDB" w14:textId="77777777" w:rsidR="00906869" w:rsidRPr="00906869" w:rsidRDefault="00906869" w:rsidP="00906869">
      <w:pPr>
        <w:numPr>
          <w:ilvl w:val="0"/>
          <w:numId w:val="251"/>
        </w:numPr>
        <w:spacing w:before="100" w:beforeAutospacing="1" w:after="100" w:afterAutospacing="1" w:line="240" w:lineRule="auto"/>
      </w:pPr>
      <w:r w:rsidRPr="00906869">
        <w:t xml:space="preserve">these Community Guidelines; and </w:t>
      </w:r>
    </w:p>
    <w:p w14:paraId="2E53EBD1" w14:textId="77777777" w:rsidR="00906869" w:rsidRPr="00906869" w:rsidRDefault="00906869" w:rsidP="00906869">
      <w:pPr>
        <w:numPr>
          <w:ilvl w:val="0"/>
          <w:numId w:val="251"/>
        </w:numPr>
        <w:spacing w:before="100" w:beforeAutospacing="1" w:after="100" w:afterAutospacing="1" w:line="240" w:lineRule="auto"/>
      </w:pPr>
      <w:r w:rsidRPr="00906869">
        <w:t xml:space="preserve">any other applicable My Sports Coach policies. </w:t>
      </w:r>
    </w:p>
    <w:p w14:paraId="648A8212"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These documents work together to promote a safe, fair and professional platform.</w:t>
      </w:r>
    </w:p>
    <w:p w14:paraId="30ACE1E1" w14:textId="77777777" w:rsidR="00906869" w:rsidRPr="00906869" w:rsidRDefault="00000000" w:rsidP="00906869">
      <w:r>
        <w:pict w14:anchorId="5748718C">
          <v:rect id="_x0000_i1051" style="width:0;height:1.5pt" o:hralign="center" o:hrstd="t" o:hr="t" fillcolor="#a0a0a0" stroked="f"/>
        </w:pict>
      </w:r>
    </w:p>
    <w:p w14:paraId="73623972" w14:textId="77777777" w:rsidR="00906869" w:rsidRPr="00906869" w:rsidRDefault="00906869" w:rsidP="00906869">
      <w:pPr>
        <w:pStyle w:val="Heading2"/>
        <w:rPr>
          <w:rFonts w:asciiTheme="minorHAnsi" w:hAnsiTheme="minorHAnsi"/>
          <w:sz w:val="22"/>
          <w:szCs w:val="22"/>
        </w:rPr>
      </w:pPr>
      <w:bookmarkStart w:id="30" w:name="_Toc237248463"/>
      <w:r w:rsidRPr="00906869">
        <w:rPr>
          <w:rFonts w:asciiTheme="minorHAnsi" w:hAnsiTheme="minorHAnsi"/>
          <w:sz w:val="22"/>
          <w:szCs w:val="22"/>
        </w:rPr>
        <w:t>4.7 Act Professionally</w:t>
      </w:r>
      <w:bookmarkEnd w:id="30"/>
    </w:p>
    <w:p w14:paraId="1A42B9E9"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Whether coaching, participating or supporting others, users should conduct themselves in a professional manner.</w:t>
      </w:r>
    </w:p>
    <w:p w14:paraId="0CE2DDEA"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Professional behaviour includes:</w:t>
      </w:r>
    </w:p>
    <w:p w14:paraId="76680B4F" w14:textId="77777777" w:rsidR="00906869" w:rsidRPr="00906869" w:rsidRDefault="00906869" w:rsidP="00906869">
      <w:pPr>
        <w:numPr>
          <w:ilvl w:val="0"/>
          <w:numId w:val="252"/>
        </w:numPr>
        <w:spacing w:before="100" w:beforeAutospacing="1" w:after="100" w:afterAutospacing="1" w:line="240" w:lineRule="auto"/>
      </w:pPr>
      <w:r w:rsidRPr="00906869">
        <w:t xml:space="preserve">being courteous; </w:t>
      </w:r>
    </w:p>
    <w:p w14:paraId="1086C379" w14:textId="77777777" w:rsidR="00906869" w:rsidRPr="00906869" w:rsidRDefault="00906869" w:rsidP="00906869">
      <w:pPr>
        <w:numPr>
          <w:ilvl w:val="0"/>
          <w:numId w:val="252"/>
        </w:numPr>
        <w:spacing w:before="100" w:beforeAutospacing="1" w:after="100" w:afterAutospacing="1" w:line="240" w:lineRule="auto"/>
      </w:pPr>
      <w:r w:rsidRPr="00906869">
        <w:t xml:space="preserve">remaining calm during disagreements; </w:t>
      </w:r>
    </w:p>
    <w:p w14:paraId="1D05B07B" w14:textId="77777777" w:rsidR="00906869" w:rsidRPr="00906869" w:rsidRDefault="00906869" w:rsidP="00906869">
      <w:pPr>
        <w:numPr>
          <w:ilvl w:val="0"/>
          <w:numId w:val="252"/>
        </w:numPr>
        <w:spacing w:before="100" w:beforeAutospacing="1" w:after="100" w:afterAutospacing="1" w:line="240" w:lineRule="auto"/>
      </w:pPr>
      <w:r w:rsidRPr="00906869">
        <w:t xml:space="preserve">respecting agreed arrangements; </w:t>
      </w:r>
    </w:p>
    <w:p w14:paraId="7E502902" w14:textId="77777777" w:rsidR="00906869" w:rsidRPr="00906869" w:rsidRDefault="00906869" w:rsidP="00906869">
      <w:pPr>
        <w:numPr>
          <w:ilvl w:val="0"/>
          <w:numId w:val="252"/>
        </w:numPr>
        <w:spacing w:before="100" w:beforeAutospacing="1" w:after="100" w:afterAutospacing="1" w:line="240" w:lineRule="auto"/>
      </w:pPr>
      <w:r w:rsidRPr="00906869">
        <w:t xml:space="preserve">acting responsibly; and </w:t>
      </w:r>
    </w:p>
    <w:p w14:paraId="6442391F" w14:textId="77777777" w:rsidR="00906869" w:rsidRPr="00906869" w:rsidRDefault="00906869" w:rsidP="00906869">
      <w:pPr>
        <w:numPr>
          <w:ilvl w:val="0"/>
          <w:numId w:val="252"/>
        </w:numPr>
        <w:spacing w:before="100" w:beforeAutospacing="1" w:after="100" w:afterAutospacing="1" w:line="240" w:lineRule="auto"/>
      </w:pPr>
      <w:r w:rsidRPr="00906869">
        <w:t xml:space="preserve">representing themselves honestly. </w:t>
      </w:r>
    </w:p>
    <w:p w14:paraId="5B963CCB"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Professional conduct builds confidence throughout the community.</w:t>
      </w:r>
    </w:p>
    <w:p w14:paraId="2DA70C1E" w14:textId="77777777" w:rsidR="00906869" w:rsidRPr="00906869" w:rsidRDefault="00000000" w:rsidP="00906869">
      <w:r>
        <w:pict w14:anchorId="1138E4C6">
          <v:rect id="_x0000_i1052" style="width:0;height:1.5pt" o:hralign="center" o:hrstd="t" o:hr="t" fillcolor="#a0a0a0" stroked="f"/>
        </w:pict>
      </w:r>
    </w:p>
    <w:p w14:paraId="7C88A29A" w14:textId="77777777" w:rsidR="00906869" w:rsidRPr="00906869" w:rsidRDefault="00906869" w:rsidP="00906869">
      <w:pPr>
        <w:pStyle w:val="Heading2"/>
        <w:rPr>
          <w:rFonts w:asciiTheme="minorHAnsi" w:hAnsiTheme="minorHAnsi"/>
          <w:sz w:val="22"/>
          <w:szCs w:val="22"/>
        </w:rPr>
      </w:pPr>
      <w:bookmarkStart w:id="31" w:name="_Toc237248464"/>
      <w:r w:rsidRPr="00906869">
        <w:rPr>
          <w:rFonts w:asciiTheme="minorHAnsi" w:hAnsiTheme="minorHAnsi"/>
          <w:sz w:val="22"/>
          <w:szCs w:val="22"/>
        </w:rPr>
        <w:t>4.8 Respect Safeguarding</w:t>
      </w:r>
      <w:bookmarkEnd w:id="31"/>
    </w:p>
    <w:p w14:paraId="20D2E7A2"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Safeguarding is everyone's responsibility.</w:t>
      </w:r>
    </w:p>
    <w:p w14:paraId="560CE4BA"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Users should:</w:t>
      </w:r>
    </w:p>
    <w:p w14:paraId="47AF9A39" w14:textId="77777777" w:rsidR="00906869" w:rsidRPr="00906869" w:rsidRDefault="00906869" w:rsidP="00906869">
      <w:pPr>
        <w:numPr>
          <w:ilvl w:val="0"/>
          <w:numId w:val="253"/>
        </w:numPr>
        <w:spacing w:before="100" w:beforeAutospacing="1" w:after="100" w:afterAutospacing="1" w:line="240" w:lineRule="auto"/>
      </w:pPr>
      <w:r w:rsidRPr="00906869">
        <w:t xml:space="preserve">support safe coaching environments; </w:t>
      </w:r>
    </w:p>
    <w:p w14:paraId="36BC50B4" w14:textId="77777777" w:rsidR="00906869" w:rsidRPr="00906869" w:rsidRDefault="00906869" w:rsidP="00906869">
      <w:pPr>
        <w:numPr>
          <w:ilvl w:val="0"/>
          <w:numId w:val="253"/>
        </w:numPr>
        <w:spacing w:before="100" w:beforeAutospacing="1" w:after="100" w:afterAutospacing="1" w:line="240" w:lineRule="auto"/>
      </w:pPr>
      <w:r w:rsidRPr="00906869">
        <w:t xml:space="preserve">respect appropriate boundaries; </w:t>
      </w:r>
    </w:p>
    <w:p w14:paraId="7170D49E" w14:textId="77777777" w:rsidR="00906869" w:rsidRPr="00906869" w:rsidRDefault="00906869" w:rsidP="00906869">
      <w:pPr>
        <w:numPr>
          <w:ilvl w:val="0"/>
          <w:numId w:val="253"/>
        </w:numPr>
        <w:spacing w:before="100" w:beforeAutospacing="1" w:after="100" w:afterAutospacing="1" w:line="240" w:lineRule="auto"/>
      </w:pPr>
      <w:r w:rsidRPr="00906869">
        <w:t xml:space="preserve">report safeguarding concerns promptly; </w:t>
      </w:r>
    </w:p>
    <w:p w14:paraId="10999954" w14:textId="77777777" w:rsidR="00906869" w:rsidRPr="00906869" w:rsidRDefault="00906869" w:rsidP="00906869">
      <w:pPr>
        <w:numPr>
          <w:ilvl w:val="0"/>
          <w:numId w:val="253"/>
        </w:numPr>
        <w:spacing w:before="100" w:beforeAutospacing="1" w:after="100" w:afterAutospacing="1" w:line="240" w:lineRule="auto"/>
      </w:pPr>
      <w:r w:rsidRPr="00906869">
        <w:t xml:space="preserve">cooperate with safeguarding procedures; and </w:t>
      </w:r>
    </w:p>
    <w:p w14:paraId="6F9BDC97" w14:textId="77777777" w:rsidR="00906869" w:rsidRPr="00906869" w:rsidRDefault="00906869" w:rsidP="00906869">
      <w:pPr>
        <w:numPr>
          <w:ilvl w:val="0"/>
          <w:numId w:val="253"/>
        </w:numPr>
        <w:spacing w:before="100" w:beforeAutospacing="1" w:after="100" w:afterAutospacing="1" w:line="240" w:lineRule="auto"/>
      </w:pPr>
      <w:r w:rsidRPr="00906869">
        <w:t xml:space="preserve">place the welfare of children and adults at risk above all other considerations. </w:t>
      </w:r>
    </w:p>
    <w:p w14:paraId="496A8C15"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A safe community depends upon everyone playing their part.</w:t>
      </w:r>
    </w:p>
    <w:p w14:paraId="178CEBF4" w14:textId="77777777" w:rsidR="00906869" w:rsidRPr="00906869" w:rsidRDefault="00000000" w:rsidP="00906869">
      <w:r>
        <w:pict w14:anchorId="4EAD3C65">
          <v:rect id="_x0000_i1053" style="width:0;height:1.5pt" o:hralign="center" o:hrstd="t" o:hr="t" fillcolor="#a0a0a0" stroked="f"/>
        </w:pict>
      </w:r>
    </w:p>
    <w:p w14:paraId="1444BFD1" w14:textId="77777777" w:rsidR="00906869" w:rsidRPr="00906869" w:rsidRDefault="00906869" w:rsidP="00906869">
      <w:pPr>
        <w:pStyle w:val="Heading2"/>
        <w:rPr>
          <w:rFonts w:asciiTheme="minorHAnsi" w:hAnsiTheme="minorHAnsi"/>
          <w:sz w:val="22"/>
          <w:szCs w:val="22"/>
        </w:rPr>
      </w:pPr>
      <w:bookmarkStart w:id="32" w:name="_Toc237248465"/>
      <w:r w:rsidRPr="00906869">
        <w:rPr>
          <w:rFonts w:asciiTheme="minorHAnsi" w:hAnsiTheme="minorHAnsi"/>
          <w:sz w:val="22"/>
          <w:szCs w:val="22"/>
        </w:rPr>
        <w:t>4.9 Help Improve the Community</w:t>
      </w:r>
      <w:bookmarkEnd w:id="32"/>
    </w:p>
    <w:p w14:paraId="2C7F760A"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My Sports Coach welcomes constructive feedback.</w:t>
      </w:r>
    </w:p>
    <w:p w14:paraId="30E0318E"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lastRenderedPageBreak/>
        <w:t>Users are encouraged to:</w:t>
      </w:r>
    </w:p>
    <w:p w14:paraId="23D9D8D9" w14:textId="77777777" w:rsidR="00906869" w:rsidRPr="00906869" w:rsidRDefault="00906869" w:rsidP="00906869">
      <w:pPr>
        <w:numPr>
          <w:ilvl w:val="0"/>
          <w:numId w:val="254"/>
        </w:numPr>
        <w:spacing w:before="100" w:beforeAutospacing="1" w:after="100" w:afterAutospacing="1" w:line="240" w:lineRule="auto"/>
      </w:pPr>
      <w:r w:rsidRPr="00906869">
        <w:t xml:space="preserve">suggest improvements; </w:t>
      </w:r>
    </w:p>
    <w:p w14:paraId="7760C283" w14:textId="77777777" w:rsidR="00906869" w:rsidRPr="00906869" w:rsidRDefault="00906869" w:rsidP="00906869">
      <w:pPr>
        <w:numPr>
          <w:ilvl w:val="0"/>
          <w:numId w:val="254"/>
        </w:numPr>
        <w:spacing w:before="100" w:beforeAutospacing="1" w:after="100" w:afterAutospacing="1" w:line="240" w:lineRule="auto"/>
      </w:pPr>
      <w:r w:rsidRPr="00906869">
        <w:t xml:space="preserve">report technical issues; </w:t>
      </w:r>
    </w:p>
    <w:p w14:paraId="561318F2" w14:textId="77777777" w:rsidR="00906869" w:rsidRPr="00906869" w:rsidRDefault="00906869" w:rsidP="00906869">
      <w:pPr>
        <w:numPr>
          <w:ilvl w:val="0"/>
          <w:numId w:val="254"/>
        </w:numPr>
        <w:spacing w:before="100" w:beforeAutospacing="1" w:after="100" w:afterAutospacing="1" w:line="240" w:lineRule="auto"/>
      </w:pPr>
      <w:r w:rsidRPr="00906869">
        <w:t xml:space="preserve">identify potential risks; </w:t>
      </w:r>
    </w:p>
    <w:p w14:paraId="35B0D168" w14:textId="77777777" w:rsidR="00906869" w:rsidRPr="00906869" w:rsidRDefault="00906869" w:rsidP="00906869">
      <w:pPr>
        <w:numPr>
          <w:ilvl w:val="0"/>
          <w:numId w:val="254"/>
        </w:numPr>
        <w:spacing w:before="100" w:beforeAutospacing="1" w:after="100" w:afterAutospacing="1" w:line="240" w:lineRule="auto"/>
      </w:pPr>
      <w:r w:rsidRPr="00906869">
        <w:t xml:space="preserve">raise concerns responsibly; and </w:t>
      </w:r>
    </w:p>
    <w:p w14:paraId="5B5E6649" w14:textId="77777777" w:rsidR="00906869" w:rsidRPr="00906869" w:rsidRDefault="00906869" w:rsidP="00906869">
      <w:pPr>
        <w:numPr>
          <w:ilvl w:val="0"/>
          <w:numId w:val="254"/>
        </w:numPr>
        <w:spacing w:before="100" w:beforeAutospacing="1" w:after="100" w:afterAutospacing="1" w:line="240" w:lineRule="auto"/>
      </w:pPr>
      <w:r w:rsidRPr="00906869">
        <w:t xml:space="preserve">contribute ideas that help improve the platform. </w:t>
      </w:r>
    </w:p>
    <w:p w14:paraId="4F86E0C0"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Working together helps My Sports Coach continue to develop for the benefit of all users.</w:t>
      </w:r>
    </w:p>
    <w:p w14:paraId="0469049D" w14:textId="77777777" w:rsidR="00906869" w:rsidRPr="00906869" w:rsidRDefault="00000000" w:rsidP="00906869">
      <w:r>
        <w:pict w14:anchorId="66F2DEEF">
          <v:rect id="_x0000_i1054" style="width:0;height:1.5pt" o:hralign="center" o:hrstd="t" o:hr="t" fillcolor="#a0a0a0" stroked="f"/>
        </w:pict>
      </w:r>
    </w:p>
    <w:p w14:paraId="4BE2ACDD" w14:textId="77777777" w:rsidR="00906869" w:rsidRPr="00906869" w:rsidRDefault="00906869" w:rsidP="00906869">
      <w:pPr>
        <w:pStyle w:val="Heading2"/>
        <w:rPr>
          <w:rFonts w:asciiTheme="minorHAnsi" w:hAnsiTheme="minorHAnsi"/>
          <w:sz w:val="22"/>
          <w:szCs w:val="22"/>
        </w:rPr>
      </w:pPr>
      <w:bookmarkStart w:id="33" w:name="_Toc237248466"/>
      <w:r w:rsidRPr="00906869">
        <w:rPr>
          <w:rFonts w:asciiTheme="minorHAnsi" w:hAnsiTheme="minorHAnsi"/>
          <w:sz w:val="22"/>
          <w:szCs w:val="22"/>
        </w:rPr>
        <w:t>4.10 Our Commitment</w:t>
      </w:r>
      <w:bookmarkEnd w:id="33"/>
    </w:p>
    <w:p w14:paraId="520E6C1B"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My Sports Coach believes that respectful behaviour creates better coaching experiences.</w:t>
      </w:r>
    </w:p>
    <w:p w14:paraId="0E562F23" w14:textId="77777777" w:rsidR="00906869" w:rsidRPr="00906869" w:rsidRDefault="00906869" w:rsidP="00906869">
      <w:pPr>
        <w:pStyle w:val="NormalWeb"/>
        <w:rPr>
          <w:rFonts w:asciiTheme="minorHAnsi" w:hAnsiTheme="minorHAnsi"/>
          <w:sz w:val="22"/>
          <w:szCs w:val="22"/>
        </w:rPr>
      </w:pPr>
      <w:r w:rsidRPr="00906869">
        <w:rPr>
          <w:rFonts w:asciiTheme="minorHAnsi" w:hAnsiTheme="minorHAnsi"/>
          <w:sz w:val="22"/>
          <w:szCs w:val="22"/>
        </w:rPr>
        <w:t>By communicating honestly, treating others fairly and supporting one another, every user helps build a community that is welcoming, professional and enjoyable for everyone.</w:t>
      </w:r>
    </w:p>
    <w:p w14:paraId="3E7A48D1" w14:textId="77777777" w:rsidR="00E07398" w:rsidRPr="00E07398" w:rsidRDefault="00E07398" w:rsidP="00E07398">
      <w:pPr>
        <w:pStyle w:val="Heading1"/>
        <w:rPr>
          <w:rFonts w:asciiTheme="minorHAnsi" w:hAnsiTheme="minorHAnsi"/>
          <w:sz w:val="22"/>
          <w:szCs w:val="22"/>
        </w:rPr>
      </w:pPr>
      <w:bookmarkStart w:id="34" w:name="_Toc237248467"/>
      <w:r w:rsidRPr="00E07398">
        <w:rPr>
          <w:rFonts w:asciiTheme="minorHAnsi" w:hAnsiTheme="minorHAnsi"/>
        </w:rPr>
        <w:t>5. Unacceptable Behaviour</w:t>
      </w:r>
      <w:bookmarkEnd w:id="34"/>
    </w:p>
    <w:p w14:paraId="74484E24"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To maintain a safe, respectful and professional community, certain behaviours are not acceptable on the My Sports Coach platform or in connection with coaching activities arranged through the platform.</w:t>
      </w:r>
    </w:p>
    <w:p w14:paraId="14EAC194"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Users are expected to act responsibly at all times and avoid conduct that may harm, intimidate, exploit or negatively affect others.</w:t>
      </w:r>
    </w:p>
    <w:p w14:paraId="0D11000B"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Behaviour that breaches these Community Guidelines, the Terms &amp; Conditions or other My Sports Coach policies may result in appropriate action being taken.</w:t>
      </w:r>
    </w:p>
    <w:p w14:paraId="603B5F17" w14:textId="77777777" w:rsidR="00E07398" w:rsidRPr="00E07398" w:rsidRDefault="00000000" w:rsidP="00E07398">
      <w:r>
        <w:pict w14:anchorId="2083458A">
          <v:rect id="_x0000_i1055" style="width:0;height:1.5pt" o:hralign="center" o:hrstd="t" o:hr="t" fillcolor="#a0a0a0" stroked="f"/>
        </w:pict>
      </w:r>
    </w:p>
    <w:p w14:paraId="60BBDEEE" w14:textId="77777777" w:rsidR="00E07398" w:rsidRPr="00E07398" w:rsidRDefault="00E07398" w:rsidP="00E07398">
      <w:pPr>
        <w:pStyle w:val="Heading2"/>
        <w:rPr>
          <w:rFonts w:asciiTheme="minorHAnsi" w:hAnsiTheme="minorHAnsi"/>
          <w:sz w:val="22"/>
          <w:szCs w:val="22"/>
        </w:rPr>
      </w:pPr>
      <w:bookmarkStart w:id="35" w:name="_Toc237248468"/>
      <w:r w:rsidRPr="00E07398">
        <w:rPr>
          <w:rFonts w:asciiTheme="minorHAnsi" w:hAnsiTheme="minorHAnsi"/>
          <w:sz w:val="22"/>
          <w:szCs w:val="22"/>
        </w:rPr>
        <w:t>5.1 Bullying and Harassment</w:t>
      </w:r>
      <w:bookmarkEnd w:id="35"/>
    </w:p>
    <w:p w14:paraId="226427AE"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Bullying, harassment and intimidation have no place within the My Sports Coach community.</w:t>
      </w:r>
    </w:p>
    <w:p w14:paraId="7753022B"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Examples include:</w:t>
      </w:r>
    </w:p>
    <w:p w14:paraId="46872228" w14:textId="77777777" w:rsidR="00E07398" w:rsidRPr="00E07398" w:rsidRDefault="00E07398" w:rsidP="00E07398">
      <w:pPr>
        <w:numPr>
          <w:ilvl w:val="0"/>
          <w:numId w:val="266"/>
        </w:numPr>
        <w:spacing w:before="100" w:beforeAutospacing="1" w:after="100" w:afterAutospacing="1" w:line="240" w:lineRule="auto"/>
      </w:pPr>
      <w:r w:rsidRPr="00E07398">
        <w:t xml:space="preserve">repeated unwanted behaviour; </w:t>
      </w:r>
    </w:p>
    <w:p w14:paraId="49364028" w14:textId="77777777" w:rsidR="00E07398" w:rsidRPr="00E07398" w:rsidRDefault="00E07398" w:rsidP="00E07398">
      <w:pPr>
        <w:numPr>
          <w:ilvl w:val="0"/>
          <w:numId w:val="266"/>
        </w:numPr>
        <w:spacing w:before="100" w:beforeAutospacing="1" w:after="100" w:afterAutospacing="1" w:line="240" w:lineRule="auto"/>
      </w:pPr>
      <w:r w:rsidRPr="00E07398">
        <w:t xml:space="preserve">verbal abuse; </w:t>
      </w:r>
    </w:p>
    <w:p w14:paraId="41482063" w14:textId="77777777" w:rsidR="00E07398" w:rsidRPr="00E07398" w:rsidRDefault="00E07398" w:rsidP="00E07398">
      <w:pPr>
        <w:numPr>
          <w:ilvl w:val="0"/>
          <w:numId w:val="266"/>
        </w:numPr>
        <w:spacing w:before="100" w:beforeAutospacing="1" w:after="100" w:afterAutospacing="1" w:line="240" w:lineRule="auto"/>
      </w:pPr>
      <w:r w:rsidRPr="00E07398">
        <w:t xml:space="preserve">offensive comments; </w:t>
      </w:r>
    </w:p>
    <w:p w14:paraId="070F5859" w14:textId="77777777" w:rsidR="00E07398" w:rsidRPr="00E07398" w:rsidRDefault="00E07398" w:rsidP="00E07398">
      <w:pPr>
        <w:numPr>
          <w:ilvl w:val="0"/>
          <w:numId w:val="266"/>
        </w:numPr>
        <w:spacing w:before="100" w:beforeAutospacing="1" w:after="100" w:afterAutospacing="1" w:line="240" w:lineRule="auto"/>
      </w:pPr>
      <w:r w:rsidRPr="00E07398">
        <w:t xml:space="preserve">humiliation or ridicule; </w:t>
      </w:r>
    </w:p>
    <w:p w14:paraId="72BD14C3" w14:textId="77777777" w:rsidR="00E07398" w:rsidRPr="00E07398" w:rsidRDefault="00E07398" w:rsidP="00E07398">
      <w:pPr>
        <w:numPr>
          <w:ilvl w:val="0"/>
          <w:numId w:val="266"/>
        </w:numPr>
        <w:spacing w:before="100" w:beforeAutospacing="1" w:after="100" w:afterAutospacing="1" w:line="240" w:lineRule="auto"/>
      </w:pPr>
      <w:r w:rsidRPr="00E07398">
        <w:t xml:space="preserve">intimidation; </w:t>
      </w:r>
    </w:p>
    <w:p w14:paraId="5AD27326" w14:textId="77777777" w:rsidR="00E07398" w:rsidRPr="00E07398" w:rsidRDefault="00E07398" w:rsidP="00E07398">
      <w:pPr>
        <w:numPr>
          <w:ilvl w:val="0"/>
          <w:numId w:val="266"/>
        </w:numPr>
        <w:spacing w:before="100" w:beforeAutospacing="1" w:after="100" w:afterAutospacing="1" w:line="240" w:lineRule="auto"/>
      </w:pPr>
      <w:r w:rsidRPr="00E07398">
        <w:t xml:space="preserve">threatening behaviour; or </w:t>
      </w:r>
    </w:p>
    <w:p w14:paraId="569871D0" w14:textId="77777777" w:rsidR="00E07398" w:rsidRPr="00E07398" w:rsidRDefault="00E07398" w:rsidP="00E07398">
      <w:pPr>
        <w:numPr>
          <w:ilvl w:val="0"/>
          <w:numId w:val="266"/>
        </w:numPr>
        <w:spacing w:before="100" w:beforeAutospacing="1" w:after="100" w:afterAutospacing="1" w:line="240" w:lineRule="auto"/>
      </w:pPr>
      <w:r w:rsidRPr="00E07398">
        <w:t xml:space="preserve">behaviour intended to upset, embarrass or distress another person. </w:t>
      </w:r>
    </w:p>
    <w:p w14:paraId="31531FD1"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Every user has the right to participate in a safe and respectful environment.</w:t>
      </w:r>
    </w:p>
    <w:p w14:paraId="5CF853F0" w14:textId="77777777" w:rsidR="00E07398" w:rsidRPr="00E07398" w:rsidRDefault="00000000" w:rsidP="00E07398">
      <w:r>
        <w:lastRenderedPageBreak/>
        <w:pict w14:anchorId="670F9500">
          <v:rect id="_x0000_i1056" style="width:0;height:1.5pt" o:hralign="center" o:hrstd="t" o:hr="t" fillcolor="#a0a0a0" stroked="f"/>
        </w:pict>
      </w:r>
    </w:p>
    <w:p w14:paraId="3DB9152D" w14:textId="77777777" w:rsidR="00E07398" w:rsidRPr="00E07398" w:rsidRDefault="00E07398" w:rsidP="00E07398">
      <w:pPr>
        <w:pStyle w:val="Heading2"/>
        <w:rPr>
          <w:rFonts w:asciiTheme="minorHAnsi" w:hAnsiTheme="minorHAnsi"/>
          <w:sz w:val="22"/>
          <w:szCs w:val="22"/>
        </w:rPr>
      </w:pPr>
      <w:bookmarkStart w:id="36" w:name="_Toc237248469"/>
      <w:r w:rsidRPr="00E07398">
        <w:rPr>
          <w:rFonts w:asciiTheme="minorHAnsi" w:hAnsiTheme="minorHAnsi"/>
          <w:sz w:val="22"/>
          <w:szCs w:val="22"/>
        </w:rPr>
        <w:t>5.2 Discrimination and Hate Speech</w:t>
      </w:r>
      <w:bookmarkEnd w:id="36"/>
    </w:p>
    <w:p w14:paraId="006E23E9"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My Sports Coach promotes equality, diversity and inclusion.</w:t>
      </w:r>
    </w:p>
    <w:p w14:paraId="1C645CD7"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Users must not engage in behaviour that discriminates against, insults or unfairly targets another individual because of their:</w:t>
      </w:r>
    </w:p>
    <w:p w14:paraId="514A6A9D" w14:textId="77777777" w:rsidR="00E07398" w:rsidRPr="00E07398" w:rsidRDefault="00E07398" w:rsidP="00E07398">
      <w:pPr>
        <w:numPr>
          <w:ilvl w:val="0"/>
          <w:numId w:val="267"/>
        </w:numPr>
        <w:spacing w:before="100" w:beforeAutospacing="1" w:after="100" w:afterAutospacing="1" w:line="240" w:lineRule="auto"/>
      </w:pPr>
      <w:r w:rsidRPr="00E07398">
        <w:t xml:space="preserve">age; </w:t>
      </w:r>
    </w:p>
    <w:p w14:paraId="2EE8EB74" w14:textId="77777777" w:rsidR="00E07398" w:rsidRPr="00E07398" w:rsidRDefault="00E07398" w:rsidP="00E07398">
      <w:pPr>
        <w:numPr>
          <w:ilvl w:val="0"/>
          <w:numId w:val="267"/>
        </w:numPr>
        <w:spacing w:before="100" w:beforeAutospacing="1" w:after="100" w:afterAutospacing="1" w:line="240" w:lineRule="auto"/>
      </w:pPr>
      <w:r w:rsidRPr="00E07398">
        <w:t xml:space="preserve">disability; </w:t>
      </w:r>
    </w:p>
    <w:p w14:paraId="389D9E34" w14:textId="77777777" w:rsidR="00E07398" w:rsidRPr="00E07398" w:rsidRDefault="00E07398" w:rsidP="00E07398">
      <w:pPr>
        <w:numPr>
          <w:ilvl w:val="0"/>
          <w:numId w:val="267"/>
        </w:numPr>
        <w:spacing w:before="100" w:beforeAutospacing="1" w:after="100" w:afterAutospacing="1" w:line="240" w:lineRule="auto"/>
      </w:pPr>
      <w:r w:rsidRPr="00E07398">
        <w:t xml:space="preserve">gender; </w:t>
      </w:r>
    </w:p>
    <w:p w14:paraId="11CAFB4C" w14:textId="77777777" w:rsidR="00E07398" w:rsidRPr="00E07398" w:rsidRDefault="00E07398" w:rsidP="00E07398">
      <w:pPr>
        <w:numPr>
          <w:ilvl w:val="0"/>
          <w:numId w:val="267"/>
        </w:numPr>
        <w:spacing w:before="100" w:beforeAutospacing="1" w:after="100" w:afterAutospacing="1" w:line="240" w:lineRule="auto"/>
      </w:pPr>
      <w:r w:rsidRPr="00E07398">
        <w:t xml:space="preserve">gender reassignment; </w:t>
      </w:r>
    </w:p>
    <w:p w14:paraId="3317543F" w14:textId="77777777" w:rsidR="00E07398" w:rsidRPr="00E07398" w:rsidRDefault="00E07398" w:rsidP="00E07398">
      <w:pPr>
        <w:numPr>
          <w:ilvl w:val="0"/>
          <w:numId w:val="267"/>
        </w:numPr>
        <w:spacing w:before="100" w:beforeAutospacing="1" w:after="100" w:afterAutospacing="1" w:line="240" w:lineRule="auto"/>
      </w:pPr>
      <w:r w:rsidRPr="00E07398">
        <w:t xml:space="preserve">marriage or civil partnership; </w:t>
      </w:r>
    </w:p>
    <w:p w14:paraId="2107D339" w14:textId="77777777" w:rsidR="00E07398" w:rsidRPr="00E07398" w:rsidRDefault="00E07398" w:rsidP="00E07398">
      <w:pPr>
        <w:numPr>
          <w:ilvl w:val="0"/>
          <w:numId w:val="267"/>
        </w:numPr>
        <w:spacing w:before="100" w:beforeAutospacing="1" w:after="100" w:afterAutospacing="1" w:line="240" w:lineRule="auto"/>
      </w:pPr>
      <w:r w:rsidRPr="00E07398">
        <w:t xml:space="preserve">pregnancy or maternity; </w:t>
      </w:r>
    </w:p>
    <w:p w14:paraId="443EFF7C" w14:textId="77777777" w:rsidR="00E07398" w:rsidRPr="00E07398" w:rsidRDefault="00E07398" w:rsidP="00E07398">
      <w:pPr>
        <w:numPr>
          <w:ilvl w:val="0"/>
          <w:numId w:val="267"/>
        </w:numPr>
        <w:spacing w:before="100" w:beforeAutospacing="1" w:after="100" w:afterAutospacing="1" w:line="240" w:lineRule="auto"/>
      </w:pPr>
      <w:r w:rsidRPr="00E07398">
        <w:t xml:space="preserve">race; </w:t>
      </w:r>
    </w:p>
    <w:p w14:paraId="3FDC005A" w14:textId="77777777" w:rsidR="00E07398" w:rsidRPr="00E07398" w:rsidRDefault="00E07398" w:rsidP="00E07398">
      <w:pPr>
        <w:numPr>
          <w:ilvl w:val="0"/>
          <w:numId w:val="267"/>
        </w:numPr>
        <w:spacing w:before="100" w:beforeAutospacing="1" w:after="100" w:afterAutospacing="1" w:line="240" w:lineRule="auto"/>
      </w:pPr>
      <w:r w:rsidRPr="00E07398">
        <w:t xml:space="preserve">religion or belief; </w:t>
      </w:r>
    </w:p>
    <w:p w14:paraId="76066165" w14:textId="77777777" w:rsidR="00E07398" w:rsidRPr="00E07398" w:rsidRDefault="00E07398" w:rsidP="00E07398">
      <w:pPr>
        <w:numPr>
          <w:ilvl w:val="0"/>
          <w:numId w:val="267"/>
        </w:numPr>
        <w:spacing w:before="100" w:beforeAutospacing="1" w:after="100" w:afterAutospacing="1" w:line="240" w:lineRule="auto"/>
      </w:pPr>
      <w:r w:rsidRPr="00E07398">
        <w:t xml:space="preserve">sex; or </w:t>
      </w:r>
    </w:p>
    <w:p w14:paraId="6DD364B0" w14:textId="77777777" w:rsidR="00E07398" w:rsidRPr="00E07398" w:rsidRDefault="00E07398" w:rsidP="00E07398">
      <w:pPr>
        <w:numPr>
          <w:ilvl w:val="0"/>
          <w:numId w:val="267"/>
        </w:numPr>
        <w:spacing w:before="100" w:beforeAutospacing="1" w:after="100" w:afterAutospacing="1" w:line="240" w:lineRule="auto"/>
      </w:pPr>
      <w:r w:rsidRPr="00E07398">
        <w:t xml:space="preserve">sexual orientation. </w:t>
      </w:r>
    </w:p>
    <w:p w14:paraId="61CA9DA9"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Discriminatory behaviour, hate speech or any form of prejudice is not acceptable.</w:t>
      </w:r>
    </w:p>
    <w:p w14:paraId="350F41A0" w14:textId="77777777" w:rsidR="00E07398" w:rsidRPr="00E07398" w:rsidRDefault="00000000" w:rsidP="00E07398">
      <w:r>
        <w:pict w14:anchorId="5BD400FB">
          <v:rect id="_x0000_i1057" style="width:0;height:1.5pt" o:hralign="center" o:hrstd="t" o:hr="t" fillcolor="#a0a0a0" stroked="f"/>
        </w:pict>
      </w:r>
    </w:p>
    <w:p w14:paraId="255559D0" w14:textId="77777777" w:rsidR="00E07398" w:rsidRPr="00E07398" w:rsidRDefault="00E07398" w:rsidP="00E07398">
      <w:pPr>
        <w:pStyle w:val="Heading2"/>
        <w:rPr>
          <w:rFonts w:asciiTheme="minorHAnsi" w:hAnsiTheme="minorHAnsi"/>
          <w:sz w:val="22"/>
          <w:szCs w:val="22"/>
        </w:rPr>
      </w:pPr>
      <w:bookmarkStart w:id="37" w:name="_Toc237248470"/>
      <w:r w:rsidRPr="00E07398">
        <w:rPr>
          <w:rFonts w:asciiTheme="minorHAnsi" w:hAnsiTheme="minorHAnsi"/>
          <w:sz w:val="22"/>
          <w:szCs w:val="22"/>
        </w:rPr>
        <w:t>5.3 Abusive or Offensive Conduct</w:t>
      </w:r>
      <w:bookmarkEnd w:id="37"/>
    </w:p>
    <w:p w14:paraId="56634D5D"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Users must not use language or behaviour that is abusive, offensive or likely to cause unnecessary distress.</w:t>
      </w:r>
    </w:p>
    <w:p w14:paraId="3A9BC998"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Examples include:</w:t>
      </w:r>
    </w:p>
    <w:p w14:paraId="059199C6" w14:textId="77777777" w:rsidR="00E07398" w:rsidRPr="00E07398" w:rsidRDefault="00E07398" w:rsidP="00E07398">
      <w:pPr>
        <w:numPr>
          <w:ilvl w:val="0"/>
          <w:numId w:val="268"/>
        </w:numPr>
        <w:spacing w:before="100" w:beforeAutospacing="1" w:after="100" w:afterAutospacing="1" w:line="240" w:lineRule="auto"/>
      </w:pPr>
      <w:r w:rsidRPr="00E07398">
        <w:t xml:space="preserve">personal insults; </w:t>
      </w:r>
    </w:p>
    <w:p w14:paraId="3DC4F455" w14:textId="77777777" w:rsidR="00E07398" w:rsidRPr="00E07398" w:rsidRDefault="00E07398" w:rsidP="00E07398">
      <w:pPr>
        <w:numPr>
          <w:ilvl w:val="0"/>
          <w:numId w:val="268"/>
        </w:numPr>
        <w:spacing w:before="100" w:beforeAutospacing="1" w:after="100" w:afterAutospacing="1" w:line="240" w:lineRule="auto"/>
      </w:pPr>
      <w:r w:rsidRPr="00E07398">
        <w:t xml:space="preserve">abusive language; </w:t>
      </w:r>
    </w:p>
    <w:p w14:paraId="47DE2B95" w14:textId="77777777" w:rsidR="00E07398" w:rsidRPr="00E07398" w:rsidRDefault="00E07398" w:rsidP="00E07398">
      <w:pPr>
        <w:numPr>
          <w:ilvl w:val="0"/>
          <w:numId w:val="268"/>
        </w:numPr>
        <w:spacing w:before="100" w:beforeAutospacing="1" w:after="100" w:afterAutospacing="1" w:line="240" w:lineRule="auto"/>
      </w:pPr>
      <w:r w:rsidRPr="00E07398">
        <w:t xml:space="preserve">aggressive behaviour; </w:t>
      </w:r>
    </w:p>
    <w:p w14:paraId="313AD0A4" w14:textId="77777777" w:rsidR="00E07398" w:rsidRPr="00E07398" w:rsidRDefault="00E07398" w:rsidP="00E07398">
      <w:pPr>
        <w:numPr>
          <w:ilvl w:val="0"/>
          <w:numId w:val="268"/>
        </w:numPr>
        <w:spacing w:before="100" w:beforeAutospacing="1" w:after="100" w:afterAutospacing="1" w:line="240" w:lineRule="auto"/>
      </w:pPr>
      <w:r w:rsidRPr="00E07398">
        <w:t xml:space="preserve">offensive gestures; </w:t>
      </w:r>
    </w:p>
    <w:p w14:paraId="3862F16E" w14:textId="77777777" w:rsidR="00E07398" w:rsidRPr="00E07398" w:rsidRDefault="00E07398" w:rsidP="00E07398">
      <w:pPr>
        <w:numPr>
          <w:ilvl w:val="0"/>
          <w:numId w:val="268"/>
        </w:numPr>
        <w:spacing w:before="100" w:beforeAutospacing="1" w:after="100" w:afterAutospacing="1" w:line="240" w:lineRule="auto"/>
      </w:pPr>
      <w:r w:rsidRPr="00E07398">
        <w:t xml:space="preserve">deliberate provocation; or </w:t>
      </w:r>
    </w:p>
    <w:p w14:paraId="46D4D83C" w14:textId="77777777" w:rsidR="00E07398" w:rsidRPr="00E07398" w:rsidRDefault="00E07398" w:rsidP="00E07398">
      <w:pPr>
        <w:numPr>
          <w:ilvl w:val="0"/>
          <w:numId w:val="268"/>
        </w:numPr>
        <w:spacing w:before="100" w:beforeAutospacing="1" w:after="100" w:afterAutospacing="1" w:line="240" w:lineRule="auto"/>
      </w:pPr>
      <w:r w:rsidRPr="00E07398">
        <w:t xml:space="preserve">repeated hostile communication. </w:t>
      </w:r>
    </w:p>
    <w:p w14:paraId="6E785660"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Disagreements should always be managed respectfully and constructively.</w:t>
      </w:r>
    </w:p>
    <w:p w14:paraId="1996A640" w14:textId="77777777" w:rsidR="00E07398" w:rsidRPr="00E07398" w:rsidRDefault="00000000" w:rsidP="00E07398">
      <w:r>
        <w:pict w14:anchorId="6F36912C">
          <v:rect id="_x0000_i1058" style="width:0;height:1.5pt" o:hralign="center" o:hrstd="t" o:hr="t" fillcolor="#a0a0a0" stroked="f"/>
        </w:pict>
      </w:r>
    </w:p>
    <w:p w14:paraId="4374A504" w14:textId="77777777" w:rsidR="00E07398" w:rsidRPr="00E07398" w:rsidRDefault="00E07398" w:rsidP="00E07398">
      <w:pPr>
        <w:pStyle w:val="Heading2"/>
        <w:rPr>
          <w:rFonts w:asciiTheme="minorHAnsi" w:hAnsiTheme="minorHAnsi"/>
          <w:sz w:val="22"/>
          <w:szCs w:val="22"/>
        </w:rPr>
      </w:pPr>
      <w:bookmarkStart w:id="38" w:name="_Toc237248471"/>
      <w:r w:rsidRPr="00E07398">
        <w:rPr>
          <w:rFonts w:asciiTheme="minorHAnsi" w:hAnsiTheme="minorHAnsi"/>
          <w:sz w:val="22"/>
          <w:szCs w:val="22"/>
        </w:rPr>
        <w:t>5.4 Threatening Behaviour</w:t>
      </w:r>
      <w:bookmarkEnd w:id="38"/>
    </w:p>
    <w:p w14:paraId="6CEB5408"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Threats of violence, intimidation or attempts to coerce another individual are strictly prohibited.</w:t>
      </w:r>
    </w:p>
    <w:p w14:paraId="1B039EFC"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This includes:</w:t>
      </w:r>
    </w:p>
    <w:p w14:paraId="74F6E88F" w14:textId="77777777" w:rsidR="00E07398" w:rsidRPr="00E07398" w:rsidRDefault="00E07398" w:rsidP="00E07398">
      <w:pPr>
        <w:numPr>
          <w:ilvl w:val="0"/>
          <w:numId w:val="269"/>
        </w:numPr>
        <w:spacing w:before="100" w:beforeAutospacing="1" w:after="100" w:afterAutospacing="1" w:line="240" w:lineRule="auto"/>
      </w:pPr>
      <w:r w:rsidRPr="00E07398">
        <w:t xml:space="preserve">threatening messages; </w:t>
      </w:r>
    </w:p>
    <w:p w14:paraId="3F44ACF0" w14:textId="77777777" w:rsidR="00E07398" w:rsidRPr="00E07398" w:rsidRDefault="00E07398" w:rsidP="00E07398">
      <w:pPr>
        <w:numPr>
          <w:ilvl w:val="0"/>
          <w:numId w:val="269"/>
        </w:numPr>
        <w:spacing w:before="100" w:beforeAutospacing="1" w:after="100" w:afterAutospacing="1" w:line="240" w:lineRule="auto"/>
      </w:pPr>
      <w:r w:rsidRPr="00E07398">
        <w:t xml:space="preserve">intimidation; </w:t>
      </w:r>
    </w:p>
    <w:p w14:paraId="48AB37BF" w14:textId="77777777" w:rsidR="00E07398" w:rsidRPr="00E07398" w:rsidRDefault="00E07398" w:rsidP="00E07398">
      <w:pPr>
        <w:numPr>
          <w:ilvl w:val="0"/>
          <w:numId w:val="269"/>
        </w:numPr>
        <w:spacing w:before="100" w:beforeAutospacing="1" w:after="100" w:afterAutospacing="1" w:line="240" w:lineRule="auto"/>
      </w:pPr>
      <w:r w:rsidRPr="00E07398">
        <w:t xml:space="preserve">attempts to pressure another user; </w:t>
      </w:r>
    </w:p>
    <w:p w14:paraId="6B867BF1" w14:textId="77777777" w:rsidR="00E07398" w:rsidRPr="00E07398" w:rsidRDefault="00E07398" w:rsidP="00E07398">
      <w:pPr>
        <w:numPr>
          <w:ilvl w:val="0"/>
          <w:numId w:val="269"/>
        </w:numPr>
        <w:spacing w:before="100" w:beforeAutospacing="1" w:after="100" w:afterAutospacing="1" w:line="240" w:lineRule="auto"/>
      </w:pPr>
      <w:r w:rsidRPr="00E07398">
        <w:lastRenderedPageBreak/>
        <w:t xml:space="preserve">blackmail; </w:t>
      </w:r>
    </w:p>
    <w:p w14:paraId="214DB96C" w14:textId="77777777" w:rsidR="00E07398" w:rsidRPr="00E07398" w:rsidRDefault="00E07398" w:rsidP="00E07398">
      <w:pPr>
        <w:numPr>
          <w:ilvl w:val="0"/>
          <w:numId w:val="269"/>
        </w:numPr>
        <w:spacing w:before="100" w:beforeAutospacing="1" w:after="100" w:afterAutospacing="1" w:line="240" w:lineRule="auto"/>
      </w:pPr>
      <w:r w:rsidRPr="00E07398">
        <w:t xml:space="preserve">coercion; or </w:t>
      </w:r>
    </w:p>
    <w:p w14:paraId="3DCF3B3A" w14:textId="77777777" w:rsidR="00E07398" w:rsidRPr="00E07398" w:rsidRDefault="00E07398" w:rsidP="00E07398">
      <w:pPr>
        <w:numPr>
          <w:ilvl w:val="0"/>
          <w:numId w:val="269"/>
        </w:numPr>
        <w:spacing w:before="100" w:beforeAutospacing="1" w:after="100" w:afterAutospacing="1" w:line="240" w:lineRule="auto"/>
      </w:pPr>
      <w:r w:rsidRPr="00E07398">
        <w:t xml:space="preserve">encouraging others to threaten or intimidate another person. </w:t>
      </w:r>
    </w:p>
    <w:p w14:paraId="521FF57D"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Behaviour that places another individual in fear for their safety will be treated seriously.</w:t>
      </w:r>
    </w:p>
    <w:p w14:paraId="2F1998F3" w14:textId="77777777" w:rsidR="00E07398" w:rsidRPr="00E07398" w:rsidRDefault="00000000" w:rsidP="00E07398">
      <w:r>
        <w:pict w14:anchorId="1B6C25B8">
          <v:rect id="_x0000_i1059" style="width:0;height:1.5pt" o:hralign="center" o:hrstd="t" o:hr="t" fillcolor="#a0a0a0" stroked="f"/>
        </w:pict>
      </w:r>
    </w:p>
    <w:p w14:paraId="040D6245" w14:textId="77777777" w:rsidR="00E07398" w:rsidRPr="00E07398" w:rsidRDefault="00E07398" w:rsidP="00E07398">
      <w:pPr>
        <w:pStyle w:val="Heading2"/>
        <w:rPr>
          <w:rFonts w:asciiTheme="minorHAnsi" w:hAnsiTheme="minorHAnsi"/>
          <w:sz w:val="22"/>
          <w:szCs w:val="22"/>
        </w:rPr>
      </w:pPr>
      <w:bookmarkStart w:id="39" w:name="_Toc237248472"/>
      <w:r w:rsidRPr="00E07398">
        <w:rPr>
          <w:rFonts w:asciiTheme="minorHAnsi" w:hAnsiTheme="minorHAnsi"/>
          <w:sz w:val="22"/>
          <w:szCs w:val="22"/>
        </w:rPr>
        <w:t>5.5 Dishonesty and Fraud</w:t>
      </w:r>
      <w:bookmarkEnd w:id="39"/>
    </w:p>
    <w:p w14:paraId="107FA931"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Users must not engage in dishonest or fraudulent behaviour.</w:t>
      </w:r>
    </w:p>
    <w:p w14:paraId="0C8A7227"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Examples include:</w:t>
      </w:r>
    </w:p>
    <w:p w14:paraId="364A023C" w14:textId="77777777" w:rsidR="00E07398" w:rsidRPr="00E07398" w:rsidRDefault="00E07398" w:rsidP="00E07398">
      <w:pPr>
        <w:numPr>
          <w:ilvl w:val="0"/>
          <w:numId w:val="270"/>
        </w:numPr>
        <w:spacing w:before="100" w:beforeAutospacing="1" w:after="100" w:afterAutospacing="1" w:line="240" w:lineRule="auto"/>
      </w:pPr>
      <w:r w:rsidRPr="00E07398">
        <w:t xml:space="preserve">providing false information; </w:t>
      </w:r>
    </w:p>
    <w:p w14:paraId="504476E3" w14:textId="77777777" w:rsidR="00E07398" w:rsidRPr="00E07398" w:rsidRDefault="00E07398" w:rsidP="00E07398">
      <w:pPr>
        <w:numPr>
          <w:ilvl w:val="0"/>
          <w:numId w:val="270"/>
        </w:numPr>
        <w:spacing w:before="100" w:beforeAutospacing="1" w:after="100" w:afterAutospacing="1" w:line="240" w:lineRule="auto"/>
      </w:pPr>
      <w:r w:rsidRPr="00E07398">
        <w:t xml:space="preserve">misrepresenting qualifications or experience; </w:t>
      </w:r>
    </w:p>
    <w:p w14:paraId="6D91BA0E" w14:textId="77777777" w:rsidR="00E07398" w:rsidRPr="00E07398" w:rsidRDefault="00E07398" w:rsidP="00E07398">
      <w:pPr>
        <w:numPr>
          <w:ilvl w:val="0"/>
          <w:numId w:val="270"/>
        </w:numPr>
        <w:spacing w:before="100" w:beforeAutospacing="1" w:after="100" w:afterAutospacing="1" w:line="240" w:lineRule="auto"/>
      </w:pPr>
      <w:r w:rsidRPr="00E07398">
        <w:t xml:space="preserve">impersonating another individual; </w:t>
      </w:r>
    </w:p>
    <w:p w14:paraId="0A9B91E4" w14:textId="77777777" w:rsidR="00E07398" w:rsidRPr="00E07398" w:rsidRDefault="00E07398" w:rsidP="00E07398">
      <w:pPr>
        <w:numPr>
          <w:ilvl w:val="0"/>
          <w:numId w:val="270"/>
        </w:numPr>
        <w:spacing w:before="100" w:beforeAutospacing="1" w:after="100" w:afterAutospacing="1" w:line="240" w:lineRule="auto"/>
      </w:pPr>
      <w:r w:rsidRPr="00E07398">
        <w:t xml:space="preserve">attempting to obtain financial advantage dishonestly; </w:t>
      </w:r>
    </w:p>
    <w:p w14:paraId="0D389366" w14:textId="77777777" w:rsidR="00E07398" w:rsidRPr="00E07398" w:rsidRDefault="00E07398" w:rsidP="00E07398">
      <w:pPr>
        <w:numPr>
          <w:ilvl w:val="0"/>
          <w:numId w:val="270"/>
        </w:numPr>
        <w:spacing w:before="100" w:beforeAutospacing="1" w:after="100" w:afterAutospacing="1" w:line="240" w:lineRule="auto"/>
      </w:pPr>
      <w:r w:rsidRPr="00E07398">
        <w:t xml:space="preserve">submitting false documentation; or </w:t>
      </w:r>
    </w:p>
    <w:p w14:paraId="4E7B730A" w14:textId="77777777" w:rsidR="00E07398" w:rsidRPr="00E07398" w:rsidRDefault="00E07398" w:rsidP="00E07398">
      <w:pPr>
        <w:numPr>
          <w:ilvl w:val="0"/>
          <w:numId w:val="270"/>
        </w:numPr>
        <w:spacing w:before="100" w:beforeAutospacing="1" w:after="100" w:afterAutospacing="1" w:line="240" w:lineRule="auto"/>
      </w:pPr>
      <w:r w:rsidRPr="00E07398">
        <w:t xml:space="preserve">deliberately misleading other users. </w:t>
      </w:r>
    </w:p>
    <w:p w14:paraId="70F92F4E"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Trust is fundamental to the My Sports Coach community.</w:t>
      </w:r>
    </w:p>
    <w:p w14:paraId="2298BA06" w14:textId="77777777" w:rsidR="00E07398" w:rsidRPr="00E07398" w:rsidRDefault="00000000" w:rsidP="00E07398">
      <w:r>
        <w:pict w14:anchorId="1EEFCA81">
          <v:rect id="_x0000_i1060" style="width:0;height:1.5pt" o:hralign="center" o:hrstd="t" o:hr="t" fillcolor="#a0a0a0" stroked="f"/>
        </w:pict>
      </w:r>
    </w:p>
    <w:p w14:paraId="5825473A" w14:textId="77777777" w:rsidR="00E07398" w:rsidRPr="00E07398" w:rsidRDefault="00E07398" w:rsidP="00E07398">
      <w:pPr>
        <w:pStyle w:val="Heading2"/>
        <w:rPr>
          <w:rFonts w:asciiTheme="minorHAnsi" w:hAnsiTheme="minorHAnsi"/>
          <w:sz w:val="22"/>
          <w:szCs w:val="22"/>
        </w:rPr>
      </w:pPr>
      <w:bookmarkStart w:id="40" w:name="_Toc237248473"/>
      <w:r w:rsidRPr="00E07398">
        <w:rPr>
          <w:rFonts w:asciiTheme="minorHAnsi" w:hAnsiTheme="minorHAnsi"/>
          <w:sz w:val="22"/>
          <w:szCs w:val="22"/>
        </w:rPr>
        <w:t>5.6 Misuse of the Platform</w:t>
      </w:r>
      <w:bookmarkEnd w:id="40"/>
    </w:p>
    <w:p w14:paraId="292A6E1D"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Users must not misuse the My Sports Coach platform.</w:t>
      </w:r>
    </w:p>
    <w:p w14:paraId="5BCF138B"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Examples include:</w:t>
      </w:r>
    </w:p>
    <w:p w14:paraId="322DA080" w14:textId="77777777" w:rsidR="00E07398" w:rsidRPr="00E07398" w:rsidRDefault="00E07398" w:rsidP="00E07398">
      <w:pPr>
        <w:numPr>
          <w:ilvl w:val="0"/>
          <w:numId w:val="271"/>
        </w:numPr>
        <w:spacing w:before="100" w:beforeAutospacing="1" w:after="100" w:afterAutospacing="1" w:line="240" w:lineRule="auto"/>
      </w:pPr>
      <w:r w:rsidRPr="00E07398">
        <w:t xml:space="preserve">attempting to interfere with platform functionality; </w:t>
      </w:r>
    </w:p>
    <w:p w14:paraId="1B7322A6" w14:textId="77777777" w:rsidR="00E07398" w:rsidRPr="00E07398" w:rsidRDefault="00E07398" w:rsidP="00E07398">
      <w:pPr>
        <w:numPr>
          <w:ilvl w:val="0"/>
          <w:numId w:val="271"/>
        </w:numPr>
        <w:spacing w:before="100" w:beforeAutospacing="1" w:after="100" w:afterAutospacing="1" w:line="240" w:lineRule="auto"/>
      </w:pPr>
      <w:r w:rsidRPr="00E07398">
        <w:t xml:space="preserve">uploading malicious software; </w:t>
      </w:r>
    </w:p>
    <w:p w14:paraId="2B04ED1C" w14:textId="77777777" w:rsidR="00E07398" w:rsidRPr="00E07398" w:rsidRDefault="00E07398" w:rsidP="00E07398">
      <w:pPr>
        <w:numPr>
          <w:ilvl w:val="0"/>
          <w:numId w:val="271"/>
        </w:numPr>
        <w:spacing w:before="100" w:beforeAutospacing="1" w:after="100" w:afterAutospacing="1" w:line="240" w:lineRule="auto"/>
      </w:pPr>
      <w:r w:rsidRPr="00E07398">
        <w:t xml:space="preserve">sending spam or unsolicited communications; </w:t>
      </w:r>
    </w:p>
    <w:p w14:paraId="7709047D" w14:textId="77777777" w:rsidR="00E07398" w:rsidRPr="00E07398" w:rsidRDefault="00E07398" w:rsidP="00E07398">
      <w:pPr>
        <w:numPr>
          <w:ilvl w:val="0"/>
          <w:numId w:val="271"/>
        </w:numPr>
        <w:spacing w:before="100" w:beforeAutospacing="1" w:after="100" w:afterAutospacing="1" w:line="240" w:lineRule="auto"/>
      </w:pPr>
      <w:r w:rsidRPr="00E07398">
        <w:t xml:space="preserve">creating multiple accounts to avoid restrictions; </w:t>
      </w:r>
    </w:p>
    <w:p w14:paraId="2FFE2DE4" w14:textId="77777777" w:rsidR="00E07398" w:rsidRPr="00E07398" w:rsidRDefault="00E07398" w:rsidP="00E07398">
      <w:pPr>
        <w:numPr>
          <w:ilvl w:val="0"/>
          <w:numId w:val="271"/>
        </w:numPr>
        <w:spacing w:before="100" w:beforeAutospacing="1" w:after="100" w:afterAutospacing="1" w:line="240" w:lineRule="auto"/>
      </w:pPr>
      <w:r w:rsidRPr="00E07398">
        <w:t xml:space="preserve">attempting to bypass platform security; or </w:t>
      </w:r>
    </w:p>
    <w:p w14:paraId="45334EAE" w14:textId="77777777" w:rsidR="00E07398" w:rsidRPr="00E07398" w:rsidRDefault="00E07398" w:rsidP="00E07398">
      <w:pPr>
        <w:numPr>
          <w:ilvl w:val="0"/>
          <w:numId w:val="271"/>
        </w:numPr>
        <w:spacing w:before="100" w:beforeAutospacing="1" w:after="100" w:afterAutospacing="1" w:line="240" w:lineRule="auto"/>
      </w:pPr>
      <w:r w:rsidRPr="00E07398">
        <w:t xml:space="preserve">using the platform for unlawful purposes. </w:t>
      </w:r>
    </w:p>
    <w:p w14:paraId="5C5E54A8"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Users are expected to use platform features only for their intended purpose.</w:t>
      </w:r>
    </w:p>
    <w:p w14:paraId="29E29D01" w14:textId="77777777" w:rsidR="00E07398" w:rsidRPr="00E07398" w:rsidRDefault="00000000" w:rsidP="00E07398">
      <w:r>
        <w:pict w14:anchorId="7038755A">
          <v:rect id="_x0000_i1061" style="width:0;height:1.5pt" o:hralign="center" o:hrstd="t" o:hr="t" fillcolor="#a0a0a0" stroked="f"/>
        </w:pict>
      </w:r>
    </w:p>
    <w:p w14:paraId="75ADFF62" w14:textId="77777777" w:rsidR="00E07398" w:rsidRPr="00E07398" w:rsidRDefault="00E07398" w:rsidP="00E07398">
      <w:pPr>
        <w:pStyle w:val="Heading2"/>
        <w:rPr>
          <w:rFonts w:asciiTheme="minorHAnsi" w:hAnsiTheme="minorHAnsi"/>
          <w:sz w:val="22"/>
          <w:szCs w:val="22"/>
        </w:rPr>
      </w:pPr>
      <w:bookmarkStart w:id="41" w:name="_Toc237248474"/>
      <w:r w:rsidRPr="00E07398">
        <w:rPr>
          <w:rFonts w:asciiTheme="minorHAnsi" w:hAnsiTheme="minorHAnsi"/>
          <w:sz w:val="22"/>
          <w:szCs w:val="22"/>
        </w:rPr>
        <w:t>5.7 Inappropriate Content</w:t>
      </w:r>
      <w:bookmarkEnd w:id="41"/>
    </w:p>
    <w:p w14:paraId="2F2B5281"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Users must not publish or share content that is:</w:t>
      </w:r>
    </w:p>
    <w:p w14:paraId="2C08FB1A" w14:textId="77777777" w:rsidR="00E07398" w:rsidRPr="00E07398" w:rsidRDefault="00E07398" w:rsidP="00E07398">
      <w:pPr>
        <w:numPr>
          <w:ilvl w:val="0"/>
          <w:numId w:val="272"/>
        </w:numPr>
        <w:spacing w:before="100" w:beforeAutospacing="1" w:after="100" w:afterAutospacing="1" w:line="240" w:lineRule="auto"/>
      </w:pPr>
      <w:r w:rsidRPr="00E07398">
        <w:t xml:space="preserve">abusive; </w:t>
      </w:r>
    </w:p>
    <w:p w14:paraId="6F95DEEC" w14:textId="77777777" w:rsidR="00E07398" w:rsidRPr="00E07398" w:rsidRDefault="00E07398" w:rsidP="00E07398">
      <w:pPr>
        <w:numPr>
          <w:ilvl w:val="0"/>
          <w:numId w:val="272"/>
        </w:numPr>
        <w:spacing w:before="100" w:beforeAutospacing="1" w:after="100" w:afterAutospacing="1" w:line="240" w:lineRule="auto"/>
      </w:pPr>
      <w:r w:rsidRPr="00E07398">
        <w:t xml:space="preserve">threatening; </w:t>
      </w:r>
    </w:p>
    <w:p w14:paraId="6395F2B4" w14:textId="77777777" w:rsidR="00E07398" w:rsidRPr="00E07398" w:rsidRDefault="00E07398" w:rsidP="00E07398">
      <w:pPr>
        <w:numPr>
          <w:ilvl w:val="0"/>
          <w:numId w:val="272"/>
        </w:numPr>
        <w:spacing w:before="100" w:beforeAutospacing="1" w:after="100" w:afterAutospacing="1" w:line="240" w:lineRule="auto"/>
      </w:pPr>
      <w:r w:rsidRPr="00E07398">
        <w:t xml:space="preserve">discriminatory; </w:t>
      </w:r>
    </w:p>
    <w:p w14:paraId="0A8CBDAF" w14:textId="77777777" w:rsidR="00E07398" w:rsidRPr="00E07398" w:rsidRDefault="00E07398" w:rsidP="00E07398">
      <w:pPr>
        <w:numPr>
          <w:ilvl w:val="0"/>
          <w:numId w:val="272"/>
        </w:numPr>
        <w:spacing w:before="100" w:beforeAutospacing="1" w:after="100" w:afterAutospacing="1" w:line="240" w:lineRule="auto"/>
      </w:pPr>
      <w:r w:rsidRPr="00E07398">
        <w:t xml:space="preserve">defamatory; </w:t>
      </w:r>
    </w:p>
    <w:p w14:paraId="54559154" w14:textId="77777777" w:rsidR="00E07398" w:rsidRPr="00E07398" w:rsidRDefault="00E07398" w:rsidP="00E07398">
      <w:pPr>
        <w:numPr>
          <w:ilvl w:val="0"/>
          <w:numId w:val="272"/>
        </w:numPr>
        <w:spacing w:before="100" w:beforeAutospacing="1" w:after="100" w:afterAutospacing="1" w:line="240" w:lineRule="auto"/>
      </w:pPr>
      <w:r w:rsidRPr="00E07398">
        <w:t xml:space="preserve">sexually explicit; </w:t>
      </w:r>
    </w:p>
    <w:p w14:paraId="71B52A8A" w14:textId="77777777" w:rsidR="00E07398" w:rsidRPr="00E07398" w:rsidRDefault="00E07398" w:rsidP="00E07398">
      <w:pPr>
        <w:numPr>
          <w:ilvl w:val="0"/>
          <w:numId w:val="272"/>
        </w:numPr>
        <w:spacing w:before="100" w:beforeAutospacing="1" w:after="100" w:afterAutospacing="1" w:line="240" w:lineRule="auto"/>
      </w:pPr>
      <w:r w:rsidRPr="00E07398">
        <w:t xml:space="preserve">obscene; </w:t>
      </w:r>
    </w:p>
    <w:p w14:paraId="4E2DE6F8" w14:textId="77777777" w:rsidR="00E07398" w:rsidRPr="00E07398" w:rsidRDefault="00E07398" w:rsidP="00E07398">
      <w:pPr>
        <w:numPr>
          <w:ilvl w:val="0"/>
          <w:numId w:val="272"/>
        </w:numPr>
        <w:spacing w:before="100" w:beforeAutospacing="1" w:after="100" w:afterAutospacing="1" w:line="240" w:lineRule="auto"/>
      </w:pPr>
      <w:r w:rsidRPr="00E07398">
        <w:lastRenderedPageBreak/>
        <w:t xml:space="preserve">unlawful; </w:t>
      </w:r>
    </w:p>
    <w:p w14:paraId="5202953B" w14:textId="77777777" w:rsidR="00E07398" w:rsidRPr="00E07398" w:rsidRDefault="00E07398" w:rsidP="00E07398">
      <w:pPr>
        <w:numPr>
          <w:ilvl w:val="0"/>
          <w:numId w:val="272"/>
        </w:numPr>
        <w:spacing w:before="100" w:beforeAutospacing="1" w:after="100" w:afterAutospacing="1" w:line="240" w:lineRule="auto"/>
      </w:pPr>
      <w:r w:rsidRPr="00E07398">
        <w:t xml:space="preserve">misleading; or </w:t>
      </w:r>
    </w:p>
    <w:p w14:paraId="4823C9CE" w14:textId="77777777" w:rsidR="00E07398" w:rsidRPr="00E07398" w:rsidRDefault="00E07398" w:rsidP="00E07398">
      <w:pPr>
        <w:numPr>
          <w:ilvl w:val="0"/>
          <w:numId w:val="272"/>
        </w:numPr>
        <w:spacing w:before="100" w:beforeAutospacing="1" w:after="100" w:afterAutospacing="1" w:line="240" w:lineRule="auto"/>
      </w:pPr>
      <w:r w:rsidRPr="00E07398">
        <w:t xml:space="preserve">otherwise inappropriate for the My Sports Coach community. </w:t>
      </w:r>
    </w:p>
    <w:p w14:paraId="2001C7B8"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Content that breaches these guidelines may be removed without notice where appropriate.</w:t>
      </w:r>
    </w:p>
    <w:p w14:paraId="7F579630" w14:textId="77777777" w:rsidR="00E07398" w:rsidRPr="00E07398" w:rsidRDefault="00000000" w:rsidP="00E07398">
      <w:r>
        <w:pict w14:anchorId="40FAEA44">
          <v:rect id="_x0000_i1062" style="width:0;height:1.5pt" o:hralign="center" o:hrstd="t" o:hr="t" fillcolor="#a0a0a0" stroked="f"/>
        </w:pict>
      </w:r>
    </w:p>
    <w:p w14:paraId="5E29A00E" w14:textId="77777777" w:rsidR="00E07398" w:rsidRPr="00E07398" w:rsidRDefault="00E07398" w:rsidP="00E07398">
      <w:pPr>
        <w:pStyle w:val="Heading2"/>
        <w:rPr>
          <w:rFonts w:asciiTheme="minorHAnsi" w:hAnsiTheme="minorHAnsi"/>
          <w:sz w:val="22"/>
          <w:szCs w:val="22"/>
        </w:rPr>
      </w:pPr>
      <w:bookmarkStart w:id="42" w:name="_Toc237248475"/>
      <w:r w:rsidRPr="00E07398">
        <w:rPr>
          <w:rFonts w:asciiTheme="minorHAnsi" w:hAnsiTheme="minorHAnsi"/>
          <w:sz w:val="22"/>
          <w:szCs w:val="22"/>
        </w:rPr>
        <w:t>5.8 Breaches of Safeguarding</w:t>
      </w:r>
      <w:bookmarkEnd w:id="42"/>
    </w:p>
    <w:p w14:paraId="7DEE1339"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Behaviour that places children, young people or adults at risk is incompatible with the values of My Sports Coach.</w:t>
      </w:r>
    </w:p>
    <w:p w14:paraId="31645F41"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Users must not engage in conduct that:</w:t>
      </w:r>
    </w:p>
    <w:p w14:paraId="72A709AA" w14:textId="77777777" w:rsidR="00E07398" w:rsidRPr="00E07398" w:rsidRDefault="00E07398" w:rsidP="00E07398">
      <w:pPr>
        <w:numPr>
          <w:ilvl w:val="0"/>
          <w:numId w:val="273"/>
        </w:numPr>
        <w:spacing w:before="100" w:beforeAutospacing="1" w:after="100" w:afterAutospacing="1" w:line="240" w:lineRule="auto"/>
      </w:pPr>
      <w:r w:rsidRPr="00E07398">
        <w:t xml:space="preserve">breaches safeguarding requirements; </w:t>
      </w:r>
    </w:p>
    <w:p w14:paraId="0D2AC2C9" w14:textId="77777777" w:rsidR="00E07398" w:rsidRPr="00E07398" w:rsidRDefault="00E07398" w:rsidP="00E07398">
      <w:pPr>
        <w:numPr>
          <w:ilvl w:val="0"/>
          <w:numId w:val="273"/>
        </w:numPr>
        <w:spacing w:before="100" w:beforeAutospacing="1" w:after="100" w:afterAutospacing="1" w:line="240" w:lineRule="auto"/>
      </w:pPr>
      <w:r w:rsidRPr="00E07398">
        <w:t xml:space="preserve">exploits vulnerable individuals; </w:t>
      </w:r>
    </w:p>
    <w:p w14:paraId="3C7F4E98" w14:textId="77777777" w:rsidR="00E07398" w:rsidRPr="00E07398" w:rsidRDefault="00E07398" w:rsidP="00E07398">
      <w:pPr>
        <w:numPr>
          <w:ilvl w:val="0"/>
          <w:numId w:val="273"/>
        </w:numPr>
        <w:spacing w:before="100" w:beforeAutospacing="1" w:after="100" w:afterAutospacing="1" w:line="240" w:lineRule="auto"/>
      </w:pPr>
      <w:r w:rsidRPr="00E07398">
        <w:t xml:space="preserve">involves grooming or inappropriate communication; </w:t>
      </w:r>
    </w:p>
    <w:p w14:paraId="7AF6F22F" w14:textId="77777777" w:rsidR="00E07398" w:rsidRPr="00E07398" w:rsidRDefault="00E07398" w:rsidP="00E07398">
      <w:pPr>
        <w:numPr>
          <w:ilvl w:val="0"/>
          <w:numId w:val="273"/>
        </w:numPr>
        <w:spacing w:before="100" w:beforeAutospacing="1" w:after="100" w:afterAutospacing="1" w:line="240" w:lineRule="auto"/>
      </w:pPr>
      <w:r w:rsidRPr="00E07398">
        <w:t xml:space="preserve">disregards appropriate professional boundaries; or </w:t>
      </w:r>
    </w:p>
    <w:p w14:paraId="6EB5F486" w14:textId="77777777" w:rsidR="00E07398" w:rsidRPr="00E07398" w:rsidRDefault="00E07398" w:rsidP="00E07398">
      <w:pPr>
        <w:numPr>
          <w:ilvl w:val="0"/>
          <w:numId w:val="273"/>
        </w:numPr>
        <w:spacing w:before="100" w:beforeAutospacing="1" w:after="100" w:afterAutospacing="1" w:line="240" w:lineRule="auto"/>
      </w:pPr>
      <w:r w:rsidRPr="00E07398">
        <w:t xml:space="preserve">otherwise creates safeguarding risks. </w:t>
      </w:r>
    </w:p>
    <w:p w14:paraId="5572B7D5"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Such matters may be managed under the My Sports Coach Safeguarding Policy and referred to the appropriate authorities where necessary.</w:t>
      </w:r>
    </w:p>
    <w:p w14:paraId="2D0349A9" w14:textId="77777777" w:rsidR="00E07398" w:rsidRPr="00E07398" w:rsidRDefault="00000000" w:rsidP="00E07398">
      <w:r>
        <w:pict w14:anchorId="74FA142F">
          <v:rect id="_x0000_i1063" style="width:0;height:1.5pt" o:hralign="center" o:hrstd="t" o:hr="t" fillcolor="#a0a0a0" stroked="f"/>
        </w:pict>
      </w:r>
    </w:p>
    <w:p w14:paraId="722DA5B8" w14:textId="77777777" w:rsidR="00E07398" w:rsidRPr="00E07398" w:rsidRDefault="00E07398" w:rsidP="00E07398">
      <w:pPr>
        <w:pStyle w:val="Heading2"/>
        <w:rPr>
          <w:rFonts w:asciiTheme="minorHAnsi" w:hAnsiTheme="minorHAnsi"/>
          <w:sz w:val="22"/>
          <w:szCs w:val="22"/>
        </w:rPr>
      </w:pPr>
      <w:bookmarkStart w:id="43" w:name="_Toc237248476"/>
      <w:r w:rsidRPr="00E07398">
        <w:rPr>
          <w:rFonts w:asciiTheme="minorHAnsi" w:hAnsiTheme="minorHAnsi"/>
          <w:sz w:val="22"/>
          <w:szCs w:val="22"/>
        </w:rPr>
        <w:t>5.9 Undermining the Community</w:t>
      </w:r>
      <w:bookmarkEnd w:id="43"/>
    </w:p>
    <w:p w14:paraId="5C3B6F11"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Users should not deliberately undermine the trust, safety or integrity of the My Sports Coach community.</w:t>
      </w:r>
    </w:p>
    <w:p w14:paraId="6F20B651"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Examples include:</w:t>
      </w:r>
    </w:p>
    <w:p w14:paraId="54FF24C8" w14:textId="77777777" w:rsidR="00E07398" w:rsidRPr="00E07398" w:rsidRDefault="00E07398" w:rsidP="00E07398">
      <w:pPr>
        <w:numPr>
          <w:ilvl w:val="0"/>
          <w:numId w:val="274"/>
        </w:numPr>
        <w:spacing w:before="100" w:beforeAutospacing="1" w:after="100" w:afterAutospacing="1" w:line="240" w:lineRule="auto"/>
      </w:pPr>
      <w:r w:rsidRPr="00E07398">
        <w:t xml:space="preserve">encouraging others to breach platform policies; </w:t>
      </w:r>
    </w:p>
    <w:p w14:paraId="5B32E119" w14:textId="77777777" w:rsidR="00E07398" w:rsidRPr="00E07398" w:rsidRDefault="00E07398" w:rsidP="00E07398">
      <w:pPr>
        <w:numPr>
          <w:ilvl w:val="0"/>
          <w:numId w:val="274"/>
        </w:numPr>
        <w:spacing w:before="100" w:beforeAutospacing="1" w:after="100" w:afterAutospacing="1" w:line="240" w:lineRule="auto"/>
      </w:pPr>
      <w:r w:rsidRPr="00E07398">
        <w:t xml:space="preserve">making knowingly false allegations; </w:t>
      </w:r>
    </w:p>
    <w:p w14:paraId="49F2711F" w14:textId="77777777" w:rsidR="00E07398" w:rsidRPr="00E07398" w:rsidRDefault="00E07398" w:rsidP="00E07398">
      <w:pPr>
        <w:numPr>
          <w:ilvl w:val="0"/>
          <w:numId w:val="274"/>
        </w:numPr>
        <w:spacing w:before="100" w:beforeAutospacing="1" w:after="100" w:afterAutospacing="1" w:line="240" w:lineRule="auto"/>
      </w:pPr>
      <w:r w:rsidRPr="00E07398">
        <w:t xml:space="preserve">repeatedly disrupting community interactions; </w:t>
      </w:r>
    </w:p>
    <w:p w14:paraId="74EA8175" w14:textId="77777777" w:rsidR="00E07398" w:rsidRPr="00E07398" w:rsidRDefault="00E07398" w:rsidP="00E07398">
      <w:pPr>
        <w:numPr>
          <w:ilvl w:val="0"/>
          <w:numId w:val="274"/>
        </w:numPr>
        <w:spacing w:before="100" w:beforeAutospacing="1" w:after="100" w:afterAutospacing="1" w:line="240" w:lineRule="auto"/>
      </w:pPr>
      <w:r w:rsidRPr="00E07398">
        <w:t xml:space="preserve">abusing the complaints process; </w:t>
      </w:r>
    </w:p>
    <w:p w14:paraId="6375657B" w14:textId="77777777" w:rsidR="00E07398" w:rsidRPr="00E07398" w:rsidRDefault="00E07398" w:rsidP="00E07398">
      <w:pPr>
        <w:numPr>
          <w:ilvl w:val="0"/>
          <w:numId w:val="274"/>
        </w:numPr>
        <w:spacing w:before="100" w:beforeAutospacing="1" w:after="100" w:afterAutospacing="1" w:line="240" w:lineRule="auto"/>
      </w:pPr>
      <w:r w:rsidRPr="00E07398">
        <w:t xml:space="preserve">attempting to damage another user's reputation through dishonest conduct; or </w:t>
      </w:r>
    </w:p>
    <w:p w14:paraId="29C302D1" w14:textId="77777777" w:rsidR="00E07398" w:rsidRPr="00E07398" w:rsidRDefault="00E07398" w:rsidP="00E07398">
      <w:pPr>
        <w:numPr>
          <w:ilvl w:val="0"/>
          <w:numId w:val="274"/>
        </w:numPr>
        <w:spacing w:before="100" w:beforeAutospacing="1" w:after="100" w:afterAutospacing="1" w:line="240" w:lineRule="auto"/>
      </w:pPr>
      <w:r w:rsidRPr="00E07398">
        <w:t xml:space="preserve">any behaviour intended to undermine confidence in the platform. </w:t>
      </w:r>
    </w:p>
    <w:p w14:paraId="394FCB51"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Constructive criticism and genuine feedback are always welcome when communicated respectfully and honestly.</w:t>
      </w:r>
    </w:p>
    <w:p w14:paraId="4537AF87" w14:textId="77777777" w:rsidR="00E07398" w:rsidRPr="00E07398" w:rsidRDefault="00000000" w:rsidP="00E07398">
      <w:r>
        <w:pict w14:anchorId="38E534FA">
          <v:rect id="_x0000_i1064" style="width:0;height:1.5pt" o:hralign="center" o:hrstd="t" o:hr="t" fillcolor="#a0a0a0" stroked="f"/>
        </w:pict>
      </w:r>
    </w:p>
    <w:p w14:paraId="0455A45D" w14:textId="77777777" w:rsidR="00E07398" w:rsidRPr="00E07398" w:rsidRDefault="00E07398" w:rsidP="00E07398">
      <w:pPr>
        <w:pStyle w:val="Heading2"/>
        <w:rPr>
          <w:rFonts w:asciiTheme="minorHAnsi" w:hAnsiTheme="minorHAnsi"/>
          <w:sz w:val="22"/>
          <w:szCs w:val="22"/>
        </w:rPr>
      </w:pPr>
      <w:bookmarkStart w:id="44" w:name="_Toc237248477"/>
      <w:r w:rsidRPr="00E07398">
        <w:rPr>
          <w:rFonts w:asciiTheme="minorHAnsi" w:hAnsiTheme="minorHAnsi"/>
          <w:sz w:val="22"/>
          <w:szCs w:val="22"/>
        </w:rPr>
        <w:t>5.10 Circumventing the Platform</w:t>
      </w:r>
      <w:bookmarkEnd w:id="44"/>
    </w:p>
    <w:p w14:paraId="648F40DA"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My Sports Coach invests in connecting coaches with participants and providing a safe, trusted platform for arranging coaching services.</w:t>
      </w:r>
    </w:p>
    <w:p w14:paraId="66B7C675"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lastRenderedPageBreak/>
        <w:t>Users must not deliberately attempt to bypass the platform in order to avoid applicable fees, platform processes or other legitimate requirements after being introduced through My Sports Coach.</w:t>
      </w:r>
    </w:p>
    <w:p w14:paraId="3345597C"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Examples include:</w:t>
      </w:r>
    </w:p>
    <w:p w14:paraId="0686C1DE" w14:textId="77777777" w:rsidR="00E07398" w:rsidRPr="00E07398" w:rsidRDefault="00E07398" w:rsidP="00E07398">
      <w:pPr>
        <w:numPr>
          <w:ilvl w:val="0"/>
          <w:numId w:val="275"/>
        </w:numPr>
        <w:spacing w:before="100" w:beforeAutospacing="1" w:after="100" w:afterAutospacing="1" w:line="240" w:lineRule="auto"/>
      </w:pPr>
      <w:r w:rsidRPr="00E07398">
        <w:t xml:space="preserve">encouraging another user to arrange bookings outside the platform after an introduction has been made through My Sports Coach; </w:t>
      </w:r>
    </w:p>
    <w:p w14:paraId="7AC810A0" w14:textId="77777777" w:rsidR="00E07398" w:rsidRPr="00E07398" w:rsidRDefault="00E07398" w:rsidP="00E07398">
      <w:pPr>
        <w:numPr>
          <w:ilvl w:val="0"/>
          <w:numId w:val="275"/>
        </w:numPr>
        <w:spacing w:before="100" w:beforeAutospacing="1" w:after="100" w:afterAutospacing="1" w:line="240" w:lineRule="auto"/>
      </w:pPr>
      <w:r w:rsidRPr="00E07398">
        <w:t xml:space="preserve">requesting or offering direct payment to avoid platform charges; </w:t>
      </w:r>
    </w:p>
    <w:p w14:paraId="6832C60E" w14:textId="77777777" w:rsidR="00E07398" w:rsidRPr="00E07398" w:rsidRDefault="00E07398" w:rsidP="00E07398">
      <w:pPr>
        <w:numPr>
          <w:ilvl w:val="0"/>
          <w:numId w:val="275"/>
        </w:numPr>
        <w:spacing w:before="100" w:beforeAutospacing="1" w:after="100" w:afterAutospacing="1" w:line="240" w:lineRule="auto"/>
      </w:pPr>
      <w:r w:rsidRPr="00E07398">
        <w:t xml:space="preserve">deliberately using contact details obtained through the platform to avoid completing future bookings through My Sports Coach; or </w:t>
      </w:r>
    </w:p>
    <w:p w14:paraId="7EE4F1B5" w14:textId="77777777" w:rsidR="00E07398" w:rsidRPr="00E07398" w:rsidRDefault="00E07398" w:rsidP="00E07398">
      <w:pPr>
        <w:numPr>
          <w:ilvl w:val="0"/>
          <w:numId w:val="275"/>
        </w:numPr>
        <w:spacing w:before="100" w:beforeAutospacing="1" w:after="100" w:afterAutospacing="1" w:line="240" w:lineRule="auto"/>
      </w:pPr>
      <w:r w:rsidRPr="00E07398">
        <w:t xml:space="preserve">participating in any arrangement intended to circumvent the operation of the platform. </w:t>
      </w:r>
    </w:p>
    <w:p w14:paraId="301998CD"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Nothing in this section prevents users from communicating appropriately where permitted under the Terms &amp; Conditions. However, deliberate attempts to avoid the legitimate operation of the platform may result in action being taken in accordance with the Terms &amp; Conditions.</w:t>
      </w:r>
    </w:p>
    <w:p w14:paraId="6107C79D" w14:textId="77777777" w:rsidR="00E07398" w:rsidRPr="00E07398" w:rsidRDefault="00000000" w:rsidP="00E07398">
      <w:r>
        <w:pict w14:anchorId="4C2E35DC">
          <v:rect id="_x0000_i1065" style="width:0;height:1.5pt" o:hralign="center" o:hrstd="t" o:hr="t" fillcolor="#a0a0a0" stroked="f"/>
        </w:pict>
      </w:r>
    </w:p>
    <w:p w14:paraId="0281B565" w14:textId="77777777" w:rsidR="00E07398" w:rsidRPr="00E07398" w:rsidRDefault="00E07398" w:rsidP="00E07398">
      <w:pPr>
        <w:pStyle w:val="Heading2"/>
        <w:rPr>
          <w:rFonts w:asciiTheme="minorHAnsi" w:hAnsiTheme="minorHAnsi"/>
          <w:sz w:val="22"/>
          <w:szCs w:val="22"/>
        </w:rPr>
      </w:pPr>
      <w:bookmarkStart w:id="45" w:name="_Toc237248478"/>
      <w:r w:rsidRPr="00E07398">
        <w:rPr>
          <w:rFonts w:asciiTheme="minorHAnsi" w:hAnsiTheme="minorHAnsi"/>
          <w:sz w:val="22"/>
          <w:szCs w:val="22"/>
        </w:rPr>
        <w:t>5.11 Consequences of Unacceptable Behaviour</w:t>
      </w:r>
      <w:bookmarkEnd w:id="45"/>
    </w:p>
    <w:p w14:paraId="4518919F"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Where users fail to meet the standards set out in these Community Guidelines, My Sports Coach may take appropriate action.</w:t>
      </w:r>
    </w:p>
    <w:p w14:paraId="5A9767DD"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Depending on the circumstances, this may include:</w:t>
      </w:r>
    </w:p>
    <w:p w14:paraId="7D7877BA" w14:textId="77777777" w:rsidR="00E07398" w:rsidRPr="00E07398" w:rsidRDefault="00E07398" w:rsidP="00E07398">
      <w:pPr>
        <w:numPr>
          <w:ilvl w:val="0"/>
          <w:numId w:val="276"/>
        </w:numPr>
        <w:spacing w:before="100" w:beforeAutospacing="1" w:after="100" w:afterAutospacing="1" w:line="240" w:lineRule="auto"/>
      </w:pPr>
      <w:r w:rsidRPr="00E07398">
        <w:t xml:space="preserve">providing guidance; </w:t>
      </w:r>
    </w:p>
    <w:p w14:paraId="119610BC" w14:textId="77777777" w:rsidR="00E07398" w:rsidRPr="00E07398" w:rsidRDefault="00E07398" w:rsidP="00E07398">
      <w:pPr>
        <w:numPr>
          <w:ilvl w:val="0"/>
          <w:numId w:val="276"/>
        </w:numPr>
        <w:spacing w:before="100" w:beforeAutospacing="1" w:after="100" w:afterAutospacing="1" w:line="240" w:lineRule="auto"/>
      </w:pPr>
      <w:r w:rsidRPr="00E07398">
        <w:t xml:space="preserve">issuing a warning; </w:t>
      </w:r>
    </w:p>
    <w:p w14:paraId="450CC102" w14:textId="77777777" w:rsidR="00E07398" w:rsidRPr="00E07398" w:rsidRDefault="00E07398" w:rsidP="00E07398">
      <w:pPr>
        <w:numPr>
          <w:ilvl w:val="0"/>
          <w:numId w:val="276"/>
        </w:numPr>
        <w:spacing w:before="100" w:beforeAutospacing="1" w:after="100" w:afterAutospacing="1" w:line="240" w:lineRule="auto"/>
      </w:pPr>
      <w:r w:rsidRPr="00E07398">
        <w:t xml:space="preserve">removing content; </w:t>
      </w:r>
    </w:p>
    <w:p w14:paraId="155532DC" w14:textId="77777777" w:rsidR="00E07398" w:rsidRPr="00E07398" w:rsidRDefault="00E07398" w:rsidP="00E07398">
      <w:pPr>
        <w:numPr>
          <w:ilvl w:val="0"/>
          <w:numId w:val="276"/>
        </w:numPr>
        <w:spacing w:before="100" w:beforeAutospacing="1" w:after="100" w:afterAutospacing="1" w:line="240" w:lineRule="auto"/>
      </w:pPr>
      <w:r w:rsidRPr="00E07398">
        <w:t xml:space="preserve">restricting platform features; </w:t>
      </w:r>
    </w:p>
    <w:p w14:paraId="008CE031" w14:textId="77777777" w:rsidR="00E07398" w:rsidRPr="00E07398" w:rsidRDefault="00E07398" w:rsidP="00E07398">
      <w:pPr>
        <w:numPr>
          <w:ilvl w:val="0"/>
          <w:numId w:val="276"/>
        </w:numPr>
        <w:spacing w:before="100" w:beforeAutospacing="1" w:after="100" w:afterAutospacing="1" w:line="240" w:lineRule="auto"/>
      </w:pPr>
      <w:r w:rsidRPr="00E07398">
        <w:t xml:space="preserve">suspending an account; </w:t>
      </w:r>
    </w:p>
    <w:p w14:paraId="3781691B" w14:textId="77777777" w:rsidR="00E07398" w:rsidRPr="00E07398" w:rsidRDefault="00E07398" w:rsidP="00E07398">
      <w:pPr>
        <w:numPr>
          <w:ilvl w:val="0"/>
          <w:numId w:val="276"/>
        </w:numPr>
        <w:spacing w:before="100" w:beforeAutospacing="1" w:after="100" w:afterAutospacing="1" w:line="240" w:lineRule="auto"/>
      </w:pPr>
      <w:r w:rsidRPr="00E07398">
        <w:t xml:space="preserve">terminating an account; or </w:t>
      </w:r>
    </w:p>
    <w:p w14:paraId="7AA9F837" w14:textId="77777777" w:rsidR="00E07398" w:rsidRPr="00E07398" w:rsidRDefault="00E07398" w:rsidP="00E07398">
      <w:pPr>
        <w:numPr>
          <w:ilvl w:val="0"/>
          <w:numId w:val="276"/>
        </w:numPr>
        <w:spacing w:before="100" w:beforeAutospacing="1" w:after="100" w:afterAutospacing="1" w:line="240" w:lineRule="auto"/>
      </w:pPr>
      <w:r w:rsidRPr="00E07398">
        <w:t xml:space="preserve">taking any other reasonable action permitted under the Terms &amp; Conditions or other applicable policies. </w:t>
      </w:r>
    </w:p>
    <w:p w14:paraId="65A43F41"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Each matter will be considered fairly and on its individual circumstances.</w:t>
      </w:r>
    </w:p>
    <w:p w14:paraId="691B8264" w14:textId="77777777" w:rsidR="00E07398" w:rsidRPr="00E07398" w:rsidRDefault="00000000" w:rsidP="00E07398">
      <w:r>
        <w:pict w14:anchorId="23D50700">
          <v:rect id="_x0000_i1066" style="width:0;height:1.5pt" o:hralign="center" o:hrstd="t" o:hr="t" fillcolor="#a0a0a0" stroked="f"/>
        </w:pict>
      </w:r>
    </w:p>
    <w:p w14:paraId="5F66381A" w14:textId="77777777" w:rsidR="00E07398" w:rsidRPr="00E07398" w:rsidRDefault="00E07398" w:rsidP="00E07398">
      <w:pPr>
        <w:pStyle w:val="Heading2"/>
        <w:rPr>
          <w:rFonts w:asciiTheme="minorHAnsi" w:hAnsiTheme="minorHAnsi"/>
          <w:sz w:val="22"/>
          <w:szCs w:val="22"/>
        </w:rPr>
      </w:pPr>
      <w:bookmarkStart w:id="46" w:name="_Toc237248479"/>
      <w:r w:rsidRPr="00E07398">
        <w:rPr>
          <w:rFonts w:asciiTheme="minorHAnsi" w:hAnsiTheme="minorHAnsi"/>
          <w:sz w:val="22"/>
          <w:szCs w:val="22"/>
        </w:rPr>
        <w:t>5.12 Our Commitment</w:t>
      </w:r>
      <w:bookmarkEnd w:id="46"/>
    </w:p>
    <w:p w14:paraId="6F832E5C"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My Sports Coach is committed to maintaining a community where everyone feels safe, respected and valued.</w:t>
      </w:r>
    </w:p>
    <w:p w14:paraId="1696755D"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By clearly identifying unacceptable behaviour and responding appropriately where standards are not met, we aim to protect the integrity of the platform and promote a positive experience for all members of the My Sports Coach community.</w:t>
      </w:r>
    </w:p>
    <w:p w14:paraId="6E0C86B5" w14:textId="77777777" w:rsidR="00E07398" w:rsidRPr="00E07398" w:rsidRDefault="00E07398" w:rsidP="00E07398">
      <w:pPr>
        <w:pStyle w:val="Heading1"/>
        <w:rPr>
          <w:rFonts w:asciiTheme="minorHAnsi" w:hAnsiTheme="minorHAnsi"/>
        </w:rPr>
      </w:pPr>
      <w:bookmarkStart w:id="47" w:name="_Toc237248480"/>
      <w:r w:rsidRPr="00E07398">
        <w:rPr>
          <w:rFonts w:asciiTheme="minorHAnsi" w:hAnsiTheme="minorHAnsi"/>
        </w:rPr>
        <w:lastRenderedPageBreak/>
        <w:t>6. Coaches</w:t>
      </w:r>
      <w:bookmarkEnd w:id="47"/>
    </w:p>
    <w:p w14:paraId="7198AD5C"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Coaches play an important role in shaping the experience of participants, parents, guardians and the wider My Sports Coach community.</w:t>
      </w:r>
    </w:p>
    <w:p w14:paraId="093F99F0"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Whether coaching beginners or experienced athletes, coaches are expected to demonstrate professionalism, integrity and respect in every interaction.</w:t>
      </w:r>
    </w:p>
    <w:p w14:paraId="680134DF"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By maintaining high standards of behaviour, coaches help build confidence in both their own services and the My Sports Coach platform.</w:t>
      </w:r>
    </w:p>
    <w:p w14:paraId="1156410E" w14:textId="77777777" w:rsidR="00E07398" w:rsidRPr="00E07398" w:rsidRDefault="00000000" w:rsidP="00E07398">
      <w:r>
        <w:pict w14:anchorId="7358C598">
          <v:rect id="_x0000_i1067" style="width:0;height:1.5pt" o:hralign="center" o:hrstd="t" o:hr="t" fillcolor="#a0a0a0" stroked="f"/>
        </w:pict>
      </w:r>
    </w:p>
    <w:p w14:paraId="350A7B19" w14:textId="77777777" w:rsidR="00E07398" w:rsidRPr="00E07398" w:rsidRDefault="00E07398" w:rsidP="00E07398">
      <w:pPr>
        <w:pStyle w:val="Heading2"/>
        <w:rPr>
          <w:rFonts w:asciiTheme="minorHAnsi" w:hAnsiTheme="minorHAnsi"/>
          <w:sz w:val="22"/>
          <w:szCs w:val="22"/>
        </w:rPr>
      </w:pPr>
      <w:bookmarkStart w:id="48" w:name="_Toc237248481"/>
      <w:r w:rsidRPr="00E07398">
        <w:rPr>
          <w:rFonts w:asciiTheme="minorHAnsi" w:hAnsiTheme="minorHAnsi"/>
          <w:sz w:val="22"/>
          <w:szCs w:val="22"/>
        </w:rPr>
        <w:t>6.1 Professional Conduct</w:t>
      </w:r>
      <w:bookmarkEnd w:id="48"/>
    </w:p>
    <w:p w14:paraId="6E212CB8"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Coaches are expected to conduct themselves professionally at all times when using the My Sports Coach platform or delivering coaching services arranged through it.</w:t>
      </w:r>
    </w:p>
    <w:p w14:paraId="09BD895B"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Professional conduct includes:</w:t>
      </w:r>
    </w:p>
    <w:p w14:paraId="474B1AEF" w14:textId="77777777" w:rsidR="00E07398" w:rsidRPr="00E07398" w:rsidRDefault="00E07398" w:rsidP="00E07398">
      <w:pPr>
        <w:numPr>
          <w:ilvl w:val="0"/>
          <w:numId w:val="277"/>
        </w:numPr>
        <w:spacing w:before="100" w:beforeAutospacing="1" w:after="100" w:afterAutospacing="1" w:line="240" w:lineRule="auto"/>
      </w:pPr>
      <w:r w:rsidRPr="00E07398">
        <w:t xml:space="preserve">acting honestly and ethically; </w:t>
      </w:r>
    </w:p>
    <w:p w14:paraId="2755297A" w14:textId="77777777" w:rsidR="00E07398" w:rsidRPr="00E07398" w:rsidRDefault="00E07398" w:rsidP="00E07398">
      <w:pPr>
        <w:numPr>
          <w:ilvl w:val="0"/>
          <w:numId w:val="277"/>
        </w:numPr>
        <w:spacing w:before="100" w:beforeAutospacing="1" w:after="100" w:afterAutospacing="1" w:line="240" w:lineRule="auto"/>
      </w:pPr>
      <w:r w:rsidRPr="00E07398">
        <w:t xml:space="preserve">treating participants respectfully; </w:t>
      </w:r>
    </w:p>
    <w:p w14:paraId="09250152" w14:textId="77777777" w:rsidR="00E07398" w:rsidRPr="00E07398" w:rsidRDefault="00E07398" w:rsidP="00E07398">
      <w:pPr>
        <w:numPr>
          <w:ilvl w:val="0"/>
          <w:numId w:val="277"/>
        </w:numPr>
        <w:spacing w:before="100" w:beforeAutospacing="1" w:after="100" w:afterAutospacing="1" w:line="240" w:lineRule="auto"/>
      </w:pPr>
      <w:r w:rsidRPr="00E07398">
        <w:t xml:space="preserve">communicating professionally; </w:t>
      </w:r>
    </w:p>
    <w:p w14:paraId="6BB04BA7" w14:textId="77777777" w:rsidR="00E07398" w:rsidRPr="00E07398" w:rsidRDefault="00E07398" w:rsidP="00E07398">
      <w:pPr>
        <w:numPr>
          <w:ilvl w:val="0"/>
          <w:numId w:val="277"/>
        </w:numPr>
        <w:spacing w:before="100" w:beforeAutospacing="1" w:after="100" w:afterAutospacing="1" w:line="240" w:lineRule="auto"/>
      </w:pPr>
      <w:r w:rsidRPr="00E07398">
        <w:t xml:space="preserve">behaving courteously; </w:t>
      </w:r>
    </w:p>
    <w:p w14:paraId="65532D97" w14:textId="77777777" w:rsidR="00E07398" w:rsidRPr="00E07398" w:rsidRDefault="00E07398" w:rsidP="00E07398">
      <w:pPr>
        <w:numPr>
          <w:ilvl w:val="0"/>
          <w:numId w:val="277"/>
        </w:numPr>
        <w:spacing w:before="100" w:beforeAutospacing="1" w:after="100" w:afterAutospacing="1" w:line="240" w:lineRule="auto"/>
      </w:pPr>
      <w:r w:rsidRPr="00E07398">
        <w:t xml:space="preserve">honouring commitments; and </w:t>
      </w:r>
    </w:p>
    <w:p w14:paraId="4308F7A9" w14:textId="77777777" w:rsidR="00E07398" w:rsidRPr="00E07398" w:rsidRDefault="00E07398" w:rsidP="00E07398">
      <w:pPr>
        <w:numPr>
          <w:ilvl w:val="0"/>
          <w:numId w:val="277"/>
        </w:numPr>
        <w:spacing w:before="100" w:beforeAutospacing="1" w:after="100" w:afterAutospacing="1" w:line="240" w:lineRule="auto"/>
      </w:pPr>
      <w:r w:rsidRPr="00E07398">
        <w:t xml:space="preserve">representing themselves accurately. </w:t>
      </w:r>
    </w:p>
    <w:p w14:paraId="4A11E742"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Professionalism should be demonstrated both online and during in-person coaching activities.</w:t>
      </w:r>
    </w:p>
    <w:p w14:paraId="2BE1B927" w14:textId="77777777" w:rsidR="00E07398" w:rsidRPr="00E07398" w:rsidRDefault="00000000" w:rsidP="00E07398">
      <w:r>
        <w:pict w14:anchorId="2FA14B63">
          <v:rect id="_x0000_i1068" style="width:0;height:1.5pt" o:hralign="center" o:hrstd="t" o:hr="t" fillcolor="#a0a0a0" stroked="f"/>
        </w:pict>
      </w:r>
    </w:p>
    <w:p w14:paraId="0D88CF68" w14:textId="77777777" w:rsidR="00E07398" w:rsidRPr="00E07398" w:rsidRDefault="00E07398" w:rsidP="00E07398">
      <w:pPr>
        <w:pStyle w:val="Heading2"/>
        <w:rPr>
          <w:rFonts w:asciiTheme="minorHAnsi" w:hAnsiTheme="minorHAnsi"/>
          <w:sz w:val="22"/>
          <w:szCs w:val="22"/>
        </w:rPr>
      </w:pPr>
      <w:bookmarkStart w:id="49" w:name="_Toc237248482"/>
      <w:r w:rsidRPr="00E07398">
        <w:rPr>
          <w:rFonts w:asciiTheme="minorHAnsi" w:hAnsiTheme="minorHAnsi"/>
          <w:sz w:val="22"/>
          <w:szCs w:val="22"/>
        </w:rPr>
        <w:t>6.2 Accurate Information</w:t>
      </w:r>
      <w:bookmarkEnd w:id="49"/>
    </w:p>
    <w:p w14:paraId="54899223"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Coaches should ensure that information published on their profile remains accurate and up to date.</w:t>
      </w:r>
    </w:p>
    <w:p w14:paraId="3CB81BE3"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This includes, where applicable:</w:t>
      </w:r>
    </w:p>
    <w:p w14:paraId="7E129EC4" w14:textId="77777777" w:rsidR="00E07398" w:rsidRPr="00E07398" w:rsidRDefault="00E07398" w:rsidP="00E07398">
      <w:pPr>
        <w:numPr>
          <w:ilvl w:val="0"/>
          <w:numId w:val="278"/>
        </w:numPr>
        <w:spacing w:before="100" w:beforeAutospacing="1" w:after="100" w:afterAutospacing="1" w:line="240" w:lineRule="auto"/>
      </w:pPr>
      <w:r w:rsidRPr="00E07398">
        <w:t xml:space="preserve">qualifications; </w:t>
      </w:r>
    </w:p>
    <w:p w14:paraId="2B61B419" w14:textId="77777777" w:rsidR="00E07398" w:rsidRPr="00E07398" w:rsidRDefault="00E07398" w:rsidP="00E07398">
      <w:pPr>
        <w:numPr>
          <w:ilvl w:val="0"/>
          <w:numId w:val="278"/>
        </w:numPr>
        <w:spacing w:before="100" w:beforeAutospacing="1" w:after="100" w:afterAutospacing="1" w:line="240" w:lineRule="auto"/>
      </w:pPr>
      <w:r w:rsidRPr="00E07398">
        <w:t xml:space="preserve">coaching experience; </w:t>
      </w:r>
    </w:p>
    <w:p w14:paraId="5E46F653" w14:textId="77777777" w:rsidR="00E07398" w:rsidRPr="00E07398" w:rsidRDefault="00E07398" w:rsidP="00E07398">
      <w:pPr>
        <w:numPr>
          <w:ilvl w:val="0"/>
          <w:numId w:val="278"/>
        </w:numPr>
        <w:spacing w:before="100" w:beforeAutospacing="1" w:after="100" w:afterAutospacing="1" w:line="240" w:lineRule="auto"/>
      </w:pPr>
      <w:r w:rsidRPr="00E07398">
        <w:t xml:space="preserve">coaching services offered; </w:t>
      </w:r>
    </w:p>
    <w:p w14:paraId="6364C6C9" w14:textId="77777777" w:rsidR="00E07398" w:rsidRPr="00E07398" w:rsidRDefault="00E07398" w:rsidP="00E07398">
      <w:pPr>
        <w:numPr>
          <w:ilvl w:val="0"/>
          <w:numId w:val="278"/>
        </w:numPr>
        <w:spacing w:before="100" w:beforeAutospacing="1" w:after="100" w:afterAutospacing="1" w:line="240" w:lineRule="auto"/>
      </w:pPr>
      <w:r w:rsidRPr="00E07398">
        <w:t xml:space="preserve">availability; </w:t>
      </w:r>
    </w:p>
    <w:p w14:paraId="2C2AF7CB" w14:textId="77777777" w:rsidR="00E07398" w:rsidRPr="00E07398" w:rsidRDefault="00E07398" w:rsidP="00E07398">
      <w:pPr>
        <w:numPr>
          <w:ilvl w:val="0"/>
          <w:numId w:val="278"/>
        </w:numPr>
        <w:spacing w:before="100" w:beforeAutospacing="1" w:after="100" w:afterAutospacing="1" w:line="240" w:lineRule="auto"/>
      </w:pPr>
      <w:r w:rsidRPr="00E07398">
        <w:t xml:space="preserve">pricing; </w:t>
      </w:r>
    </w:p>
    <w:p w14:paraId="0770FA5F" w14:textId="77777777" w:rsidR="00E07398" w:rsidRPr="00E07398" w:rsidRDefault="00E07398" w:rsidP="00E07398">
      <w:pPr>
        <w:numPr>
          <w:ilvl w:val="0"/>
          <w:numId w:val="278"/>
        </w:numPr>
        <w:spacing w:before="100" w:beforeAutospacing="1" w:after="100" w:afterAutospacing="1" w:line="240" w:lineRule="auto"/>
      </w:pPr>
      <w:r w:rsidRPr="00E07398">
        <w:t xml:space="preserve">contact information; and </w:t>
      </w:r>
    </w:p>
    <w:p w14:paraId="1441B6E7" w14:textId="77777777" w:rsidR="00E07398" w:rsidRPr="00E07398" w:rsidRDefault="00E07398" w:rsidP="00E07398">
      <w:pPr>
        <w:numPr>
          <w:ilvl w:val="0"/>
          <w:numId w:val="278"/>
        </w:numPr>
        <w:spacing w:before="100" w:beforeAutospacing="1" w:after="100" w:afterAutospacing="1" w:line="240" w:lineRule="auto"/>
      </w:pPr>
      <w:r w:rsidRPr="00E07398">
        <w:t xml:space="preserve">any other information presented to users. </w:t>
      </w:r>
    </w:p>
    <w:p w14:paraId="38126BB9"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Providing accurate information helps participants make informed decisions and promotes trust throughout the community.</w:t>
      </w:r>
    </w:p>
    <w:p w14:paraId="35BB6DB3" w14:textId="77777777" w:rsidR="00E07398" w:rsidRPr="00E07398" w:rsidRDefault="00000000" w:rsidP="00E07398">
      <w:r>
        <w:pict w14:anchorId="59D5CF7C">
          <v:rect id="_x0000_i1069" style="width:0;height:1.5pt" o:hralign="center" o:hrstd="t" o:hr="t" fillcolor="#a0a0a0" stroked="f"/>
        </w:pict>
      </w:r>
    </w:p>
    <w:p w14:paraId="726C4F88" w14:textId="77777777" w:rsidR="00E07398" w:rsidRPr="00E07398" w:rsidRDefault="00E07398" w:rsidP="00E07398">
      <w:pPr>
        <w:pStyle w:val="Heading2"/>
        <w:rPr>
          <w:rFonts w:asciiTheme="minorHAnsi" w:hAnsiTheme="minorHAnsi"/>
          <w:sz w:val="22"/>
          <w:szCs w:val="22"/>
        </w:rPr>
      </w:pPr>
      <w:bookmarkStart w:id="50" w:name="_Toc237248483"/>
      <w:r w:rsidRPr="00E07398">
        <w:rPr>
          <w:rFonts w:asciiTheme="minorHAnsi" w:hAnsiTheme="minorHAnsi"/>
          <w:sz w:val="22"/>
          <w:szCs w:val="22"/>
        </w:rPr>
        <w:lastRenderedPageBreak/>
        <w:t>6.3 Communication</w:t>
      </w:r>
      <w:bookmarkEnd w:id="50"/>
    </w:p>
    <w:p w14:paraId="4033F6A3"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Coaches should communicate clearly, respectfully and promptly.</w:t>
      </w:r>
    </w:p>
    <w:p w14:paraId="2489AA27"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Good communication includes:</w:t>
      </w:r>
    </w:p>
    <w:p w14:paraId="505152F7" w14:textId="77777777" w:rsidR="00E07398" w:rsidRPr="00E07398" w:rsidRDefault="00E07398" w:rsidP="00E07398">
      <w:pPr>
        <w:numPr>
          <w:ilvl w:val="0"/>
          <w:numId w:val="279"/>
        </w:numPr>
        <w:spacing w:before="100" w:beforeAutospacing="1" w:after="100" w:afterAutospacing="1" w:line="240" w:lineRule="auto"/>
      </w:pPr>
      <w:r w:rsidRPr="00E07398">
        <w:t xml:space="preserve">responding to enquiries within a reasonable period; </w:t>
      </w:r>
    </w:p>
    <w:p w14:paraId="5AE89B6E" w14:textId="77777777" w:rsidR="00E07398" w:rsidRPr="00E07398" w:rsidRDefault="00E07398" w:rsidP="00E07398">
      <w:pPr>
        <w:numPr>
          <w:ilvl w:val="0"/>
          <w:numId w:val="279"/>
        </w:numPr>
        <w:spacing w:before="100" w:beforeAutospacing="1" w:after="100" w:afterAutospacing="1" w:line="240" w:lineRule="auto"/>
      </w:pPr>
      <w:r w:rsidRPr="00E07398">
        <w:t xml:space="preserve">providing clear information about coaching sessions; </w:t>
      </w:r>
    </w:p>
    <w:p w14:paraId="289FB2AA" w14:textId="77777777" w:rsidR="00E07398" w:rsidRPr="00E07398" w:rsidRDefault="00E07398" w:rsidP="00E07398">
      <w:pPr>
        <w:numPr>
          <w:ilvl w:val="0"/>
          <w:numId w:val="279"/>
        </w:numPr>
        <w:spacing w:before="100" w:beforeAutospacing="1" w:after="100" w:afterAutospacing="1" w:line="240" w:lineRule="auto"/>
      </w:pPr>
      <w:r w:rsidRPr="00E07398">
        <w:t xml:space="preserve">informing participants of changes where possible; </w:t>
      </w:r>
    </w:p>
    <w:p w14:paraId="1195E639" w14:textId="77777777" w:rsidR="00E07398" w:rsidRPr="00E07398" w:rsidRDefault="00E07398" w:rsidP="00E07398">
      <w:pPr>
        <w:numPr>
          <w:ilvl w:val="0"/>
          <w:numId w:val="279"/>
        </w:numPr>
        <w:spacing w:before="100" w:beforeAutospacing="1" w:after="100" w:afterAutospacing="1" w:line="240" w:lineRule="auto"/>
      </w:pPr>
      <w:r w:rsidRPr="00E07398">
        <w:t xml:space="preserve">communicating honestly; and </w:t>
      </w:r>
    </w:p>
    <w:p w14:paraId="3EADD09B" w14:textId="77777777" w:rsidR="00E07398" w:rsidRPr="00E07398" w:rsidRDefault="00E07398" w:rsidP="00E07398">
      <w:pPr>
        <w:numPr>
          <w:ilvl w:val="0"/>
          <w:numId w:val="279"/>
        </w:numPr>
        <w:spacing w:before="100" w:beforeAutospacing="1" w:after="100" w:afterAutospacing="1" w:line="240" w:lineRule="auto"/>
      </w:pPr>
      <w:r w:rsidRPr="00E07398">
        <w:t xml:space="preserve">maintaining professional boundaries. </w:t>
      </w:r>
    </w:p>
    <w:p w14:paraId="2D28911E"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Effective communication helps create positive coaching experiences.</w:t>
      </w:r>
    </w:p>
    <w:p w14:paraId="0853F854" w14:textId="77777777" w:rsidR="00E07398" w:rsidRPr="00E07398" w:rsidRDefault="00000000" w:rsidP="00E07398">
      <w:r>
        <w:pict w14:anchorId="7A859C90">
          <v:rect id="_x0000_i1070" style="width:0;height:1.5pt" o:hralign="center" o:hrstd="t" o:hr="t" fillcolor="#a0a0a0" stroked="f"/>
        </w:pict>
      </w:r>
    </w:p>
    <w:p w14:paraId="186A6C7C" w14:textId="77777777" w:rsidR="00E07398" w:rsidRPr="00E07398" w:rsidRDefault="00E07398" w:rsidP="00E07398">
      <w:pPr>
        <w:pStyle w:val="Heading2"/>
        <w:rPr>
          <w:rFonts w:asciiTheme="minorHAnsi" w:hAnsiTheme="minorHAnsi"/>
          <w:sz w:val="22"/>
          <w:szCs w:val="22"/>
        </w:rPr>
      </w:pPr>
      <w:bookmarkStart w:id="51" w:name="_Toc237248484"/>
      <w:r w:rsidRPr="00E07398">
        <w:rPr>
          <w:rFonts w:asciiTheme="minorHAnsi" w:hAnsiTheme="minorHAnsi"/>
          <w:sz w:val="22"/>
          <w:szCs w:val="22"/>
        </w:rPr>
        <w:t>6.4 Reliability</w:t>
      </w:r>
      <w:bookmarkEnd w:id="51"/>
    </w:p>
    <w:p w14:paraId="45D08CD7"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Participants should be able to rely upon coaches to fulfil agreed commitments wherever reasonably practicable.</w:t>
      </w:r>
    </w:p>
    <w:p w14:paraId="6CB7EBFE"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Coaches are encouraged to:</w:t>
      </w:r>
    </w:p>
    <w:p w14:paraId="66E571F2" w14:textId="77777777" w:rsidR="00E07398" w:rsidRPr="00E07398" w:rsidRDefault="00E07398" w:rsidP="00E07398">
      <w:pPr>
        <w:numPr>
          <w:ilvl w:val="0"/>
          <w:numId w:val="280"/>
        </w:numPr>
        <w:spacing w:before="100" w:beforeAutospacing="1" w:after="100" w:afterAutospacing="1" w:line="240" w:lineRule="auto"/>
      </w:pPr>
      <w:r w:rsidRPr="00E07398">
        <w:t xml:space="preserve">arrive prepared; </w:t>
      </w:r>
    </w:p>
    <w:p w14:paraId="0B5148BA" w14:textId="77777777" w:rsidR="00E07398" w:rsidRPr="00E07398" w:rsidRDefault="00E07398" w:rsidP="00E07398">
      <w:pPr>
        <w:numPr>
          <w:ilvl w:val="0"/>
          <w:numId w:val="280"/>
        </w:numPr>
        <w:spacing w:before="100" w:beforeAutospacing="1" w:after="100" w:afterAutospacing="1" w:line="240" w:lineRule="auto"/>
      </w:pPr>
      <w:r w:rsidRPr="00E07398">
        <w:t xml:space="preserve">be punctual; </w:t>
      </w:r>
    </w:p>
    <w:p w14:paraId="485FCC0E" w14:textId="77777777" w:rsidR="00E07398" w:rsidRPr="00E07398" w:rsidRDefault="00E07398" w:rsidP="00E07398">
      <w:pPr>
        <w:numPr>
          <w:ilvl w:val="0"/>
          <w:numId w:val="280"/>
        </w:numPr>
        <w:spacing w:before="100" w:beforeAutospacing="1" w:after="100" w:afterAutospacing="1" w:line="240" w:lineRule="auto"/>
      </w:pPr>
      <w:r w:rsidRPr="00E07398">
        <w:t xml:space="preserve">provide reasonable notice of cancellations or changes; </w:t>
      </w:r>
    </w:p>
    <w:p w14:paraId="1E240FAD" w14:textId="77777777" w:rsidR="00E07398" w:rsidRPr="00E07398" w:rsidRDefault="00E07398" w:rsidP="00E07398">
      <w:pPr>
        <w:numPr>
          <w:ilvl w:val="0"/>
          <w:numId w:val="280"/>
        </w:numPr>
        <w:spacing w:before="100" w:beforeAutospacing="1" w:after="100" w:afterAutospacing="1" w:line="240" w:lineRule="auto"/>
      </w:pPr>
      <w:r w:rsidRPr="00E07398">
        <w:t xml:space="preserve">honour confirmed bookings; and </w:t>
      </w:r>
    </w:p>
    <w:p w14:paraId="687A2A79" w14:textId="77777777" w:rsidR="00E07398" w:rsidRPr="00E07398" w:rsidRDefault="00E07398" w:rsidP="00E07398">
      <w:pPr>
        <w:numPr>
          <w:ilvl w:val="0"/>
          <w:numId w:val="280"/>
        </w:numPr>
        <w:spacing w:before="100" w:beforeAutospacing="1" w:after="100" w:afterAutospacing="1" w:line="240" w:lineRule="auto"/>
      </w:pPr>
      <w:r w:rsidRPr="00E07398">
        <w:t xml:space="preserve">manage their availability responsibly. </w:t>
      </w:r>
    </w:p>
    <w:p w14:paraId="31BC60DD"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Reliable coaches help strengthen confidence in the platform.</w:t>
      </w:r>
    </w:p>
    <w:p w14:paraId="22DCD042" w14:textId="77777777" w:rsidR="00E07398" w:rsidRPr="00E07398" w:rsidRDefault="00000000" w:rsidP="00E07398">
      <w:r>
        <w:pict w14:anchorId="72D43C51">
          <v:rect id="_x0000_i1071" style="width:0;height:1.5pt" o:hralign="center" o:hrstd="t" o:hr="t" fillcolor="#a0a0a0" stroked="f"/>
        </w:pict>
      </w:r>
    </w:p>
    <w:p w14:paraId="0C2E42E1" w14:textId="77777777" w:rsidR="00E07398" w:rsidRPr="00E07398" w:rsidRDefault="00E07398" w:rsidP="00E07398">
      <w:pPr>
        <w:pStyle w:val="Heading2"/>
        <w:rPr>
          <w:rFonts w:asciiTheme="minorHAnsi" w:hAnsiTheme="minorHAnsi"/>
          <w:sz w:val="22"/>
          <w:szCs w:val="22"/>
        </w:rPr>
      </w:pPr>
      <w:bookmarkStart w:id="52" w:name="_Toc237248485"/>
      <w:r w:rsidRPr="00E07398">
        <w:rPr>
          <w:rFonts w:asciiTheme="minorHAnsi" w:hAnsiTheme="minorHAnsi"/>
          <w:sz w:val="22"/>
          <w:szCs w:val="22"/>
        </w:rPr>
        <w:t>6.5 Respecting Participants</w:t>
      </w:r>
      <w:bookmarkEnd w:id="52"/>
    </w:p>
    <w:p w14:paraId="65C86F7A"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Every participant should be treated fairly, respectfully and without discrimination.</w:t>
      </w:r>
    </w:p>
    <w:p w14:paraId="55698EEF"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Coaches should:</w:t>
      </w:r>
    </w:p>
    <w:p w14:paraId="4D9D4B14" w14:textId="77777777" w:rsidR="00E07398" w:rsidRPr="00E07398" w:rsidRDefault="00E07398" w:rsidP="00E07398">
      <w:pPr>
        <w:numPr>
          <w:ilvl w:val="0"/>
          <w:numId w:val="281"/>
        </w:numPr>
        <w:spacing w:before="100" w:beforeAutospacing="1" w:after="100" w:afterAutospacing="1" w:line="240" w:lineRule="auto"/>
      </w:pPr>
      <w:r w:rsidRPr="00E07398">
        <w:t xml:space="preserve">encourage participation; </w:t>
      </w:r>
    </w:p>
    <w:p w14:paraId="26561975" w14:textId="77777777" w:rsidR="00E07398" w:rsidRPr="00E07398" w:rsidRDefault="00E07398" w:rsidP="00E07398">
      <w:pPr>
        <w:numPr>
          <w:ilvl w:val="0"/>
          <w:numId w:val="281"/>
        </w:numPr>
        <w:spacing w:before="100" w:beforeAutospacing="1" w:after="100" w:afterAutospacing="1" w:line="240" w:lineRule="auto"/>
      </w:pPr>
      <w:r w:rsidRPr="00E07398">
        <w:t xml:space="preserve">support individual development; </w:t>
      </w:r>
    </w:p>
    <w:p w14:paraId="501B5327" w14:textId="77777777" w:rsidR="00E07398" w:rsidRPr="00E07398" w:rsidRDefault="00E07398" w:rsidP="00E07398">
      <w:pPr>
        <w:numPr>
          <w:ilvl w:val="0"/>
          <w:numId w:val="281"/>
        </w:numPr>
        <w:spacing w:before="100" w:beforeAutospacing="1" w:after="100" w:afterAutospacing="1" w:line="240" w:lineRule="auto"/>
      </w:pPr>
      <w:r w:rsidRPr="00E07398">
        <w:t xml:space="preserve">recognise differing abilities; </w:t>
      </w:r>
    </w:p>
    <w:p w14:paraId="4351DB1B" w14:textId="77777777" w:rsidR="00E07398" w:rsidRPr="00E07398" w:rsidRDefault="00E07398" w:rsidP="00E07398">
      <w:pPr>
        <w:numPr>
          <w:ilvl w:val="0"/>
          <w:numId w:val="281"/>
        </w:numPr>
        <w:spacing w:before="100" w:beforeAutospacing="1" w:after="100" w:afterAutospacing="1" w:line="240" w:lineRule="auto"/>
      </w:pPr>
      <w:r w:rsidRPr="00E07398">
        <w:t xml:space="preserve">provide constructive feedback; </w:t>
      </w:r>
    </w:p>
    <w:p w14:paraId="364F6FC7" w14:textId="77777777" w:rsidR="00E07398" w:rsidRPr="00E07398" w:rsidRDefault="00E07398" w:rsidP="00E07398">
      <w:pPr>
        <w:numPr>
          <w:ilvl w:val="0"/>
          <w:numId w:val="281"/>
        </w:numPr>
        <w:spacing w:before="100" w:beforeAutospacing="1" w:after="100" w:afterAutospacing="1" w:line="240" w:lineRule="auto"/>
      </w:pPr>
      <w:r w:rsidRPr="00E07398">
        <w:t xml:space="preserve">avoid favouritism; and </w:t>
      </w:r>
    </w:p>
    <w:p w14:paraId="207FFE63" w14:textId="77777777" w:rsidR="00E07398" w:rsidRPr="00E07398" w:rsidRDefault="00E07398" w:rsidP="00E07398">
      <w:pPr>
        <w:numPr>
          <w:ilvl w:val="0"/>
          <w:numId w:val="281"/>
        </w:numPr>
        <w:spacing w:before="100" w:beforeAutospacing="1" w:after="100" w:afterAutospacing="1" w:line="240" w:lineRule="auto"/>
      </w:pPr>
      <w:r w:rsidRPr="00E07398">
        <w:t xml:space="preserve">create welcoming coaching environments. </w:t>
      </w:r>
    </w:p>
    <w:p w14:paraId="694ECE51"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Positive coaching experiences contribute to long-term participation in sport.</w:t>
      </w:r>
    </w:p>
    <w:p w14:paraId="0F4DD5AA" w14:textId="77777777" w:rsidR="00E07398" w:rsidRPr="00E07398" w:rsidRDefault="00000000" w:rsidP="00E07398">
      <w:r>
        <w:pict w14:anchorId="531AE0F1">
          <v:rect id="_x0000_i1072" style="width:0;height:1.5pt" o:hralign="center" o:hrstd="t" o:hr="t" fillcolor="#a0a0a0" stroked="f"/>
        </w:pict>
      </w:r>
    </w:p>
    <w:p w14:paraId="380AA53D" w14:textId="77777777" w:rsidR="00E07398" w:rsidRPr="00E07398" w:rsidRDefault="00E07398" w:rsidP="00E07398">
      <w:pPr>
        <w:pStyle w:val="Heading2"/>
        <w:rPr>
          <w:rFonts w:asciiTheme="minorHAnsi" w:hAnsiTheme="minorHAnsi"/>
          <w:sz w:val="22"/>
          <w:szCs w:val="22"/>
        </w:rPr>
      </w:pPr>
      <w:bookmarkStart w:id="53" w:name="_Toc237248486"/>
      <w:r w:rsidRPr="00E07398">
        <w:rPr>
          <w:rFonts w:asciiTheme="minorHAnsi" w:hAnsiTheme="minorHAnsi"/>
          <w:sz w:val="22"/>
          <w:szCs w:val="22"/>
        </w:rPr>
        <w:lastRenderedPageBreak/>
        <w:t>6.6 Safeguarding Responsibilities</w:t>
      </w:r>
      <w:bookmarkEnd w:id="53"/>
    </w:p>
    <w:p w14:paraId="0B71DDC5"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Safeguarding is an essential responsibility for every coach.</w:t>
      </w:r>
    </w:p>
    <w:p w14:paraId="2A55826B"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Coaches should:</w:t>
      </w:r>
    </w:p>
    <w:p w14:paraId="2D791106" w14:textId="77777777" w:rsidR="00E07398" w:rsidRPr="00E07398" w:rsidRDefault="00E07398" w:rsidP="00E07398">
      <w:pPr>
        <w:numPr>
          <w:ilvl w:val="0"/>
          <w:numId w:val="282"/>
        </w:numPr>
        <w:spacing w:before="100" w:beforeAutospacing="1" w:after="100" w:afterAutospacing="1" w:line="240" w:lineRule="auto"/>
      </w:pPr>
      <w:r w:rsidRPr="00E07398">
        <w:t xml:space="preserve">follow applicable safeguarding requirements; </w:t>
      </w:r>
    </w:p>
    <w:p w14:paraId="188ED7F7" w14:textId="77777777" w:rsidR="00E07398" w:rsidRPr="00E07398" w:rsidRDefault="00E07398" w:rsidP="00E07398">
      <w:pPr>
        <w:numPr>
          <w:ilvl w:val="0"/>
          <w:numId w:val="282"/>
        </w:numPr>
        <w:spacing w:before="100" w:beforeAutospacing="1" w:after="100" w:afterAutospacing="1" w:line="240" w:lineRule="auto"/>
      </w:pPr>
      <w:r w:rsidRPr="00E07398">
        <w:t xml:space="preserve">maintain appropriate professional boundaries; </w:t>
      </w:r>
    </w:p>
    <w:p w14:paraId="3AFFEED4" w14:textId="77777777" w:rsidR="00E07398" w:rsidRPr="00E07398" w:rsidRDefault="00E07398" w:rsidP="00E07398">
      <w:pPr>
        <w:numPr>
          <w:ilvl w:val="0"/>
          <w:numId w:val="282"/>
        </w:numPr>
        <w:spacing w:before="100" w:beforeAutospacing="1" w:after="100" w:afterAutospacing="1" w:line="240" w:lineRule="auto"/>
      </w:pPr>
      <w:r w:rsidRPr="00E07398">
        <w:t xml:space="preserve">report safeguarding concerns where appropriate; </w:t>
      </w:r>
    </w:p>
    <w:p w14:paraId="077A1B87" w14:textId="77777777" w:rsidR="00E07398" w:rsidRPr="00E07398" w:rsidRDefault="00E07398" w:rsidP="00E07398">
      <w:pPr>
        <w:numPr>
          <w:ilvl w:val="0"/>
          <w:numId w:val="282"/>
        </w:numPr>
        <w:spacing w:before="100" w:beforeAutospacing="1" w:after="100" w:afterAutospacing="1" w:line="240" w:lineRule="auto"/>
      </w:pPr>
      <w:r w:rsidRPr="00E07398">
        <w:t xml:space="preserve">place participant welfare first; and </w:t>
      </w:r>
    </w:p>
    <w:p w14:paraId="727EBBB8" w14:textId="77777777" w:rsidR="00E07398" w:rsidRPr="00E07398" w:rsidRDefault="00E07398" w:rsidP="00E07398">
      <w:pPr>
        <w:numPr>
          <w:ilvl w:val="0"/>
          <w:numId w:val="282"/>
        </w:numPr>
        <w:spacing w:before="100" w:beforeAutospacing="1" w:after="100" w:afterAutospacing="1" w:line="240" w:lineRule="auto"/>
      </w:pPr>
      <w:r w:rsidRPr="00E07398">
        <w:t xml:space="preserve">comply with any safeguarding obligations required by law, their governing body or their organisation. </w:t>
      </w:r>
    </w:p>
    <w:p w14:paraId="02F46C19"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The My Sports Coach Safeguarding Policy provides additional guidance on safeguarding expectations.</w:t>
      </w:r>
    </w:p>
    <w:p w14:paraId="75E39E12" w14:textId="77777777" w:rsidR="00E07398" w:rsidRPr="00E07398" w:rsidRDefault="00000000" w:rsidP="00E07398">
      <w:r>
        <w:pict w14:anchorId="49345E95">
          <v:rect id="_x0000_i1073" style="width:0;height:1.5pt" o:hralign="center" o:hrstd="t" o:hr="t" fillcolor="#a0a0a0" stroked="f"/>
        </w:pict>
      </w:r>
    </w:p>
    <w:p w14:paraId="38341213" w14:textId="77777777" w:rsidR="00E07398" w:rsidRPr="00E07398" w:rsidRDefault="00E07398" w:rsidP="00E07398">
      <w:pPr>
        <w:pStyle w:val="Heading2"/>
        <w:rPr>
          <w:rFonts w:asciiTheme="minorHAnsi" w:hAnsiTheme="minorHAnsi"/>
          <w:sz w:val="22"/>
          <w:szCs w:val="22"/>
        </w:rPr>
      </w:pPr>
      <w:bookmarkStart w:id="54" w:name="_Toc237248487"/>
      <w:r w:rsidRPr="00E07398">
        <w:rPr>
          <w:rFonts w:asciiTheme="minorHAnsi" w:hAnsiTheme="minorHAnsi"/>
          <w:sz w:val="22"/>
          <w:szCs w:val="22"/>
        </w:rPr>
        <w:t>6.7 Respect for the Platform</w:t>
      </w:r>
      <w:bookmarkEnd w:id="54"/>
    </w:p>
    <w:p w14:paraId="40A64549"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Coaches are expected to support the integrity and continued success of the My Sports Coach platform.</w:t>
      </w:r>
    </w:p>
    <w:p w14:paraId="45BCC7F4"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This includes:</w:t>
      </w:r>
    </w:p>
    <w:p w14:paraId="764FAB96" w14:textId="77777777" w:rsidR="00E07398" w:rsidRPr="00E07398" w:rsidRDefault="00E07398" w:rsidP="00E07398">
      <w:pPr>
        <w:numPr>
          <w:ilvl w:val="0"/>
          <w:numId w:val="283"/>
        </w:numPr>
        <w:spacing w:before="100" w:beforeAutospacing="1" w:after="100" w:afterAutospacing="1" w:line="240" w:lineRule="auto"/>
      </w:pPr>
      <w:r w:rsidRPr="00E07398">
        <w:t xml:space="preserve">complying with platform policies; </w:t>
      </w:r>
    </w:p>
    <w:p w14:paraId="6976926D" w14:textId="77777777" w:rsidR="00E07398" w:rsidRPr="00E07398" w:rsidRDefault="00E07398" w:rsidP="00E07398">
      <w:pPr>
        <w:numPr>
          <w:ilvl w:val="0"/>
          <w:numId w:val="283"/>
        </w:numPr>
        <w:spacing w:before="100" w:beforeAutospacing="1" w:after="100" w:afterAutospacing="1" w:line="240" w:lineRule="auto"/>
      </w:pPr>
      <w:r w:rsidRPr="00E07398">
        <w:t xml:space="preserve">using platform features responsibly; </w:t>
      </w:r>
    </w:p>
    <w:p w14:paraId="04DC4009" w14:textId="77777777" w:rsidR="00E07398" w:rsidRPr="00E07398" w:rsidRDefault="00E07398" w:rsidP="00E07398">
      <w:pPr>
        <w:numPr>
          <w:ilvl w:val="0"/>
          <w:numId w:val="283"/>
        </w:numPr>
        <w:spacing w:before="100" w:beforeAutospacing="1" w:after="100" w:afterAutospacing="1" w:line="240" w:lineRule="auto"/>
      </w:pPr>
      <w:r w:rsidRPr="00E07398">
        <w:t xml:space="preserve">respecting the booking process; </w:t>
      </w:r>
    </w:p>
    <w:p w14:paraId="109143FB" w14:textId="77777777" w:rsidR="00E07398" w:rsidRPr="00E07398" w:rsidRDefault="00E07398" w:rsidP="00E07398">
      <w:pPr>
        <w:numPr>
          <w:ilvl w:val="0"/>
          <w:numId w:val="283"/>
        </w:numPr>
        <w:spacing w:before="100" w:beforeAutospacing="1" w:after="100" w:afterAutospacing="1" w:line="240" w:lineRule="auto"/>
      </w:pPr>
      <w:r w:rsidRPr="00E07398">
        <w:t xml:space="preserve">avoiding misuse of platform services; and </w:t>
      </w:r>
    </w:p>
    <w:p w14:paraId="2FE9BC31" w14:textId="77777777" w:rsidR="00E07398" w:rsidRPr="00E07398" w:rsidRDefault="00E07398" w:rsidP="00E07398">
      <w:pPr>
        <w:numPr>
          <w:ilvl w:val="0"/>
          <w:numId w:val="283"/>
        </w:numPr>
        <w:spacing w:before="100" w:beforeAutospacing="1" w:after="100" w:afterAutospacing="1" w:line="240" w:lineRule="auto"/>
      </w:pPr>
      <w:r w:rsidRPr="00E07398">
        <w:t xml:space="preserve">helping maintain a positive reputation for the community. </w:t>
      </w:r>
    </w:p>
    <w:p w14:paraId="34E56CA2"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Coaches should not engage in behaviour intended to undermine the operation or trustworthiness of the platform.</w:t>
      </w:r>
    </w:p>
    <w:p w14:paraId="60854B9B" w14:textId="77777777" w:rsidR="00E07398" w:rsidRPr="00E07398" w:rsidRDefault="00000000" w:rsidP="00E07398">
      <w:r>
        <w:pict w14:anchorId="791D5C95">
          <v:rect id="_x0000_i1074" style="width:0;height:1.5pt" o:hralign="center" o:hrstd="t" o:hr="t" fillcolor="#a0a0a0" stroked="f"/>
        </w:pict>
      </w:r>
    </w:p>
    <w:p w14:paraId="74B26175" w14:textId="77777777" w:rsidR="00E07398" w:rsidRPr="00E07398" w:rsidRDefault="00E07398" w:rsidP="00E07398">
      <w:pPr>
        <w:pStyle w:val="Heading2"/>
        <w:rPr>
          <w:rFonts w:asciiTheme="minorHAnsi" w:hAnsiTheme="minorHAnsi"/>
          <w:sz w:val="22"/>
          <w:szCs w:val="22"/>
        </w:rPr>
      </w:pPr>
      <w:bookmarkStart w:id="55" w:name="_Toc237248488"/>
      <w:r w:rsidRPr="00E07398">
        <w:rPr>
          <w:rFonts w:asciiTheme="minorHAnsi" w:hAnsiTheme="minorHAnsi"/>
          <w:sz w:val="22"/>
          <w:szCs w:val="22"/>
        </w:rPr>
        <w:t>6.8 Continuous Development</w:t>
      </w:r>
      <w:bookmarkEnd w:id="55"/>
    </w:p>
    <w:p w14:paraId="7A51B1C6"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My Sports Coach encourages coaches to continue developing their professional knowledge and coaching skills.</w:t>
      </w:r>
    </w:p>
    <w:p w14:paraId="2B1DE4E7"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This may include:</w:t>
      </w:r>
    </w:p>
    <w:p w14:paraId="34E34204" w14:textId="77777777" w:rsidR="00E07398" w:rsidRPr="00E07398" w:rsidRDefault="00E07398" w:rsidP="00E07398">
      <w:pPr>
        <w:numPr>
          <w:ilvl w:val="0"/>
          <w:numId w:val="284"/>
        </w:numPr>
        <w:spacing w:before="100" w:beforeAutospacing="1" w:after="100" w:afterAutospacing="1" w:line="240" w:lineRule="auto"/>
      </w:pPr>
      <w:r w:rsidRPr="00E07398">
        <w:t xml:space="preserve">undertaking continuing professional development (CPD); </w:t>
      </w:r>
    </w:p>
    <w:p w14:paraId="0D6873F7" w14:textId="77777777" w:rsidR="00E07398" w:rsidRPr="00E07398" w:rsidRDefault="00E07398" w:rsidP="00E07398">
      <w:pPr>
        <w:numPr>
          <w:ilvl w:val="0"/>
          <w:numId w:val="284"/>
        </w:numPr>
        <w:spacing w:before="100" w:beforeAutospacing="1" w:after="100" w:afterAutospacing="1" w:line="240" w:lineRule="auto"/>
      </w:pPr>
      <w:r w:rsidRPr="00E07398">
        <w:t xml:space="preserve">maintaining relevant qualifications; </w:t>
      </w:r>
    </w:p>
    <w:p w14:paraId="7B357C68" w14:textId="77777777" w:rsidR="00E07398" w:rsidRPr="00E07398" w:rsidRDefault="00E07398" w:rsidP="00E07398">
      <w:pPr>
        <w:numPr>
          <w:ilvl w:val="0"/>
          <w:numId w:val="284"/>
        </w:numPr>
        <w:spacing w:before="100" w:beforeAutospacing="1" w:after="100" w:afterAutospacing="1" w:line="240" w:lineRule="auto"/>
      </w:pPr>
      <w:r w:rsidRPr="00E07398">
        <w:t xml:space="preserve">keeping safeguarding knowledge current; </w:t>
      </w:r>
    </w:p>
    <w:p w14:paraId="4DF28C07" w14:textId="77777777" w:rsidR="00E07398" w:rsidRPr="00E07398" w:rsidRDefault="00E07398" w:rsidP="00E07398">
      <w:pPr>
        <w:numPr>
          <w:ilvl w:val="0"/>
          <w:numId w:val="284"/>
        </w:numPr>
        <w:spacing w:before="100" w:beforeAutospacing="1" w:after="100" w:afterAutospacing="1" w:line="240" w:lineRule="auto"/>
      </w:pPr>
      <w:r w:rsidRPr="00E07398">
        <w:t xml:space="preserve">following recognised coaching standards; and </w:t>
      </w:r>
    </w:p>
    <w:p w14:paraId="6CF2D842" w14:textId="77777777" w:rsidR="00E07398" w:rsidRPr="00E07398" w:rsidRDefault="00E07398" w:rsidP="00E07398">
      <w:pPr>
        <w:numPr>
          <w:ilvl w:val="0"/>
          <w:numId w:val="284"/>
        </w:numPr>
        <w:spacing w:before="100" w:beforeAutospacing="1" w:after="100" w:afterAutospacing="1" w:line="240" w:lineRule="auto"/>
      </w:pPr>
      <w:r w:rsidRPr="00E07398">
        <w:t xml:space="preserve">remaining informed about developments within their sport. </w:t>
      </w:r>
    </w:p>
    <w:p w14:paraId="3B5F5583"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A commitment to learning benefits both coaches and participants.</w:t>
      </w:r>
    </w:p>
    <w:p w14:paraId="53604E0B" w14:textId="77777777" w:rsidR="00E07398" w:rsidRPr="00E07398" w:rsidRDefault="00000000" w:rsidP="00E07398">
      <w:r>
        <w:lastRenderedPageBreak/>
        <w:pict w14:anchorId="7675B3E4">
          <v:rect id="_x0000_i1075" style="width:0;height:1.5pt" o:hralign="center" o:hrstd="t" o:hr="t" fillcolor="#a0a0a0" stroked="f"/>
        </w:pict>
      </w:r>
    </w:p>
    <w:p w14:paraId="309ED277" w14:textId="77777777" w:rsidR="00E07398" w:rsidRPr="00E07398" w:rsidRDefault="00E07398" w:rsidP="00E07398">
      <w:pPr>
        <w:pStyle w:val="Heading2"/>
        <w:rPr>
          <w:rFonts w:asciiTheme="minorHAnsi" w:hAnsiTheme="minorHAnsi"/>
          <w:sz w:val="22"/>
          <w:szCs w:val="22"/>
        </w:rPr>
      </w:pPr>
      <w:bookmarkStart w:id="56" w:name="_Toc237248489"/>
      <w:r w:rsidRPr="00E07398">
        <w:rPr>
          <w:rFonts w:asciiTheme="minorHAnsi" w:hAnsiTheme="minorHAnsi"/>
          <w:sz w:val="22"/>
          <w:szCs w:val="22"/>
        </w:rPr>
        <w:t>6.9 Being a Positive Role Model</w:t>
      </w:r>
      <w:bookmarkEnd w:id="56"/>
    </w:p>
    <w:p w14:paraId="57FCEA3C"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Coaches are often viewed as role models by participants, particularly children and young people.</w:t>
      </w:r>
    </w:p>
    <w:p w14:paraId="1CB2D2D2"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Coaches are encouraged to:</w:t>
      </w:r>
    </w:p>
    <w:p w14:paraId="134E7FA9" w14:textId="77777777" w:rsidR="00E07398" w:rsidRPr="00E07398" w:rsidRDefault="00E07398" w:rsidP="00E07398">
      <w:pPr>
        <w:numPr>
          <w:ilvl w:val="0"/>
          <w:numId w:val="285"/>
        </w:numPr>
        <w:spacing w:before="100" w:beforeAutospacing="1" w:after="100" w:afterAutospacing="1" w:line="240" w:lineRule="auto"/>
      </w:pPr>
      <w:r w:rsidRPr="00E07398">
        <w:t xml:space="preserve">demonstrate good sportsmanship; </w:t>
      </w:r>
    </w:p>
    <w:p w14:paraId="458420CE" w14:textId="77777777" w:rsidR="00E07398" w:rsidRPr="00E07398" w:rsidRDefault="00E07398" w:rsidP="00E07398">
      <w:pPr>
        <w:numPr>
          <w:ilvl w:val="0"/>
          <w:numId w:val="285"/>
        </w:numPr>
        <w:spacing w:before="100" w:beforeAutospacing="1" w:after="100" w:afterAutospacing="1" w:line="240" w:lineRule="auto"/>
      </w:pPr>
      <w:r w:rsidRPr="00E07398">
        <w:t xml:space="preserve">promote respect; </w:t>
      </w:r>
    </w:p>
    <w:p w14:paraId="78EB5154" w14:textId="77777777" w:rsidR="00E07398" w:rsidRPr="00E07398" w:rsidRDefault="00E07398" w:rsidP="00E07398">
      <w:pPr>
        <w:numPr>
          <w:ilvl w:val="0"/>
          <w:numId w:val="285"/>
        </w:numPr>
        <w:spacing w:before="100" w:beforeAutospacing="1" w:after="100" w:afterAutospacing="1" w:line="240" w:lineRule="auto"/>
      </w:pPr>
      <w:r w:rsidRPr="00E07398">
        <w:t xml:space="preserve">encourage fair play; </w:t>
      </w:r>
    </w:p>
    <w:p w14:paraId="769C0331" w14:textId="77777777" w:rsidR="00E07398" w:rsidRPr="00E07398" w:rsidRDefault="00E07398" w:rsidP="00E07398">
      <w:pPr>
        <w:numPr>
          <w:ilvl w:val="0"/>
          <w:numId w:val="285"/>
        </w:numPr>
        <w:spacing w:before="100" w:beforeAutospacing="1" w:after="100" w:afterAutospacing="1" w:line="240" w:lineRule="auto"/>
      </w:pPr>
      <w:r w:rsidRPr="00E07398">
        <w:t xml:space="preserve">support inclusion; </w:t>
      </w:r>
    </w:p>
    <w:p w14:paraId="5A335C6B" w14:textId="77777777" w:rsidR="00E07398" w:rsidRPr="00E07398" w:rsidRDefault="00E07398" w:rsidP="00E07398">
      <w:pPr>
        <w:numPr>
          <w:ilvl w:val="0"/>
          <w:numId w:val="285"/>
        </w:numPr>
        <w:spacing w:before="100" w:beforeAutospacing="1" w:after="100" w:afterAutospacing="1" w:line="240" w:lineRule="auto"/>
      </w:pPr>
      <w:r w:rsidRPr="00E07398">
        <w:t xml:space="preserve">communicate positively; and </w:t>
      </w:r>
    </w:p>
    <w:p w14:paraId="7F6D6B2E" w14:textId="77777777" w:rsidR="00E07398" w:rsidRPr="00E07398" w:rsidRDefault="00E07398" w:rsidP="00E07398">
      <w:pPr>
        <w:numPr>
          <w:ilvl w:val="0"/>
          <w:numId w:val="285"/>
        </w:numPr>
        <w:spacing w:before="100" w:beforeAutospacing="1" w:after="100" w:afterAutospacing="1" w:line="240" w:lineRule="auto"/>
      </w:pPr>
      <w:r w:rsidRPr="00E07398">
        <w:t xml:space="preserve">lead by example. </w:t>
      </w:r>
    </w:p>
    <w:p w14:paraId="23B5BCA6"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The behaviour of coaches has a lasting influence on the culture of sport.</w:t>
      </w:r>
    </w:p>
    <w:p w14:paraId="0E12E661" w14:textId="77777777" w:rsidR="00E07398" w:rsidRPr="00E07398" w:rsidRDefault="00000000" w:rsidP="00E07398">
      <w:r>
        <w:pict w14:anchorId="1C832419">
          <v:rect id="_x0000_i1076" style="width:0;height:1.5pt" o:hralign="center" o:hrstd="t" o:hr="t" fillcolor="#a0a0a0" stroked="f"/>
        </w:pict>
      </w:r>
    </w:p>
    <w:p w14:paraId="061CC1F4" w14:textId="77777777" w:rsidR="00E07398" w:rsidRPr="00E07398" w:rsidRDefault="00E07398" w:rsidP="00E07398">
      <w:pPr>
        <w:pStyle w:val="Heading2"/>
        <w:rPr>
          <w:rFonts w:asciiTheme="minorHAnsi" w:hAnsiTheme="minorHAnsi"/>
          <w:sz w:val="22"/>
          <w:szCs w:val="22"/>
        </w:rPr>
      </w:pPr>
      <w:bookmarkStart w:id="57" w:name="_Toc237248490"/>
      <w:r w:rsidRPr="00E07398">
        <w:rPr>
          <w:rFonts w:asciiTheme="minorHAnsi" w:hAnsiTheme="minorHAnsi"/>
          <w:sz w:val="22"/>
          <w:szCs w:val="22"/>
        </w:rPr>
        <w:t>6.10 Our Commitment</w:t>
      </w:r>
      <w:bookmarkEnd w:id="57"/>
    </w:p>
    <w:p w14:paraId="18494F49"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My Sports Coach values coaches who demonstrate professionalism, integrity and respect.</w:t>
      </w:r>
    </w:p>
    <w:p w14:paraId="4F736C59" w14:textId="77777777" w:rsidR="00E07398" w:rsidRPr="00E07398" w:rsidRDefault="00E07398" w:rsidP="00E07398">
      <w:pPr>
        <w:pStyle w:val="NormalWeb"/>
        <w:rPr>
          <w:rFonts w:asciiTheme="minorHAnsi" w:hAnsiTheme="minorHAnsi"/>
          <w:sz w:val="22"/>
          <w:szCs w:val="22"/>
        </w:rPr>
      </w:pPr>
      <w:r w:rsidRPr="00E07398">
        <w:rPr>
          <w:rFonts w:asciiTheme="minorHAnsi" w:hAnsiTheme="minorHAnsi"/>
          <w:sz w:val="22"/>
          <w:szCs w:val="22"/>
        </w:rPr>
        <w:t>By supporting coaches to uphold high standards of behaviour, we aim to build a trusted coaching community that benefits participants, families and the wider sporting community.</w:t>
      </w:r>
    </w:p>
    <w:p w14:paraId="065033BD" w14:textId="77777777" w:rsidR="00E07398" w:rsidRPr="00E07398" w:rsidRDefault="00E07398" w:rsidP="00E07398">
      <w:pPr>
        <w:pStyle w:val="Heading1"/>
        <w:rPr>
          <w:rFonts w:asciiTheme="minorHAnsi" w:hAnsiTheme="minorHAnsi"/>
          <w:sz w:val="24"/>
          <w:szCs w:val="24"/>
        </w:rPr>
      </w:pPr>
      <w:bookmarkStart w:id="58" w:name="_Toc237248491"/>
      <w:r w:rsidRPr="00E07398">
        <w:rPr>
          <w:rFonts w:asciiTheme="minorHAnsi" w:hAnsiTheme="minorHAnsi"/>
          <w:sz w:val="24"/>
          <w:szCs w:val="24"/>
        </w:rPr>
        <w:t>7. Participants, Parents &amp; Guardians</w:t>
      </w:r>
      <w:bookmarkEnd w:id="58"/>
    </w:p>
    <w:p w14:paraId="4DDD8F9C" w14:textId="77777777" w:rsidR="00E07398" w:rsidRPr="00E07398" w:rsidRDefault="00E07398" w:rsidP="00E07398">
      <w:pPr>
        <w:pStyle w:val="NormalWeb"/>
        <w:rPr>
          <w:rFonts w:asciiTheme="minorHAnsi" w:hAnsiTheme="minorHAnsi"/>
        </w:rPr>
      </w:pPr>
      <w:r w:rsidRPr="00E07398">
        <w:rPr>
          <w:rFonts w:asciiTheme="minorHAnsi" w:hAnsiTheme="minorHAnsi"/>
        </w:rPr>
        <w:t>Participants, parents and guardians play an essential role in creating positive coaching experiences.</w:t>
      </w:r>
    </w:p>
    <w:p w14:paraId="47DB251E" w14:textId="77777777" w:rsidR="00E07398" w:rsidRPr="00E07398" w:rsidRDefault="00E07398" w:rsidP="00E07398">
      <w:pPr>
        <w:pStyle w:val="NormalWeb"/>
        <w:rPr>
          <w:rFonts w:asciiTheme="minorHAnsi" w:hAnsiTheme="minorHAnsi"/>
        </w:rPr>
      </w:pPr>
      <w:r w:rsidRPr="00E07398">
        <w:rPr>
          <w:rFonts w:asciiTheme="minorHAnsi" w:hAnsiTheme="minorHAnsi"/>
        </w:rPr>
        <w:t>By supporting coaches, respecting others and encouraging positive sporting values, they help create an environment where everyone can enjoy sport safely and confidently.</w:t>
      </w:r>
    </w:p>
    <w:p w14:paraId="3D2BDABF" w14:textId="77777777" w:rsidR="00E07398" w:rsidRPr="00E07398" w:rsidRDefault="00E07398" w:rsidP="00E07398">
      <w:pPr>
        <w:pStyle w:val="NormalWeb"/>
        <w:rPr>
          <w:rFonts w:asciiTheme="minorHAnsi" w:hAnsiTheme="minorHAnsi"/>
        </w:rPr>
      </w:pPr>
      <w:r w:rsidRPr="00E07398">
        <w:rPr>
          <w:rFonts w:asciiTheme="minorHAnsi" w:hAnsiTheme="minorHAnsi"/>
        </w:rPr>
        <w:t>My Sports Coach encourages all participants, parents and guardians to contribute positively to the community and to work collaboratively with coaches and other users.</w:t>
      </w:r>
    </w:p>
    <w:p w14:paraId="5673ABF9" w14:textId="77777777" w:rsidR="00E07398" w:rsidRPr="00E07398" w:rsidRDefault="00000000" w:rsidP="00E07398">
      <w:pPr>
        <w:rPr>
          <w:sz w:val="24"/>
          <w:szCs w:val="24"/>
        </w:rPr>
      </w:pPr>
      <w:r>
        <w:rPr>
          <w:sz w:val="24"/>
          <w:szCs w:val="24"/>
        </w:rPr>
        <w:pict w14:anchorId="72DE7842">
          <v:rect id="_x0000_i1077" style="width:0;height:1.5pt" o:hralign="center" o:hrstd="t" o:hr="t" fillcolor="#a0a0a0" stroked="f"/>
        </w:pict>
      </w:r>
    </w:p>
    <w:p w14:paraId="2E996073" w14:textId="77777777" w:rsidR="00E07398" w:rsidRPr="00E07398" w:rsidRDefault="00E07398" w:rsidP="00E07398">
      <w:pPr>
        <w:pStyle w:val="Heading2"/>
        <w:rPr>
          <w:rFonts w:asciiTheme="minorHAnsi" w:hAnsiTheme="minorHAnsi"/>
          <w:sz w:val="24"/>
          <w:szCs w:val="24"/>
        </w:rPr>
      </w:pPr>
      <w:bookmarkStart w:id="59" w:name="_Toc237248492"/>
      <w:r w:rsidRPr="00E07398">
        <w:rPr>
          <w:rFonts w:asciiTheme="minorHAnsi" w:hAnsiTheme="minorHAnsi"/>
          <w:sz w:val="24"/>
          <w:szCs w:val="24"/>
        </w:rPr>
        <w:t>7.1 Respect Coaches and Other Users</w:t>
      </w:r>
      <w:bookmarkEnd w:id="59"/>
    </w:p>
    <w:p w14:paraId="4D15F252" w14:textId="77777777" w:rsidR="00E07398" w:rsidRPr="00E07398" w:rsidRDefault="00E07398" w:rsidP="00E07398">
      <w:pPr>
        <w:pStyle w:val="NormalWeb"/>
        <w:rPr>
          <w:rFonts w:asciiTheme="minorHAnsi" w:hAnsiTheme="minorHAnsi"/>
        </w:rPr>
      </w:pPr>
      <w:r w:rsidRPr="00E07398">
        <w:rPr>
          <w:rFonts w:asciiTheme="minorHAnsi" w:hAnsiTheme="minorHAnsi"/>
        </w:rPr>
        <w:t>Participants, parents and guardians should treat coaches and other members of the community with courtesy and respect.</w:t>
      </w:r>
    </w:p>
    <w:p w14:paraId="5DFE05C2" w14:textId="77777777" w:rsidR="00E07398" w:rsidRPr="00E07398" w:rsidRDefault="00E07398" w:rsidP="00E07398">
      <w:pPr>
        <w:pStyle w:val="NormalWeb"/>
        <w:rPr>
          <w:rFonts w:asciiTheme="minorHAnsi" w:hAnsiTheme="minorHAnsi"/>
        </w:rPr>
      </w:pPr>
      <w:r w:rsidRPr="00E07398">
        <w:rPr>
          <w:rFonts w:asciiTheme="minorHAnsi" w:hAnsiTheme="minorHAnsi"/>
        </w:rPr>
        <w:t>This includes:</w:t>
      </w:r>
    </w:p>
    <w:p w14:paraId="752FD8BD" w14:textId="77777777" w:rsidR="00E07398" w:rsidRPr="00E07398" w:rsidRDefault="00E07398" w:rsidP="00E07398">
      <w:pPr>
        <w:numPr>
          <w:ilvl w:val="0"/>
          <w:numId w:val="286"/>
        </w:numPr>
        <w:spacing w:before="100" w:beforeAutospacing="1" w:after="100" w:afterAutospacing="1" w:line="240" w:lineRule="auto"/>
        <w:rPr>
          <w:sz w:val="24"/>
          <w:szCs w:val="24"/>
        </w:rPr>
      </w:pPr>
      <w:r w:rsidRPr="00E07398">
        <w:rPr>
          <w:sz w:val="24"/>
          <w:szCs w:val="24"/>
        </w:rPr>
        <w:lastRenderedPageBreak/>
        <w:t xml:space="preserve">communicating politely; </w:t>
      </w:r>
    </w:p>
    <w:p w14:paraId="479AAEC4" w14:textId="77777777" w:rsidR="00E07398" w:rsidRPr="00E07398" w:rsidRDefault="00E07398" w:rsidP="00E07398">
      <w:pPr>
        <w:numPr>
          <w:ilvl w:val="0"/>
          <w:numId w:val="286"/>
        </w:numPr>
        <w:spacing w:before="100" w:beforeAutospacing="1" w:after="100" w:afterAutospacing="1" w:line="240" w:lineRule="auto"/>
        <w:rPr>
          <w:sz w:val="24"/>
          <w:szCs w:val="24"/>
        </w:rPr>
      </w:pPr>
      <w:r w:rsidRPr="00E07398">
        <w:rPr>
          <w:sz w:val="24"/>
          <w:szCs w:val="24"/>
        </w:rPr>
        <w:t xml:space="preserve">listening respectfully; </w:t>
      </w:r>
    </w:p>
    <w:p w14:paraId="142F6275" w14:textId="77777777" w:rsidR="00E07398" w:rsidRPr="00E07398" w:rsidRDefault="00E07398" w:rsidP="00E07398">
      <w:pPr>
        <w:numPr>
          <w:ilvl w:val="0"/>
          <w:numId w:val="286"/>
        </w:numPr>
        <w:spacing w:before="100" w:beforeAutospacing="1" w:after="100" w:afterAutospacing="1" w:line="240" w:lineRule="auto"/>
        <w:rPr>
          <w:sz w:val="24"/>
          <w:szCs w:val="24"/>
        </w:rPr>
      </w:pPr>
      <w:r w:rsidRPr="00E07398">
        <w:rPr>
          <w:sz w:val="24"/>
          <w:szCs w:val="24"/>
        </w:rPr>
        <w:t xml:space="preserve">recognising the experience and expertise of coaches; </w:t>
      </w:r>
    </w:p>
    <w:p w14:paraId="78E0E064" w14:textId="77777777" w:rsidR="00E07398" w:rsidRPr="00E07398" w:rsidRDefault="00E07398" w:rsidP="00E07398">
      <w:pPr>
        <w:numPr>
          <w:ilvl w:val="0"/>
          <w:numId w:val="286"/>
        </w:numPr>
        <w:spacing w:before="100" w:beforeAutospacing="1" w:after="100" w:afterAutospacing="1" w:line="240" w:lineRule="auto"/>
        <w:rPr>
          <w:sz w:val="24"/>
          <w:szCs w:val="24"/>
        </w:rPr>
      </w:pPr>
      <w:r w:rsidRPr="00E07398">
        <w:rPr>
          <w:sz w:val="24"/>
          <w:szCs w:val="24"/>
        </w:rPr>
        <w:t xml:space="preserve">respecting differing opinions; and </w:t>
      </w:r>
    </w:p>
    <w:p w14:paraId="660D5DE1" w14:textId="77777777" w:rsidR="00E07398" w:rsidRPr="00E07398" w:rsidRDefault="00E07398" w:rsidP="00E07398">
      <w:pPr>
        <w:numPr>
          <w:ilvl w:val="0"/>
          <w:numId w:val="286"/>
        </w:numPr>
        <w:spacing w:before="100" w:beforeAutospacing="1" w:after="100" w:afterAutospacing="1" w:line="240" w:lineRule="auto"/>
        <w:rPr>
          <w:sz w:val="24"/>
          <w:szCs w:val="24"/>
        </w:rPr>
      </w:pPr>
      <w:r w:rsidRPr="00E07398">
        <w:rPr>
          <w:sz w:val="24"/>
          <w:szCs w:val="24"/>
        </w:rPr>
        <w:t xml:space="preserve">avoiding unnecessary conflict. </w:t>
      </w:r>
    </w:p>
    <w:p w14:paraId="29D75CD4" w14:textId="77777777" w:rsidR="00E07398" w:rsidRPr="00E07398" w:rsidRDefault="00E07398" w:rsidP="00E07398">
      <w:pPr>
        <w:pStyle w:val="NormalWeb"/>
        <w:rPr>
          <w:rFonts w:asciiTheme="minorHAnsi" w:hAnsiTheme="minorHAnsi"/>
        </w:rPr>
      </w:pPr>
      <w:r w:rsidRPr="00E07398">
        <w:rPr>
          <w:rFonts w:asciiTheme="minorHAnsi" w:hAnsiTheme="minorHAnsi"/>
        </w:rPr>
        <w:t>Respect should always be mutual.</w:t>
      </w:r>
    </w:p>
    <w:p w14:paraId="4610ED8F" w14:textId="77777777" w:rsidR="00E07398" w:rsidRPr="00E07398" w:rsidRDefault="00000000" w:rsidP="00E07398">
      <w:pPr>
        <w:rPr>
          <w:sz w:val="24"/>
          <w:szCs w:val="24"/>
        </w:rPr>
      </w:pPr>
      <w:r>
        <w:rPr>
          <w:sz w:val="24"/>
          <w:szCs w:val="24"/>
        </w:rPr>
        <w:pict w14:anchorId="5BB880AC">
          <v:rect id="_x0000_i1078" style="width:0;height:1.5pt" o:hralign="center" o:hrstd="t" o:hr="t" fillcolor="#a0a0a0" stroked="f"/>
        </w:pict>
      </w:r>
    </w:p>
    <w:p w14:paraId="127657CD" w14:textId="77777777" w:rsidR="00E07398" w:rsidRPr="00E07398" w:rsidRDefault="00E07398" w:rsidP="00E07398">
      <w:pPr>
        <w:pStyle w:val="Heading2"/>
        <w:rPr>
          <w:rFonts w:asciiTheme="minorHAnsi" w:hAnsiTheme="minorHAnsi"/>
          <w:sz w:val="24"/>
          <w:szCs w:val="24"/>
        </w:rPr>
      </w:pPr>
      <w:bookmarkStart w:id="60" w:name="_Toc237248493"/>
      <w:r w:rsidRPr="00E07398">
        <w:rPr>
          <w:rFonts w:asciiTheme="minorHAnsi" w:hAnsiTheme="minorHAnsi"/>
          <w:sz w:val="24"/>
          <w:szCs w:val="24"/>
        </w:rPr>
        <w:t>7.2 Honest Communication</w:t>
      </w:r>
      <w:bookmarkEnd w:id="60"/>
    </w:p>
    <w:p w14:paraId="61130692" w14:textId="77777777" w:rsidR="00E07398" w:rsidRPr="00E07398" w:rsidRDefault="00E07398" w:rsidP="00E07398">
      <w:pPr>
        <w:pStyle w:val="NormalWeb"/>
        <w:rPr>
          <w:rFonts w:asciiTheme="minorHAnsi" w:hAnsiTheme="minorHAnsi"/>
        </w:rPr>
      </w:pPr>
      <w:r w:rsidRPr="00E07398">
        <w:rPr>
          <w:rFonts w:asciiTheme="minorHAnsi" w:hAnsiTheme="minorHAnsi"/>
        </w:rPr>
        <w:t>Open and honest communication helps create successful coaching relationships.</w:t>
      </w:r>
    </w:p>
    <w:p w14:paraId="31F00A99" w14:textId="77777777" w:rsidR="00E07398" w:rsidRPr="00E07398" w:rsidRDefault="00E07398" w:rsidP="00E07398">
      <w:pPr>
        <w:pStyle w:val="NormalWeb"/>
        <w:rPr>
          <w:rFonts w:asciiTheme="minorHAnsi" w:hAnsiTheme="minorHAnsi"/>
        </w:rPr>
      </w:pPr>
      <w:r w:rsidRPr="00E07398">
        <w:rPr>
          <w:rFonts w:asciiTheme="minorHAnsi" w:hAnsiTheme="minorHAnsi"/>
        </w:rPr>
        <w:t>Users are encouraged to:</w:t>
      </w:r>
    </w:p>
    <w:p w14:paraId="60D35736" w14:textId="77777777" w:rsidR="00E07398" w:rsidRPr="00E07398" w:rsidRDefault="00E07398" w:rsidP="00E07398">
      <w:pPr>
        <w:numPr>
          <w:ilvl w:val="0"/>
          <w:numId w:val="287"/>
        </w:numPr>
        <w:spacing w:before="100" w:beforeAutospacing="1" w:after="100" w:afterAutospacing="1" w:line="240" w:lineRule="auto"/>
        <w:rPr>
          <w:sz w:val="24"/>
          <w:szCs w:val="24"/>
        </w:rPr>
      </w:pPr>
      <w:r w:rsidRPr="00E07398">
        <w:rPr>
          <w:sz w:val="24"/>
          <w:szCs w:val="24"/>
        </w:rPr>
        <w:t xml:space="preserve">provide accurate information where relevant; </w:t>
      </w:r>
    </w:p>
    <w:p w14:paraId="26C5A556" w14:textId="77777777" w:rsidR="00E07398" w:rsidRPr="00E07398" w:rsidRDefault="00E07398" w:rsidP="00E07398">
      <w:pPr>
        <w:numPr>
          <w:ilvl w:val="0"/>
          <w:numId w:val="287"/>
        </w:numPr>
        <w:spacing w:before="100" w:beforeAutospacing="1" w:after="100" w:afterAutospacing="1" w:line="240" w:lineRule="auto"/>
        <w:rPr>
          <w:sz w:val="24"/>
          <w:szCs w:val="24"/>
        </w:rPr>
      </w:pPr>
      <w:r w:rsidRPr="00E07398">
        <w:rPr>
          <w:sz w:val="24"/>
          <w:szCs w:val="24"/>
        </w:rPr>
        <w:t xml:space="preserve">ask questions respectfully; </w:t>
      </w:r>
    </w:p>
    <w:p w14:paraId="07648B3E" w14:textId="77777777" w:rsidR="00E07398" w:rsidRPr="00E07398" w:rsidRDefault="00E07398" w:rsidP="00E07398">
      <w:pPr>
        <w:numPr>
          <w:ilvl w:val="0"/>
          <w:numId w:val="287"/>
        </w:numPr>
        <w:spacing w:before="100" w:beforeAutospacing="1" w:after="100" w:afterAutospacing="1" w:line="240" w:lineRule="auto"/>
        <w:rPr>
          <w:sz w:val="24"/>
          <w:szCs w:val="24"/>
        </w:rPr>
      </w:pPr>
      <w:r w:rsidRPr="00E07398">
        <w:rPr>
          <w:sz w:val="24"/>
          <w:szCs w:val="24"/>
        </w:rPr>
        <w:t xml:space="preserve">raise concerns promptly; </w:t>
      </w:r>
    </w:p>
    <w:p w14:paraId="373E8970" w14:textId="77777777" w:rsidR="00E07398" w:rsidRPr="00E07398" w:rsidRDefault="00E07398" w:rsidP="00E07398">
      <w:pPr>
        <w:numPr>
          <w:ilvl w:val="0"/>
          <w:numId w:val="287"/>
        </w:numPr>
        <w:spacing w:before="100" w:beforeAutospacing="1" w:after="100" w:afterAutospacing="1" w:line="240" w:lineRule="auto"/>
        <w:rPr>
          <w:sz w:val="24"/>
          <w:szCs w:val="24"/>
        </w:rPr>
      </w:pPr>
      <w:r w:rsidRPr="00E07398">
        <w:rPr>
          <w:sz w:val="24"/>
          <w:szCs w:val="24"/>
        </w:rPr>
        <w:t xml:space="preserve">communicate changes to availability where possible; and </w:t>
      </w:r>
    </w:p>
    <w:p w14:paraId="752B6533" w14:textId="77777777" w:rsidR="00E07398" w:rsidRPr="00E07398" w:rsidRDefault="00E07398" w:rsidP="00E07398">
      <w:pPr>
        <w:numPr>
          <w:ilvl w:val="0"/>
          <w:numId w:val="287"/>
        </w:numPr>
        <w:spacing w:before="100" w:beforeAutospacing="1" w:after="100" w:afterAutospacing="1" w:line="240" w:lineRule="auto"/>
        <w:rPr>
          <w:sz w:val="24"/>
          <w:szCs w:val="24"/>
        </w:rPr>
      </w:pPr>
      <w:r w:rsidRPr="00E07398">
        <w:rPr>
          <w:sz w:val="24"/>
          <w:szCs w:val="24"/>
        </w:rPr>
        <w:t xml:space="preserve">respond honestly to coaches and platform communications. </w:t>
      </w:r>
    </w:p>
    <w:p w14:paraId="1CD65BBA" w14:textId="77777777" w:rsidR="00E07398" w:rsidRPr="00E07398" w:rsidRDefault="00E07398" w:rsidP="00E07398">
      <w:pPr>
        <w:pStyle w:val="NormalWeb"/>
        <w:rPr>
          <w:rFonts w:asciiTheme="minorHAnsi" w:hAnsiTheme="minorHAnsi"/>
        </w:rPr>
      </w:pPr>
      <w:r w:rsidRPr="00E07398">
        <w:rPr>
          <w:rFonts w:asciiTheme="minorHAnsi" w:hAnsiTheme="minorHAnsi"/>
        </w:rPr>
        <w:t>Constructive communication helps prevent misunderstandings.</w:t>
      </w:r>
    </w:p>
    <w:p w14:paraId="6689AE55" w14:textId="77777777" w:rsidR="00E07398" w:rsidRPr="00E07398" w:rsidRDefault="00000000" w:rsidP="00E07398">
      <w:pPr>
        <w:rPr>
          <w:sz w:val="24"/>
          <w:szCs w:val="24"/>
        </w:rPr>
      </w:pPr>
      <w:r>
        <w:rPr>
          <w:sz w:val="24"/>
          <w:szCs w:val="24"/>
        </w:rPr>
        <w:pict w14:anchorId="502D3AB3">
          <v:rect id="_x0000_i1079" style="width:0;height:1.5pt" o:hralign="center" o:hrstd="t" o:hr="t" fillcolor="#a0a0a0" stroked="f"/>
        </w:pict>
      </w:r>
    </w:p>
    <w:p w14:paraId="4AF1E2D2" w14:textId="77777777" w:rsidR="00E07398" w:rsidRPr="00E07398" w:rsidRDefault="00E07398" w:rsidP="00E07398">
      <w:pPr>
        <w:pStyle w:val="Heading2"/>
        <w:rPr>
          <w:rFonts w:asciiTheme="minorHAnsi" w:hAnsiTheme="minorHAnsi"/>
          <w:sz w:val="24"/>
          <w:szCs w:val="24"/>
        </w:rPr>
      </w:pPr>
      <w:bookmarkStart w:id="61" w:name="_Toc237248494"/>
      <w:r w:rsidRPr="00E07398">
        <w:rPr>
          <w:rFonts w:asciiTheme="minorHAnsi" w:hAnsiTheme="minorHAnsi"/>
          <w:sz w:val="24"/>
          <w:szCs w:val="24"/>
        </w:rPr>
        <w:t>7.3 Supporting Positive Coaching</w:t>
      </w:r>
      <w:bookmarkEnd w:id="61"/>
    </w:p>
    <w:p w14:paraId="3C977A5D" w14:textId="77777777" w:rsidR="00E07398" w:rsidRPr="00E07398" w:rsidRDefault="00E07398" w:rsidP="00E07398">
      <w:pPr>
        <w:pStyle w:val="NormalWeb"/>
        <w:rPr>
          <w:rFonts w:asciiTheme="minorHAnsi" w:hAnsiTheme="minorHAnsi"/>
        </w:rPr>
      </w:pPr>
      <w:r w:rsidRPr="00E07398">
        <w:rPr>
          <w:rFonts w:asciiTheme="minorHAnsi" w:hAnsiTheme="minorHAnsi"/>
        </w:rPr>
        <w:t>Parents and guardians play an important role in supporting participants throughout their sporting journey.</w:t>
      </w:r>
    </w:p>
    <w:p w14:paraId="1A3E2717" w14:textId="77777777" w:rsidR="00E07398" w:rsidRPr="00E07398" w:rsidRDefault="00E07398" w:rsidP="00E07398">
      <w:pPr>
        <w:pStyle w:val="NormalWeb"/>
        <w:rPr>
          <w:rFonts w:asciiTheme="minorHAnsi" w:hAnsiTheme="minorHAnsi"/>
        </w:rPr>
      </w:pPr>
      <w:r w:rsidRPr="00E07398">
        <w:rPr>
          <w:rFonts w:asciiTheme="minorHAnsi" w:hAnsiTheme="minorHAnsi"/>
        </w:rPr>
        <w:t>Positive support includes:</w:t>
      </w:r>
    </w:p>
    <w:p w14:paraId="5D6E6702" w14:textId="77777777" w:rsidR="00E07398" w:rsidRPr="00E07398" w:rsidRDefault="00E07398" w:rsidP="00E07398">
      <w:pPr>
        <w:numPr>
          <w:ilvl w:val="0"/>
          <w:numId w:val="288"/>
        </w:numPr>
        <w:spacing w:before="100" w:beforeAutospacing="1" w:after="100" w:afterAutospacing="1" w:line="240" w:lineRule="auto"/>
        <w:rPr>
          <w:sz w:val="24"/>
          <w:szCs w:val="24"/>
        </w:rPr>
      </w:pPr>
      <w:r w:rsidRPr="00E07398">
        <w:rPr>
          <w:sz w:val="24"/>
          <w:szCs w:val="24"/>
        </w:rPr>
        <w:t xml:space="preserve">encouraging effort rather than only results; </w:t>
      </w:r>
    </w:p>
    <w:p w14:paraId="6F72A6C5" w14:textId="77777777" w:rsidR="00E07398" w:rsidRPr="00E07398" w:rsidRDefault="00E07398" w:rsidP="00E07398">
      <w:pPr>
        <w:numPr>
          <w:ilvl w:val="0"/>
          <w:numId w:val="288"/>
        </w:numPr>
        <w:spacing w:before="100" w:beforeAutospacing="1" w:after="100" w:afterAutospacing="1" w:line="240" w:lineRule="auto"/>
        <w:rPr>
          <w:sz w:val="24"/>
          <w:szCs w:val="24"/>
        </w:rPr>
      </w:pPr>
      <w:r w:rsidRPr="00E07398">
        <w:rPr>
          <w:sz w:val="24"/>
          <w:szCs w:val="24"/>
        </w:rPr>
        <w:t xml:space="preserve">respecting coaching decisions; </w:t>
      </w:r>
    </w:p>
    <w:p w14:paraId="1C74B4C0" w14:textId="77777777" w:rsidR="00E07398" w:rsidRPr="00E07398" w:rsidRDefault="00E07398" w:rsidP="00E07398">
      <w:pPr>
        <w:numPr>
          <w:ilvl w:val="0"/>
          <w:numId w:val="288"/>
        </w:numPr>
        <w:spacing w:before="100" w:beforeAutospacing="1" w:after="100" w:afterAutospacing="1" w:line="240" w:lineRule="auto"/>
        <w:rPr>
          <w:sz w:val="24"/>
          <w:szCs w:val="24"/>
        </w:rPr>
      </w:pPr>
      <w:r w:rsidRPr="00E07398">
        <w:rPr>
          <w:sz w:val="24"/>
          <w:szCs w:val="24"/>
        </w:rPr>
        <w:t xml:space="preserve">allowing coaches to coach; </w:t>
      </w:r>
    </w:p>
    <w:p w14:paraId="4446F3DB" w14:textId="77777777" w:rsidR="00E07398" w:rsidRPr="00E07398" w:rsidRDefault="00E07398" w:rsidP="00E07398">
      <w:pPr>
        <w:numPr>
          <w:ilvl w:val="0"/>
          <w:numId w:val="288"/>
        </w:numPr>
        <w:spacing w:before="100" w:beforeAutospacing="1" w:after="100" w:afterAutospacing="1" w:line="240" w:lineRule="auto"/>
        <w:rPr>
          <w:sz w:val="24"/>
          <w:szCs w:val="24"/>
        </w:rPr>
      </w:pPr>
      <w:r w:rsidRPr="00E07398">
        <w:rPr>
          <w:sz w:val="24"/>
          <w:szCs w:val="24"/>
        </w:rPr>
        <w:t xml:space="preserve">celebrating improvement; </w:t>
      </w:r>
    </w:p>
    <w:p w14:paraId="7105E4AF" w14:textId="77777777" w:rsidR="00E07398" w:rsidRPr="00E07398" w:rsidRDefault="00E07398" w:rsidP="00E07398">
      <w:pPr>
        <w:numPr>
          <w:ilvl w:val="0"/>
          <w:numId w:val="288"/>
        </w:numPr>
        <w:spacing w:before="100" w:beforeAutospacing="1" w:after="100" w:afterAutospacing="1" w:line="240" w:lineRule="auto"/>
        <w:rPr>
          <w:sz w:val="24"/>
          <w:szCs w:val="24"/>
        </w:rPr>
      </w:pPr>
      <w:r w:rsidRPr="00E07398">
        <w:rPr>
          <w:sz w:val="24"/>
          <w:szCs w:val="24"/>
        </w:rPr>
        <w:t xml:space="preserve">supporting fair play; and </w:t>
      </w:r>
    </w:p>
    <w:p w14:paraId="0A22FC66" w14:textId="77777777" w:rsidR="00E07398" w:rsidRPr="00E07398" w:rsidRDefault="00E07398" w:rsidP="00E07398">
      <w:pPr>
        <w:numPr>
          <w:ilvl w:val="0"/>
          <w:numId w:val="288"/>
        </w:numPr>
        <w:spacing w:before="100" w:beforeAutospacing="1" w:after="100" w:afterAutospacing="1" w:line="240" w:lineRule="auto"/>
        <w:rPr>
          <w:sz w:val="24"/>
          <w:szCs w:val="24"/>
        </w:rPr>
      </w:pPr>
      <w:r w:rsidRPr="00E07398">
        <w:rPr>
          <w:sz w:val="24"/>
          <w:szCs w:val="24"/>
        </w:rPr>
        <w:t xml:space="preserve">promoting enjoyment of sport. </w:t>
      </w:r>
    </w:p>
    <w:p w14:paraId="7B397B0A" w14:textId="77777777" w:rsidR="00E07398" w:rsidRPr="00E07398" w:rsidRDefault="00E07398" w:rsidP="00E07398">
      <w:pPr>
        <w:pStyle w:val="NormalWeb"/>
        <w:rPr>
          <w:rFonts w:asciiTheme="minorHAnsi" w:hAnsiTheme="minorHAnsi"/>
        </w:rPr>
      </w:pPr>
      <w:r w:rsidRPr="00E07398">
        <w:rPr>
          <w:rFonts w:asciiTheme="minorHAnsi" w:hAnsiTheme="minorHAnsi"/>
        </w:rPr>
        <w:t>A supportive environment helps participants develop confidence and resilience.</w:t>
      </w:r>
    </w:p>
    <w:p w14:paraId="6732325B" w14:textId="77777777" w:rsidR="00E07398" w:rsidRPr="00E07398" w:rsidRDefault="00000000" w:rsidP="00E07398">
      <w:pPr>
        <w:rPr>
          <w:sz w:val="24"/>
          <w:szCs w:val="24"/>
        </w:rPr>
      </w:pPr>
      <w:r>
        <w:rPr>
          <w:sz w:val="24"/>
          <w:szCs w:val="24"/>
        </w:rPr>
        <w:pict w14:anchorId="7231B44C">
          <v:rect id="_x0000_i1080" style="width:0;height:1.5pt" o:hralign="center" o:hrstd="t" o:hr="t" fillcolor="#a0a0a0" stroked="f"/>
        </w:pict>
      </w:r>
    </w:p>
    <w:p w14:paraId="0BC2B37D" w14:textId="77777777" w:rsidR="00E07398" w:rsidRPr="00E07398" w:rsidRDefault="00E07398" w:rsidP="00E07398">
      <w:pPr>
        <w:pStyle w:val="Heading2"/>
        <w:rPr>
          <w:rFonts w:asciiTheme="minorHAnsi" w:hAnsiTheme="minorHAnsi"/>
          <w:sz w:val="24"/>
          <w:szCs w:val="24"/>
        </w:rPr>
      </w:pPr>
      <w:bookmarkStart w:id="62" w:name="_Toc237248495"/>
      <w:r w:rsidRPr="00E07398">
        <w:rPr>
          <w:rFonts w:asciiTheme="minorHAnsi" w:hAnsiTheme="minorHAnsi"/>
          <w:sz w:val="24"/>
          <w:szCs w:val="24"/>
        </w:rPr>
        <w:t>7.4 Attendance and Reliability</w:t>
      </w:r>
      <w:bookmarkEnd w:id="62"/>
    </w:p>
    <w:p w14:paraId="476C8180" w14:textId="77777777" w:rsidR="00E07398" w:rsidRPr="00E07398" w:rsidRDefault="00E07398" w:rsidP="00E07398">
      <w:pPr>
        <w:pStyle w:val="NormalWeb"/>
        <w:rPr>
          <w:rFonts w:asciiTheme="minorHAnsi" w:hAnsiTheme="minorHAnsi"/>
        </w:rPr>
      </w:pPr>
      <w:r w:rsidRPr="00E07398">
        <w:rPr>
          <w:rFonts w:asciiTheme="minorHAnsi" w:hAnsiTheme="minorHAnsi"/>
        </w:rPr>
        <w:t>Participants and parents should make reasonable efforts to honour confirmed coaching arrangements.</w:t>
      </w:r>
    </w:p>
    <w:p w14:paraId="28B0E318" w14:textId="77777777" w:rsidR="00E07398" w:rsidRPr="00E07398" w:rsidRDefault="00E07398" w:rsidP="00E07398">
      <w:pPr>
        <w:pStyle w:val="NormalWeb"/>
        <w:rPr>
          <w:rFonts w:asciiTheme="minorHAnsi" w:hAnsiTheme="minorHAnsi"/>
        </w:rPr>
      </w:pPr>
      <w:r w:rsidRPr="00E07398">
        <w:rPr>
          <w:rFonts w:asciiTheme="minorHAnsi" w:hAnsiTheme="minorHAnsi"/>
        </w:rPr>
        <w:lastRenderedPageBreak/>
        <w:t>Where possible, users should:</w:t>
      </w:r>
    </w:p>
    <w:p w14:paraId="2504D029" w14:textId="77777777" w:rsidR="00E07398" w:rsidRPr="00E07398" w:rsidRDefault="00E07398" w:rsidP="00E07398">
      <w:pPr>
        <w:numPr>
          <w:ilvl w:val="0"/>
          <w:numId w:val="289"/>
        </w:numPr>
        <w:spacing w:before="100" w:beforeAutospacing="1" w:after="100" w:afterAutospacing="1" w:line="240" w:lineRule="auto"/>
        <w:rPr>
          <w:sz w:val="24"/>
          <w:szCs w:val="24"/>
        </w:rPr>
      </w:pPr>
      <w:r w:rsidRPr="00E07398">
        <w:rPr>
          <w:sz w:val="24"/>
          <w:szCs w:val="24"/>
        </w:rPr>
        <w:t xml:space="preserve">arrive on time; </w:t>
      </w:r>
    </w:p>
    <w:p w14:paraId="44B27076" w14:textId="77777777" w:rsidR="00E07398" w:rsidRPr="00E07398" w:rsidRDefault="00E07398" w:rsidP="00E07398">
      <w:pPr>
        <w:numPr>
          <w:ilvl w:val="0"/>
          <w:numId w:val="289"/>
        </w:numPr>
        <w:spacing w:before="100" w:beforeAutospacing="1" w:after="100" w:afterAutospacing="1" w:line="240" w:lineRule="auto"/>
        <w:rPr>
          <w:sz w:val="24"/>
          <w:szCs w:val="24"/>
        </w:rPr>
      </w:pPr>
      <w:r w:rsidRPr="00E07398">
        <w:rPr>
          <w:sz w:val="24"/>
          <w:szCs w:val="24"/>
        </w:rPr>
        <w:t xml:space="preserve">notify coaches of cancellations or delays; </w:t>
      </w:r>
    </w:p>
    <w:p w14:paraId="0C914838" w14:textId="77777777" w:rsidR="00E07398" w:rsidRPr="00E07398" w:rsidRDefault="00E07398" w:rsidP="00E07398">
      <w:pPr>
        <w:numPr>
          <w:ilvl w:val="0"/>
          <w:numId w:val="289"/>
        </w:numPr>
        <w:spacing w:before="100" w:beforeAutospacing="1" w:after="100" w:afterAutospacing="1" w:line="240" w:lineRule="auto"/>
        <w:rPr>
          <w:sz w:val="24"/>
          <w:szCs w:val="24"/>
        </w:rPr>
      </w:pPr>
      <w:r w:rsidRPr="00E07398">
        <w:rPr>
          <w:sz w:val="24"/>
          <w:szCs w:val="24"/>
        </w:rPr>
        <w:t xml:space="preserve">provide reasonable notice where plans change; and </w:t>
      </w:r>
    </w:p>
    <w:p w14:paraId="3C8C4EA8" w14:textId="77777777" w:rsidR="00E07398" w:rsidRPr="00E07398" w:rsidRDefault="00E07398" w:rsidP="00E07398">
      <w:pPr>
        <w:numPr>
          <w:ilvl w:val="0"/>
          <w:numId w:val="289"/>
        </w:numPr>
        <w:spacing w:before="100" w:beforeAutospacing="1" w:after="100" w:afterAutospacing="1" w:line="240" w:lineRule="auto"/>
        <w:rPr>
          <w:sz w:val="24"/>
          <w:szCs w:val="24"/>
        </w:rPr>
      </w:pPr>
      <w:r w:rsidRPr="00E07398">
        <w:rPr>
          <w:sz w:val="24"/>
          <w:szCs w:val="24"/>
        </w:rPr>
        <w:t xml:space="preserve">respect agreed booking arrangements. </w:t>
      </w:r>
    </w:p>
    <w:p w14:paraId="6DB2535A" w14:textId="77777777" w:rsidR="00E07398" w:rsidRPr="00E07398" w:rsidRDefault="00E07398" w:rsidP="00E07398">
      <w:pPr>
        <w:pStyle w:val="NormalWeb"/>
        <w:rPr>
          <w:rFonts w:asciiTheme="minorHAnsi" w:hAnsiTheme="minorHAnsi"/>
        </w:rPr>
      </w:pPr>
      <w:r w:rsidRPr="00E07398">
        <w:rPr>
          <w:rFonts w:asciiTheme="minorHAnsi" w:hAnsiTheme="minorHAnsi"/>
        </w:rPr>
        <w:t>Reliable attendance supports effective coaching and respects the time of others.</w:t>
      </w:r>
    </w:p>
    <w:p w14:paraId="6D34991B" w14:textId="77777777" w:rsidR="00E07398" w:rsidRPr="00E07398" w:rsidRDefault="00000000" w:rsidP="00E07398">
      <w:pPr>
        <w:rPr>
          <w:sz w:val="24"/>
          <w:szCs w:val="24"/>
        </w:rPr>
      </w:pPr>
      <w:r>
        <w:rPr>
          <w:sz w:val="24"/>
          <w:szCs w:val="24"/>
        </w:rPr>
        <w:pict w14:anchorId="77DECE8D">
          <v:rect id="_x0000_i1081" style="width:0;height:1.5pt" o:hralign="center" o:hrstd="t" o:hr="t" fillcolor="#a0a0a0" stroked="f"/>
        </w:pict>
      </w:r>
    </w:p>
    <w:p w14:paraId="15E292ED" w14:textId="77777777" w:rsidR="00E07398" w:rsidRPr="00E07398" w:rsidRDefault="00E07398" w:rsidP="00E07398">
      <w:pPr>
        <w:pStyle w:val="Heading2"/>
        <w:rPr>
          <w:rFonts w:asciiTheme="minorHAnsi" w:hAnsiTheme="minorHAnsi"/>
          <w:sz w:val="24"/>
          <w:szCs w:val="24"/>
        </w:rPr>
      </w:pPr>
      <w:bookmarkStart w:id="63" w:name="_Toc237248496"/>
      <w:r w:rsidRPr="00E07398">
        <w:rPr>
          <w:rFonts w:asciiTheme="minorHAnsi" w:hAnsiTheme="minorHAnsi"/>
          <w:sz w:val="24"/>
          <w:szCs w:val="24"/>
        </w:rPr>
        <w:t>7.5 Respecting Safeguarding</w:t>
      </w:r>
      <w:bookmarkEnd w:id="63"/>
    </w:p>
    <w:p w14:paraId="302B5A27" w14:textId="77777777" w:rsidR="00E07398" w:rsidRPr="00E07398" w:rsidRDefault="00E07398" w:rsidP="00E07398">
      <w:pPr>
        <w:pStyle w:val="NormalWeb"/>
        <w:rPr>
          <w:rFonts w:asciiTheme="minorHAnsi" w:hAnsiTheme="minorHAnsi"/>
        </w:rPr>
      </w:pPr>
      <w:r w:rsidRPr="00E07398">
        <w:rPr>
          <w:rFonts w:asciiTheme="minorHAnsi" w:hAnsiTheme="minorHAnsi"/>
        </w:rPr>
        <w:t>Participants, parents and guardians share responsibility for supporting safe sporting environments.</w:t>
      </w:r>
    </w:p>
    <w:p w14:paraId="0A2E4BA9" w14:textId="77777777" w:rsidR="00E07398" w:rsidRPr="00E07398" w:rsidRDefault="00E07398" w:rsidP="00E07398">
      <w:pPr>
        <w:pStyle w:val="NormalWeb"/>
        <w:rPr>
          <w:rFonts w:asciiTheme="minorHAnsi" w:hAnsiTheme="minorHAnsi"/>
        </w:rPr>
      </w:pPr>
      <w:r w:rsidRPr="00E07398">
        <w:rPr>
          <w:rFonts w:asciiTheme="minorHAnsi" w:hAnsiTheme="minorHAnsi"/>
        </w:rPr>
        <w:t>Users should:</w:t>
      </w:r>
    </w:p>
    <w:p w14:paraId="2D193C6E" w14:textId="77777777" w:rsidR="00E07398" w:rsidRPr="00E07398" w:rsidRDefault="00E07398" w:rsidP="00E07398">
      <w:pPr>
        <w:numPr>
          <w:ilvl w:val="0"/>
          <w:numId w:val="290"/>
        </w:numPr>
        <w:spacing w:before="100" w:beforeAutospacing="1" w:after="100" w:afterAutospacing="1" w:line="240" w:lineRule="auto"/>
        <w:rPr>
          <w:sz w:val="24"/>
          <w:szCs w:val="24"/>
        </w:rPr>
      </w:pPr>
      <w:r w:rsidRPr="00E07398">
        <w:rPr>
          <w:sz w:val="24"/>
          <w:szCs w:val="24"/>
        </w:rPr>
        <w:t xml:space="preserve">report safeguarding concerns promptly; </w:t>
      </w:r>
    </w:p>
    <w:p w14:paraId="3C301DFB" w14:textId="77777777" w:rsidR="00E07398" w:rsidRPr="00E07398" w:rsidRDefault="00E07398" w:rsidP="00E07398">
      <w:pPr>
        <w:numPr>
          <w:ilvl w:val="0"/>
          <w:numId w:val="290"/>
        </w:numPr>
        <w:spacing w:before="100" w:beforeAutospacing="1" w:after="100" w:afterAutospacing="1" w:line="240" w:lineRule="auto"/>
        <w:rPr>
          <w:sz w:val="24"/>
          <w:szCs w:val="24"/>
        </w:rPr>
      </w:pPr>
      <w:r w:rsidRPr="00E07398">
        <w:rPr>
          <w:sz w:val="24"/>
          <w:szCs w:val="24"/>
        </w:rPr>
        <w:t xml:space="preserve">respect appropriate professional boundaries; </w:t>
      </w:r>
    </w:p>
    <w:p w14:paraId="1CFAEDBE" w14:textId="77777777" w:rsidR="00E07398" w:rsidRPr="00E07398" w:rsidRDefault="00E07398" w:rsidP="00E07398">
      <w:pPr>
        <w:numPr>
          <w:ilvl w:val="0"/>
          <w:numId w:val="290"/>
        </w:numPr>
        <w:spacing w:before="100" w:beforeAutospacing="1" w:after="100" w:afterAutospacing="1" w:line="240" w:lineRule="auto"/>
        <w:rPr>
          <w:sz w:val="24"/>
          <w:szCs w:val="24"/>
        </w:rPr>
      </w:pPr>
      <w:r w:rsidRPr="00E07398">
        <w:rPr>
          <w:sz w:val="24"/>
          <w:szCs w:val="24"/>
        </w:rPr>
        <w:t xml:space="preserve">follow safeguarding guidance where applicable; and </w:t>
      </w:r>
    </w:p>
    <w:p w14:paraId="617F5768" w14:textId="77777777" w:rsidR="00E07398" w:rsidRPr="00E07398" w:rsidRDefault="00E07398" w:rsidP="00E07398">
      <w:pPr>
        <w:numPr>
          <w:ilvl w:val="0"/>
          <w:numId w:val="290"/>
        </w:numPr>
        <w:spacing w:before="100" w:beforeAutospacing="1" w:after="100" w:afterAutospacing="1" w:line="240" w:lineRule="auto"/>
        <w:rPr>
          <w:sz w:val="24"/>
          <w:szCs w:val="24"/>
        </w:rPr>
      </w:pPr>
      <w:r w:rsidRPr="00E07398">
        <w:rPr>
          <w:sz w:val="24"/>
          <w:szCs w:val="24"/>
        </w:rPr>
        <w:t xml:space="preserve">cooperate with safeguarding procedures where required. </w:t>
      </w:r>
    </w:p>
    <w:p w14:paraId="6D491243" w14:textId="77777777" w:rsidR="00E07398" w:rsidRPr="00E07398" w:rsidRDefault="00E07398" w:rsidP="00E07398">
      <w:pPr>
        <w:pStyle w:val="NormalWeb"/>
        <w:rPr>
          <w:rFonts w:asciiTheme="minorHAnsi" w:hAnsiTheme="minorHAnsi"/>
        </w:rPr>
      </w:pPr>
      <w:r w:rsidRPr="00E07398">
        <w:rPr>
          <w:rFonts w:asciiTheme="minorHAnsi" w:hAnsiTheme="minorHAnsi"/>
        </w:rPr>
        <w:t>The welfare of children and adults at risk should always remain the highest priority.</w:t>
      </w:r>
    </w:p>
    <w:p w14:paraId="274E7A3F" w14:textId="77777777" w:rsidR="00E07398" w:rsidRPr="00E07398" w:rsidRDefault="00000000" w:rsidP="00E07398">
      <w:pPr>
        <w:rPr>
          <w:sz w:val="24"/>
          <w:szCs w:val="24"/>
        </w:rPr>
      </w:pPr>
      <w:r>
        <w:rPr>
          <w:sz w:val="24"/>
          <w:szCs w:val="24"/>
        </w:rPr>
        <w:pict w14:anchorId="39A6FCAC">
          <v:rect id="_x0000_i1082" style="width:0;height:1.5pt" o:hralign="center" o:hrstd="t" o:hr="t" fillcolor="#a0a0a0" stroked="f"/>
        </w:pict>
      </w:r>
    </w:p>
    <w:p w14:paraId="08B47791" w14:textId="77777777" w:rsidR="00E07398" w:rsidRPr="00E07398" w:rsidRDefault="00E07398" w:rsidP="00E07398">
      <w:pPr>
        <w:pStyle w:val="Heading2"/>
        <w:rPr>
          <w:rFonts w:asciiTheme="minorHAnsi" w:hAnsiTheme="minorHAnsi"/>
          <w:sz w:val="24"/>
          <w:szCs w:val="24"/>
        </w:rPr>
      </w:pPr>
      <w:bookmarkStart w:id="64" w:name="_Toc237248497"/>
      <w:r w:rsidRPr="00E07398">
        <w:rPr>
          <w:rFonts w:asciiTheme="minorHAnsi" w:hAnsiTheme="minorHAnsi"/>
          <w:sz w:val="24"/>
          <w:szCs w:val="24"/>
        </w:rPr>
        <w:t>7.6 Providing Feedback</w:t>
      </w:r>
      <w:bookmarkEnd w:id="64"/>
    </w:p>
    <w:p w14:paraId="0E5B9D64" w14:textId="77777777" w:rsidR="00E07398" w:rsidRPr="00E07398" w:rsidRDefault="00E07398" w:rsidP="00E07398">
      <w:pPr>
        <w:pStyle w:val="NormalWeb"/>
        <w:rPr>
          <w:rFonts w:asciiTheme="minorHAnsi" w:hAnsiTheme="minorHAnsi"/>
        </w:rPr>
      </w:pPr>
      <w:r w:rsidRPr="00E07398">
        <w:rPr>
          <w:rFonts w:asciiTheme="minorHAnsi" w:hAnsiTheme="minorHAnsi"/>
        </w:rPr>
        <w:t>My Sports Coach welcomes constructive feedback that helps improve coaching experiences and platform services.</w:t>
      </w:r>
    </w:p>
    <w:p w14:paraId="6BB1C324" w14:textId="77777777" w:rsidR="00E07398" w:rsidRPr="00E07398" w:rsidRDefault="00E07398" w:rsidP="00E07398">
      <w:pPr>
        <w:pStyle w:val="NormalWeb"/>
        <w:rPr>
          <w:rFonts w:asciiTheme="minorHAnsi" w:hAnsiTheme="minorHAnsi"/>
        </w:rPr>
      </w:pPr>
      <w:r w:rsidRPr="00E07398">
        <w:rPr>
          <w:rFonts w:asciiTheme="minorHAnsi" w:hAnsiTheme="minorHAnsi"/>
        </w:rPr>
        <w:t>When providing feedback, users are encouraged to:</w:t>
      </w:r>
    </w:p>
    <w:p w14:paraId="1D9836AA" w14:textId="77777777" w:rsidR="00E07398" w:rsidRPr="00E07398" w:rsidRDefault="00E07398" w:rsidP="00E07398">
      <w:pPr>
        <w:numPr>
          <w:ilvl w:val="0"/>
          <w:numId w:val="291"/>
        </w:numPr>
        <w:spacing w:before="100" w:beforeAutospacing="1" w:after="100" w:afterAutospacing="1" w:line="240" w:lineRule="auto"/>
        <w:rPr>
          <w:sz w:val="24"/>
          <w:szCs w:val="24"/>
        </w:rPr>
      </w:pPr>
      <w:r w:rsidRPr="00E07398">
        <w:rPr>
          <w:sz w:val="24"/>
          <w:szCs w:val="24"/>
        </w:rPr>
        <w:t xml:space="preserve">be honest; </w:t>
      </w:r>
    </w:p>
    <w:p w14:paraId="7375D186" w14:textId="77777777" w:rsidR="00E07398" w:rsidRPr="00E07398" w:rsidRDefault="00E07398" w:rsidP="00E07398">
      <w:pPr>
        <w:numPr>
          <w:ilvl w:val="0"/>
          <w:numId w:val="291"/>
        </w:numPr>
        <w:spacing w:before="100" w:beforeAutospacing="1" w:after="100" w:afterAutospacing="1" w:line="240" w:lineRule="auto"/>
        <w:rPr>
          <w:sz w:val="24"/>
          <w:szCs w:val="24"/>
        </w:rPr>
      </w:pPr>
      <w:r w:rsidRPr="00E07398">
        <w:rPr>
          <w:sz w:val="24"/>
          <w:szCs w:val="24"/>
        </w:rPr>
        <w:t xml:space="preserve">remain respectful; </w:t>
      </w:r>
    </w:p>
    <w:p w14:paraId="09F4039C" w14:textId="77777777" w:rsidR="00E07398" w:rsidRPr="00E07398" w:rsidRDefault="00E07398" w:rsidP="00E07398">
      <w:pPr>
        <w:numPr>
          <w:ilvl w:val="0"/>
          <w:numId w:val="291"/>
        </w:numPr>
        <w:spacing w:before="100" w:beforeAutospacing="1" w:after="100" w:afterAutospacing="1" w:line="240" w:lineRule="auto"/>
        <w:rPr>
          <w:sz w:val="24"/>
          <w:szCs w:val="24"/>
        </w:rPr>
      </w:pPr>
      <w:r w:rsidRPr="00E07398">
        <w:rPr>
          <w:sz w:val="24"/>
          <w:szCs w:val="24"/>
        </w:rPr>
        <w:t xml:space="preserve">focus on facts; </w:t>
      </w:r>
    </w:p>
    <w:p w14:paraId="713B29F2" w14:textId="77777777" w:rsidR="00E07398" w:rsidRPr="00E07398" w:rsidRDefault="00E07398" w:rsidP="00E07398">
      <w:pPr>
        <w:numPr>
          <w:ilvl w:val="0"/>
          <w:numId w:val="291"/>
        </w:numPr>
        <w:spacing w:before="100" w:beforeAutospacing="1" w:after="100" w:afterAutospacing="1" w:line="240" w:lineRule="auto"/>
        <w:rPr>
          <w:sz w:val="24"/>
          <w:szCs w:val="24"/>
        </w:rPr>
      </w:pPr>
      <w:r w:rsidRPr="00E07398">
        <w:rPr>
          <w:sz w:val="24"/>
          <w:szCs w:val="24"/>
        </w:rPr>
        <w:t xml:space="preserve">avoid personal attacks; and </w:t>
      </w:r>
    </w:p>
    <w:p w14:paraId="05C5248D" w14:textId="77777777" w:rsidR="00E07398" w:rsidRPr="00E07398" w:rsidRDefault="00E07398" w:rsidP="00E07398">
      <w:pPr>
        <w:numPr>
          <w:ilvl w:val="0"/>
          <w:numId w:val="291"/>
        </w:numPr>
        <w:spacing w:before="100" w:beforeAutospacing="1" w:after="100" w:afterAutospacing="1" w:line="240" w:lineRule="auto"/>
        <w:rPr>
          <w:sz w:val="24"/>
          <w:szCs w:val="24"/>
        </w:rPr>
      </w:pPr>
      <w:r w:rsidRPr="00E07398">
        <w:rPr>
          <w:sz w:val="24"/>
          <w:szCs w:val="24"/>
        </w:rPr>
        <w:t xml:space="preserve">offer suggestions where appropriate. </w:t>
      </w:r>
    </w:p>
    <w:p w14:paraId="7717DD9B" w14:textId="77777777" w:rsidR="00E07398" w:rsidRPr="00E07398" w:rsidRDefault="00E07398" w:rsidP="00E07398">
      <w:pPr>
        <w:pStyle w:val="NormalWeb"/>
        <w:rPr>
          <w:rFonts w:asciiTheme="minorHAnsi" w:hAnsiTheme="minorHAnsi"/>
        </w:rPr>
      </w:pPr>
      <w:r w:rsidRPr="00E07398">
        <w:rPr>
          <w:rFonts w:asciiTheme="minorHAnsi" w:hAnsiTheme="minorHAnsi"/>
        </w:rPr>
        <w:t>Constructive feedback benefits the entire community.</w:t>
      </w:r>
    </w:p>
    <w:p w14:paraId="699D7FD6" w14:textId="77777777" w:rsidR="00E07398" w:rsidRPr="00E07398" w:rsidRDefault="00000000" w:rsidP="00E07398">
      <w:pPr>
        <w:rPr>
          <w:sz w:val="24"/>
          <w:szCs w:val="24"/>
        </w:rPr>
      </w:pPr>
      <w:r>
        <w:rPr>
          <w:sz w:val="24"/>
          <w:szCs w:val="24"/>
        </w:rPr>
        <w:pict w14:anchorId="5638194A">
          <v:rect id="_x0000_i1083" style="width:0;height:1.5pt" o:hralign="center" o:hrstd="t" o:hr="t" fillcolor="#a0a0a0" stroked="f"/>
        </w:pict>
      </w:r>
    </w:p>
    <w:p w14:paraId="5A3E30BF" w14:textId="77777777" w:rsidR="00E07398" w:rsidRPr="00E07398" w:rsidRDefault="00E07398" w:rsidP="00E07398">
      <w:pPr>
        <w:pStyle w:val="Heading2"/>
        <w:rPr>
          <w:rFonts w:asciiTheme="minorHAnsi" w:hAnsiTheme="minorHAnsi"/>
          <w:sz w:val="24"/>
          <w:szCs w:val="24"/>
        </w:rPr>
      </w:pPr>
      <w:bookmarkStart w:id="65" w:name="_Toc237248498"/>
      <w:r w:rsidRPr="00E07398">
        <w:rPr>
          <w:rFonts w:asciiTheme="minorHAnsi" w:hAnsiTheme="minorHAnsi"/>
          <w:sz w:val="24"/>
          <w:szCs w:val="24"/>
        </w:rPr>
        <w:t>7.7 Respecting Other Participants</w:t>
      </w:r>
      <w:bookmarkEnd w:id="65"/>
    </w:p>
    <w:p w14:paraId="1EE100D5" w14:textId="77777777" w:rsidR="00E07398" w:rsidRPr="00E07398" w:rsidRDefault="00E07398" w:rsidP="00E07398">
      <w:pPr>
        <w:pStyle w:val="NormalWeb"/>
        <w:rPr>
          <w:rFonts w:asciiTheme="minorHAnsi" w:hAnsiTheme="minorHAnsi"/>
        </w:rPr>
      </w:pPr>
      <w:r w:rsidRPr="00E07398">
        <w:rPr>
          <w:rFonts w:asciiTheme="minorHAnsi" w:hAnsiTheme="minorHAnsi"/>
        </w:rPr>
        <w:t>Participants should encourage and support one another.</w:t>
      </w:r>
    </w:p>
    <w:p w14:paraId="38E99F01" w14:textId="77777777" w:rsidR="00E07398" w:rsidRPr="00E07398" w:rsidRDefault="00E07398" w:rsidP="00E07398">
      <w:pPr>
        <w:pStyle w:val="NormalWeb"/>
        <w:rPr>
          <w:rFonts w:asciiTheme="minorHAnsi" w:hAnsiTheme="minorHAnsi"/>
        </w:rPr>
      </w:pPr>
      <w:r w:rsidRPr="00E07398">
        <w:rPr>
          <w:rFonts w:asciiTheme="minorHAnsi" w:hAnsiTheme="minorHAnsi"/>
        </w:rPr>
        <w:t>Positive behaviour includes:</w:t>
      </w:r>
    </w:p>
    <w:p w14:paraId="7585C8F8" w14:textId="77777777" w:rsidR="00E07398" w:rsidRPr="00E07398" w:rsidRDefault="00E07398" w:rsidP="00E07398">
      <w:pPr>
        <w:numPr>
          <w:ilvl w:val="0"/>
          <w:numId w:val="292"/>
        </w:numPr>
        <w:spacing w:before="100" w:beforeAutospacing="1" w:after="100" w:afterAutospacing="1" w:line="240" w:lineRule="auto"/>
        <w:rPr>
          <w:sz w:val="24"/>
          <w:szCs w:val="24"/>
        </w:rPr>
      </w:pPr>
      <w:r w:rsidRPr="00E07398">
        <w:rPr>
          <w:sz w:val="24"/>
          <w:szCs w:val="24"/>
        </w:rPr>
        <w:lastRenderedPageBreak/>
        <w:t xml:space="preserve">showing good sportsmanship; </w:t>
      </w:r>
    </w:p>
    <w:p w14:paraId="287BC99B" w14:textId="77777777" w:rsidR="00E07398" w:rsidRPr="00E07398" w:rsidRDefault="00E07398" w:rsidP="00E07398">
      <w:pPr>
        <w:numPr>
          <w:ilvl w:val="0"/>
          <w:numId w:val="292"/>
        </w:numPr>
        <w:spacing w:before="100" w:beforeAutospacing="1" w:after="100" w:afterAutospacing="1" w:line="240" w:lineRule="auto"/>
        <w:rPr>
          <w:sz w:val="24"/>
          <w:szCs w:val="24"/>
        </w:rPr>
      </w:pPr>
      <w:r w:rsidRPr="00E07398">
        <w:rPr>
          <w:sz w:val="24"/>
          <w:szCs w:val="24"/>
        </w:rPr>
        <w:t xml:space="preserve">encouraging teammates and fellow participants; </w:t>
      </w:r>
    </w:p>
    <w:p w14:paraId="2FF20E5C" w14:textId="77777777" w:rsidR="00E07398" w:rsidRPr="00E07398" w:rsidRDefault="00E07398" w:rsidP="00E07398">
      <w:pPr>
        <w:numPr>
          <w:ilvl w:val="0"/>
          <w:numId w:val="292"/>
        </w:numPr>
        <w:spacing w:before="100" w:beforeAutospacing="1" w:after="100" w:afterAutospacing="1" w:line="240" w:lineRule="auto"/>
        <w:rPr>
          <w:sz w:val="24"/>
          <w:szCs w:val="24"/>
        </w:rPr>
      </w:pPr>
      <w:r w:rsidRPr="00E07398">
        <w:rPr>
          <w:sz w:val="24"/>
          <w:szCs w:val="24"/>
        </w:rPr>
        <w:t xml:space="preserve">respecting different abilities; </w:t>
      </w:r>
    </w:p>
    <w:p w14:paraId="741DAB19" w14:textId="77777777" w:rsidR="00E07398" w:rsidRPr="00E07398" w:rsidRDefault="00E07398" w:rsidP="00E07398">
      <w:pPr>
        <w:numPr>
          <w:ilvl w:val="0"/>
          <w:numId w:val="292"/>
        </w:numPr>
        <w:spacing w:before="100" w:beforeAutospacing="1" w:after="100" w:afterAutospacing="1" w:line="240" w:lineRule="auto"/>
        <w:rPr>
          <w:sz w:val="24"/>
          <w:szCs w:val="24"/>
        </w:rPr>
      </w:pPr>
      <w:r w:rsidRPr="00E07398">
        <w:rPr>
          <w:sz w:val="24"/>
          <w:szCs w:val="24"/>
        </w:rPr>
        <w:t xml:space="preserve">avoiding bullying or exclusion; </w:t>
      </w:r>
    </w:p>
    <w:p w14:paraId="3139C975" w14:textId="77777777" w:rsidR="00E07398" w:rsidRPr="00E07398" w:rsidRDefault="00E07398" w:rsidP="00E07398">
      <w:pPr>
        <w:numPr>
          <w:ilvl w:val="0"/>
          <w:numId w:val="292"/>
        </w:numPr>
        <w:spacing w:before="100" w:beforeAutospacing="1" w:after="100" w:afterAutospacing="1" w:line="240" w:lineRule="auto"/>
        <w:rPr>
          <w:sz w:val="24"/>
          <w:szCs w:val="24"/>
        </w:rPr>
      </w:pPr>
      <w:r w:rsidRPr="00E07398">
        <w:rPr>
          <w:sz w:val="24"/>
          <w:szCs w:val="24"/>
        </w:rPr>
        <w:t xml:space="preserve">celebrating success fairly; and </w:t>
      </w:r>
    </w:p>
    <w:p w14:paraId="10F24C39" w14:textId="77777777" w:rsidR="00E07398" w:rsidRPr="00E07398" w:rsidRDefault="00E07398" w:rsidP="00E07398">
      <w:pPr>
        <w:numPr>
          <w:ilvl w:val="0"/>
          <w:numId w:val="292"/>
        </w:numPr>
        <w:spacing w:before="100" w:beforeAutospacing="1" w:after="100" w:afterAutospacing="1" w:line="240" w:lineRule="auto"/>
        <w:rPr>
          <w:sz w:val="24"/>
          <w:szCs w:val="24"/>
        </w:rPr>
      </w:pPr>
      <w:r w:rsidRPr="00E07398">
        <w:rPr>
          <w:sz w:val="24"/>
          <w:szCs w:val="24"/>
        </w:rPr>
        <w:t xml:space="preserve">helping create an inclusive sporting environment. </w:t>
      </w:r>
    </w:p>
    <w:p w14:paraId="3A62DB75" w14:textId="77777777" w:rsidR="00E07398" w:rsidRPr="00E07398" w:rsidRDefault="00E07398" w:rsidP="00E07398">
      <w:pPr>
        <w:pStyle w:val="NormalWeb"/>
        <w:rPr>
          <w:rFonts w:asciiTheme="minorHAnsi" w:hAnsiTheme="minorHAnsi"/>
        </w:rPr>
      </w:pPr>
      <w:r w:rsidRPr="00E07398">
        <w:rPr>
          <w:rFonts w:asciiTheme="minorHAnsi" w:hAnsiTheme="minorHAnsi"/>
        </w:rPr>
        <w:t>Sport is strongest when everyone feels welcome.</w:t>
      </w:r>
    </w:p>
    <w:p w14:paraId="7D89EC8B" w14:textId="77777777" w:rsidR="00E07398" w:rsidRPr="00E07398" w:rsidRDefault="00000000" w:rsidP="00E07398">
      <w:pPr>
        <w:rPr>
          <w:sz w:val="24"/>
          <w:szCs w:val="24"/>
        </w:rPr>
      </w:pPr>
      <w:r>
        <w:rPr>
          <w:sz w:val="24"/>
          <w:szCs w:val="24"/>
        </w:rPr>
        <w:pict w14:anchorId="412F1EAC">
          <v:rect id="_x0000_i1084" style="width:0;height:1.5pt" o:hralign="center" o:hrstd="t" o:hr="t" fillcolor="#a0a0a0" stroked="f"/>
        </w:pict>
      </w:r>
    </w:p>
    <w:p w14:paraId="2F4496EB" w14:textId="77777777" w:rsidR="00E07398" w:rsidRPr="00E07398" w:rsidRDefault="00E07398" w:rsidP="00E07398">
      <w:pPr>
        <w:pStyle w:val="Heading2"/>
        <w:rPr>
          <w:rFonts w:asciiTheme="minorHAnsi" w:hAnsiTheme="minorHAnsi"/>
          <w:sz w:val="24"/>
          <w:szCs w:val="24"/>
        </w:rPr>
      </w:pPr>
      <w:bookmarkStart w:id="66" w:name="_Toc237248499"/>
      <w:r w:rsidRPr="00E07398">
        <w:rPr>
          <w:rFonts w:asciiTheme="minorHAnsi" w:hAnsiTheme="minorHAnsi"/>
          <w:sz w:val="24"/>
          <w:szCs w:val="24"/>
        </w:rPr>
        <w:t>7.8 Using the Platform Responsibly</w:t>
      </w:r>
      <w:bookmarkEnd w:id="66"/>
    </w:p>
    <w:p w14:paraId="755E8A1D" w14:textId="77777777" w:rsidR="00E07398" w:rsidRPr="00E07398" w:rsidRDefault="00E07398" w:rsidP="00E07398">
      <w:pPr>
        <w:pStyle w:val="NormalWeb"/>
        <w:rPr>
          <w:rFonts w:asciiTheme="minorHAnsi" w:hAnsiTheme="minorHAnsi"/>
        </w:rPr>
      </w:pPr>
      <w:r w:rsidRPr="00E07398">
        <w:rPr>
          <w:rFonts w:asciiTheme="minorHAnsi" w:hAnsiTheme="minorHAnsi"/>
        </w:rPr>
        <w:t>Participants, parents and guardians should use the My Sports Coach platform responsibly.</w:t>
      </w:r>
    </w:p>
    <w:p w14:paraId="46E56515" w14:textId="77777777" w:rsidR="00E07398" w:rsidRPr="00E07398" w:rsidRDefault="00E07398" w:rsidP="00E07398">
      <w:pPr>
        <w:pStyle w:val="NormalWeb"/>
        <w:rPr>
          <w:rFonts w:asciiTheme="minorHAnsi" w:hAnsiTheme="minorHAnsi"/>
        </w:rPr>
      </w:pPr>
      <w:r w:rsidRPr="00E07398">
        <w:rPr>
          <w:rFonts w:asciiTheme="minorHAnsi" w:hAnsiTheme="minorHAnsi"/>
        </w:rPr>
        <w:t>This includes:</w:t>
      </w:r>
    </w:p>
    <w:p w14:paraId="6963BBDB" w14:textId="77777777" w:rsidR="00E07398" w:rsidRPr="00E07398" w:rsidRDefault="00E07398" w:rsidP="00E07398">
      <w:pPr>
        <w:numPr>
          <w:ilvl w:val="0"/>
          <w:numId w:val="293"/>
        </w:numPr>
        <w:spacing w:before="100" w:beforeAutospacing="1" w:after="100" w:afterAutospacing="1" w:line="240" w:lineRule="auto"/>
        <w:rPr>
          <w:sz w:val="24"/>
          <w:szCs w:val="24"/>
        </w:rPr>
      </w:pPr>
      <w:r w:rsidRPr="00E07398">
        <w:rPr>
          <w:sz w:val="24"/>
          <w:szCs w:val="24"/>
        </w:rPr>
        <w:t xml:space="preserve">maintaining accurate account information; </w:t>
      </w:r>
    </w:p>
    <w:p w14:paraId="322AA99C" w14:textId="77777777" w:rsidR="00E07398" w:rsidRPr="00E07398" w:rsidRDefault="00E07398" w:rsidP="00E07398">
      <w:pPr>
        <w:numPr>
          <w:ilvl w:val="0"/>
          <w:numId w:val="293"/>
        </w:numPr>
        <w:spacing w:before="100" w:beforeAutospacing="1" w:after="100" w:afterAutospacing="1" w:line="240" w:lineRule="auto"/>
        <w:rPr>
          <w:sz w:val="24"/>
          <w:szCs w:val="24"/>
        </w:rPr>
      </w:pPr>
      <w:r w:rsidRPr="00E07398">
        <w:rPr>
          <w:sz w:val="24"/>
          <w:szCs w:val="24"/>
        </w:rPr>
        <w:t xml:space="preserve">following platform policies; </w:t>
      </w:r>
    </w:p>
    <w:p w14:paraId="29B9927A" w14:textId="77777777" w:rsidR="00E07398" w:rsidRPr="00E07398" w:rsidRDefault="00E07398" w:rsidP="00E07398">
      <w:pPr>
        <w:numPr>
          <w:ilvl w:val="0"/>
          <w:numId w:val="293"/>
        </w:numPr>
        <w:spacing w:before="100" w:beforeAutospacing="1" w:after="100" w:afterAutospacing="1" w:line="240" w:lineRule="auto"/>
        <w:rPr>
          <w:sz w:val="24"/>
          <w:szCs w:val="24"/>
        </w:rPr>
      </w:pPr>
      <w:r w:rsidRPr="00E07398">
        <w:rPr>
          <w:sz w:val="24"/>
          <w:szCs w:val="24"/>
        </w:rPr>
        <w:t xml:space="preserve">protecting account security; </w:t>
      </w:r>
    </w:p>
    <w:p w14:paraId="4F350CC4" w14:textId="77777777" w:rsidR="00E07398" w:rsidRPr="00E07398" w:rsidRDefault="00E07398" w:rsidP="00E07398">
      <w:pPr>
        <w:numPr>
          <w:ilvl w:val="0"/>
          <w:numId w:val="293"/>
        </w:numPr>
        <w:spacing w:before="100" w:beforeAutospacing="1" w:after="100" w:afterAutospacing="1" w:line="240" w:lineRule="auto"/>
        <w:rPr>
          <w:sz w:val="24"/>
          <w:szCs w:val="24"/>
        </w:rPr>
      </w:pPr>
      <w:r w:rsidRPr="00E07398">
        <w:rPr>
          <w:sz w:val="24"/>
          <w:szCs w:val="24"/>
        </w:rPr>
        <w:t xml:space="preserve">respecting booking processes; and </w:t>
      </w:r>
    </w:p>
    <w:p w14:paraId="413788C1" w14:textId="77777777" w:rsidR="00E07398" w:rsidRPr="00E07398" w:rsidRDefault="00E07398" w:rsidP="00E07398">
      <w:pPr>
        <w:numPr>
          <w:ilvl w:val="0"/>
          <w:numId w:val="293"/>
        </w:numPr>
        <w:spacing w:before="100" w:beforeAutospacing="1" w:after="100" w:afterAutospacing="1" w:line="240" w:lineRule="auto"/>
        <w:rPr>
          <w:sz w:val="24"/>
          <w:szCs w:val="24"/>
        </w:rPr>
      </w:pPr>
      <w:r w:rsidRPr="00E07398">
        <w:rPr>
          <w:sz w:val="24"/>
          <w:szCs w:val="24"/>
        </w:rPr>
        <w:t xml:space="preserve">using communication features appropriately. </w:t>
      </w:r>
    </w:p>
    <w:p w14:paraId="0A862DE2" w14:textId="77777777" w:rsidR="00E07398" w:rsidRPr="00E07398" w:rsidRDefault="00E07398" w:rsidP="00E07398">
      <w:pPr>
        <w:pStyle w:val="NormalWeb"/>
        <w:rPr>
          <w:rFonts w:asciiTheme="minorHAnsi" w:hAnsiTheme="minorHAnsi"/>
        </w:rPr>
      </w:pPr>
      <w:r w:rsidRPr="00E07398">
        <w:rPr>
          <w:rFonts w:asciiTheme="minorHAnsi" w:hAnsiTheme="minorHAnsi"/>
        </w:rPr>
        <w:t>Responsible use helps maintain a trusted platform for everyone.</w:t>
      </w:r>
    </w:p>
    <w:p w14:paraId="589ADB71" w14:textId="77777777" w:rsidR="00E07398" w:rsidRPr="00E07398" w:rsidRDefault="00000000" w:rsidP="00E07398">
      <w:pPr>
        <w:rPr>
          <w:sz w:val="24"/>
          <w:szCs w:val="24"/>
        </w:rPr>
      </w:pPr>
      <w:r>
        <w:rPr>
          <w:sz w:val="24"/>
          <w:szCs w:val="24"/>
        </w:rPr>
        <w:pict w14:anchorId="47B890D0">
          <v:rect id="_x0000_i1085" style="width:0;height:1.5pt" o:hralign="center" o:hrstd="t" o:hr="t" fillcolor="#a0a0a0" stroked="f"/>
        </w:pict>
      </w:r>
    </w:p>
    <w:p w14:paraId="47E15B90" w14:textId="77777777" w:rsidR="00E07398" w:rsidRPr="00E07398" w:rsidRDefault="00E07398" w:rsidP="00E07398">
      <w:pPr>
        <w:pStyle w:val="Heading2"/>
        <w:rPr>
          <w:rFonts w:asciiTheme="minorHAnsi" w:hAnsiTheme="minorHAnsi"/>
          <w:sz w:val="24"/>
          <w:szCs w:val="24"/>
        </w:rPr>
      </w:pPr>
      <w:bookmarkStart w:id="67" w:name="_Toc237248500"/>
      <w:r w:rsidRPr="00E07398">
        <w:rPr>
          <w:rFonts w:asciiTheme="minorHAnsi" w:hAnsiTheme="minorHAnsi"/>
          <w:sz w:val="24"/>
          <w:szCs w:val="24"/>
        </w:rPr>
        <w:t>7.9 Supporting the Community</w:t>
      </w:r>
      <w:bookmarkEnd w:id="67"/>
    </w:p>
    <w:p w14:paraId="2B82712A" w14:textId="77777777" w:rsidR="00E07398" w:rsidRPr="00E07398" w:rsidRDefault="00E07398" w:rsidP="00E07398">
      <w:pPr>
        <w:pStyle w:val="NormalWeb"/>
        <w:rPr>
          <w:rFonts w:asciiTheme="minorHAnsi" w:hAnsiTheme="minorHAnsi"/>
        </w:rPr>
      </w:pPr>
      <w:r w:rsidRPr="00E07398">
        <w:rPr>
          <w:rFonts w:asciiTheme="minorHAnsi" w:hAnsiTheme="minorHAnsi"/>
        </w:rPr>
        <w:t>Every user contributes to the reputation of the My Sports Coach community.</w:t>
      </w:r>
    </w:p>
    <w:p w14:paraId="463C2788" w14:textId="77777777" w:rsidR="00E07398" w:rsidRPr="00E07398" w:rsidRDefault="00E07398" w:rsidP="00E07398">
      <w:pPr>
        <w:pStyle w:val="NormalWeb"/>
        <w:rPr>
          <w:rFonts w:asciiTheme="minorHAnsi" w:hAnsiTheme="minorHAnsi"/>
        </w:rPr>
      </w:pPr>
      <w:r w:rsidRPr="00E07398">
        <w:rPr>
          <w:rFonts w:asciiTheme="minorHAnsi" w:hAnsiTheme="minorHAnsi"/>
        </w:rPr>
        <w:t>Participants, parents and guardians are encouraged to:</w:t>
      </w:r>
    </w:p>
    <w:p w14:paraId="0CC56CFE" w14:textId="77777777" w:rsidR="00E07398" w:rsidRPr="00E07398" w:rsidRDefault="00E07398" w:rsidP="00E07398">
      <w:pPr>
        <w:numPr>
          <w:ilvl w:val="0"/>
          <w:numId w:val="294"/>
        </w:numPr>
        <w:spacing w:before="100" w:beforeAutospacing="1" w:after="100" w:afterAutospacing="1" w:line="240" w:lineRule="auto"/>
        <w:rPr>
          <w:sz w:val="24"/>
          <w:szCs w:val="24"/>
        </w:rPr>
      </w:pPr>
      <w:r w:rsidRPr="00E07398">
        <w:rPr>
          <w:sz w:val="24"/>
          <w:szCs w:val="24"/>
        </w:rPr>
        <w:t xml:space="preserve">welcome new users; </w:t>
      </w:r>
    </w:p>
    <w:p w14:paraId="0CF304EC" w14:textId="77777777" w:rsidR="00E07398" w:rsidRPr="00E07398" w:rsidRDefault="00E07398" w:rsidP="00E07398">
      <w:pPr>
        <w:numPr>
          <w:ilvl w:val="0"/>
          <w:numId w:val="294"/>
        </w:numPr>
        <w:spacing w:before="100" w:beforeAutospacing="1" w:after="100" w:afterAutospacing="1" w:line="240" w:lineRule="auto"/>
        <w:rPr>
          <w:sz w:val="24"/>
          <w:szCs w:val="24"/>
        </w:rPr>
      </w:pPr>
      <w:r w:rsidRPr="00E07398">
        <w:rPr>
          <w:sz w:val="24"/>
          <w:szCs w:val="24"/>
        </w:rPr>
        <w:t xml:space="preserve">report concerns responsibly; </w:t>
      </w:r>
    </w:p>
    <w:p w14:paraId="6210917F" w14:textId="77777777" w:rsidR="00E07398" w:rsidRPr="00E07398" w:rsidRDefault="00E07398" w:rsidP="00E07398">
      <w:pPr>
        <w:numPr>
          <w:ilvl w:val="0"/>
          <w:numId w:val="294"/>
        </w:numPr>
        <w:spacing w:before="100" w:beforeAutospacing="1" w:after="100" w:afterAutospacing="1" w:line="240" w:lineRule="auto"/>
        <w:rPr>
          <w:sz w:val="24"/>
          <w:szCs w:val="24"/>
        </w:rPr>
      </w:pPr>
      <w:r w:rsidRPr="00E07398">
        <w:rPr>
          <w:sz w:val="24"/>
          <w:szCs w:val="24"/>
        </w:rPr>
        <w:t xml:space="preserve">promote positive behaviour; </w:t>
      </w:r>
    </w:p>
    <w:p w14:paraId="30AAA515" w14:textId="77777777" w:rsidR="00E07398" w:rsidRPr="00E07398" w:rsidRDefault="00E07398" w:rsidP="00E07398">
      <w:pPr>
        <w:numPr>
          <w:ilvl w:val="0"/>
          <w:numId w:val="294"/>
        </w:numPr>
        <w:spacing w:before="100" w:beforeAutospacing="1" w:after="100" w:afterAutospacing="1" w:line="240" w:lineRule="auto"/>
        <w:rPr>
          <w:sz w:val="24"/>
          <w:szCs w:val="24"/>
        </w:rPr>
      </w:pPr>
      <w:r w:rsidRPr="00E07398">
        <w:rPr>
          <w:sz w:val="24"/>
          <w:szCs w:val="24"/>
        </w:rPr>
        <w:t xml:space="preserve">support inclusion; </w:t>
      </w:r>
    </w:p>
    <w:p w14:paraId="1D8BD858" w14:textId="77777777" w:rsidR="00E07398" w:rsidRPr="00E07398" w:rsidRDefault="00E07398" w:rsidP="00E07398">
      <w:pPr>
        <w:numPr>
          <w:ilvl w:val="0"/>
          <w:numId w:val="294"/>
        </w:numPr>
        <w:spacing w:before="100" w:beforeAutospacing="1" w:after="100" w:afterAutospacing="1" w:line="240" w:lineRule="auto"/>
        <w:rPr>
          <w:sz w:val="24"/>
          <w:szCs w:val="24"/>
        </w:rPr>
      </w:pPr>
      <w:r w:rsidRPr="00E07398">
        <w:rPr>
          <w:sz w:val="24"/>
          <w:szCs w:val="24"/>
        </w:rPr>
        <w:t xml:space="preserve">share constructive ideas; and </w:t>
      </w:r>
    </w:p>
    <w:p w14:paraId="18F766E9" w14:textId="77777777" w:rsidR="00E07398" w:rsidRPr="00E07398" w:rsidRDefault="00E07398" w:rsidP="00E07398">
      <w:pPr>
        <w:numPr>
          <w:ilvl w:val="0"/>
          <w:numId w:val="294"/>
        </w:numPr>
        <w:spacing w:before="100" w:beforeAutospacing="1" w:after="100" w:afterAutospacing="1" w:line="240" w:lineRule="auto"/>
        <w:rPr>
          <w:sz w:val="24"/>
          <w:szCs w:val="24"/>
        </w:rPr>
      </w:pPr>
      <w:r w:rsidRPr="00E07398">
        <w:rPr>
          <w:sz w:val="24"/>
          <w:szCs w:val="24"/>
        </w:rPr>
        <w:t xml:space="preserve">contribute to a friendly and respectful environment. </w:t>
      </w:r>
    </w:p>
    <w:p w14:paraId="6633C24C" w14:textId="77777777" w:rsidR="00E07398" w:rsidRPr="00E07398" w:rsidRDefault="00E07398" w:rsidP="00E07398">
      <w:pPr>
        <w:pStyle w:val="NormalWeb"/>
        <w:rPr>
          <w:rFonts w:asciiTheme="minorHAnsi" w:hAnsiTheme="minorHAnsi"/>
        </w:rPr>
      </w:pPr>
      <w:r w:rsidRPr="00E07398">
        <w:rPr>
          <w:rFonts w:asciiTheme="minorHAnsi" w:hAnsiTheme="minorHAnsi"/>
        </w:rPr>
        <w:t>Small positive actions make a meaningful difference.</w:t>
      </w:r>
    </w:p>
    <w:p w14:paraId="6AB1CCA7" w14:textId="77777777" w:rsidR="00E07398" w:rsidRPr="00E07398" w:rsidRDefault="00000000" w:rsidP="00E07398">
      <w:pPr>
        <w:rPr>
          <w:sz w:val="24"/>
          <w:szCs w:val="24"/>
        </w:rPr>
      </w:pPr>
      <w:r>
        <w:rPr>
          <w:sz w:val="24"/>
          <w:szCs w:val="24"/>
        </w:rPr>
        <w:pict w14:anchorId="0E985DB9">
          <v:rect id="_x0000_i1086" style="width:0;height:1.5pt" o:hralign="center" o:hrstd="t" o:hr="t" fillcolor="#a0a0a0" stroked="f"/>
        </w:pict>
      </w:r>
    </w:p>
    <w:p w14:paraId="420503DA" w14:textId="77777777" w:rsidR="00E07398" w:rsidRPr="00E07398" w:rsidRDefault="00E07398" w:rsidP="00E07398">
      <w:pPr>
        <w:pStyle w:val="Heading2"/>
        <w:rPr>
          <w:rFonts w:asciiTheme="minorHAnsi" w:hAnsiTheme="minorHAnsi"/>
          <w:sz w:val="24"/>
          <w:szCs w:val="24"/>
        </w:rPr>
      </w:pPr>
      <w:bookmarkStart w:id="68" w:name="_Toc237248501"/>
      <w:r w:rsidRPr="00E07398">
        <w:rPr>
          <w:rFonts w:asciiTheme="minorHAnsi" w:hAnsiTheme="minorHAnsi"/>
          <w:sz w:val="24"/>
          <w:szCs w:val="24"/>
        </w:rPr>
        <w:t>7.10 Our Commitment</w:t>
      </w:r>
      <w:bookmarkEnd w:id="68"/>
    </w:p>
    <w:p w14:paraId="55718C39" w14:textId="77777777" w:rsidR="00E07398" w:rsidRPr="00E07398" w:rsidRDefault="00E07398" w:rsidP="00E07398">
      <w:pPr>
        <w:pStyle w:val="NormalWeb"/>
        <w:rPr>
          <w:rFonts w:asciiTheme="minorHAnsi" w:hAnsiTheme="minorHAnsi"/>
        </w:rPr>
      </w:pPr>
      <w:r w:rsidRPr="00E07398">
        <w:rPr>
          <w:rFonts w:asciiTheme="minorHAnsi" w:hAnsiTheme="minorHAnsi"/>
        </w:rPr>
        <w:t>My Sports Coach values the contribution made by participants, parents and guardians.</w:t>
      </w:r>
    </w:p>
    <w:p w14:paraId="001D523C" w14:textId="77777777" w:rsidR="00E07398" w:rsidRPr="00E07398" w:rsidRDefault="00E07398" w:rsidP="00E07398">
      <w:pPr>
        <w:pStyle w:val="NormalWeb"/>
        <w:rPr>
          <w:rFonts w:asciiTheme="minorHAnsi" w:hAnsiTheme="minorHAnsi"/>
        </w:rPr>
      </w:pPr>
      <w:r w:rsidRPr="00E07398">
        <w:rPr>
          <w:rFonts w:asciiTheme="minorHAnsi" w:hAnsiTheme="minorHAnsi"/>
        </w:rPr>
        <w:lastRenderedPageBreak/>
        <w:t>By encouraging respectful communication, positive support and shared responsibility, we aim to create a community where everyone feels welcome, valued and inspired to enjoy sport.</w:t>
      </w:r>
    </w:p>
    <w:p w14:paraId="7D7DCCBC" w14:textId="77777777" w:rsidR="005A03C2" w:rsidRPr="005A03C2" w:rsidRDefault="005A03C2" w:rsidP="005A03C2">
      <w:pPr>
        <w:pStyle w:val="Heading1"/>
        <w:rPr>
          <w:rFonts w:asciiTheme="minorHAnsi" w:hAnsiTheme="minorHAnsi"/>
        </w:rPr>
      </w:pPr>
      <w:bookmarkStart w:id="69" w:name="_Toc237248502"/>
      <w:r w:rsidRPr="005A03C2">
        <w:rPr>
          <w:rFonts w:asciiTheme="minorHAnsi" w:hAnsiTheme="minorHAnsi"/>
        </w:rPr>
        <w:t>8. Online Behaviour &amp; Digital Communication</w:t>
      </w:r>
      <w:bookmarkEnd w:id="69"/>
    </w:p>
    <w:p w14:paraId="5E243DB5"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Technology makes it easier than ever for coaches, participants and families to connect, communicate and arrange coaching sessions.</w:t>
      </w:r>
    </w:p>
    <w:p w14:paraId="2F603ADF"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My Sports Coach encourages all users to communicate online in the same respectful, professional and responsible manner expected during face-to-face interactions.</w:t>
      </w:r>
    </w:p>
    <w:p w14:paraId="19BF48FE"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Every message, comment, review and online interaction contributes to the culture of our community.</w:t>
      </w:r>
    </w:p>
    <w:p w14:paraId="5A5FF2CB" w14:textId="77777777" w:rsidR="005A03C2" w:rsidRPr="005A03C2" w:rsidRDefault="00000000" w:rsidP="005A03C2">
      <w:r>
        <w:pict w14:anchorId="4FBF2161">
          <v:rect id="_x0000_i1087" style="width:0;height:1.5pt" o:hralign="center" o:hrstd="t" o:hr="t" fillcolor="#a0a0a0" stroked="f"/>
        </w:pict>
      </w:r>
    </w:p>
    <w:p w14:paraId="2DF22A44" w14:textId="77777777" w:rsidR="005A03C2" w:rsidRPr="005A03C2" w:rsidRDefault="005A03C2" w:rsidP="005A03C2">
      <w:pPr>
        <w:pStyle w:val="Heading2"/>
        <w:rPr>
          <w:rFonts w:asciiTheme="minorHAnsi" w:hAnsiTheme="minorHAnsi"/>
          <w:sz w:val="22"/>
          <w:szCs w:val="22"/>
        </w:rPr>
      </w:pPr>
      <w:bookmarkStart w:id="70" w:name="_Toc237248503"/>
      <w:r w:rsidRPr="005A03C2">
        <w:rPr>
          <w:rFonts w:asciiTheme="minorHAnsi" w:hAnsiTheme="minorHAnsi"/>
          <w:sz w:val="22"/>
          <w:szCs w:val="22"/>
        </w:rPr>
        <w:t>8.1 Respectful Communication</w:t>
      </w:r>
      <w:bookmarkEnd w:id="70"/>
    </w:p>
    <w:p w14:paraId="3E4C4859"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Users should communicate with one another politely and professionally at all times.</w:t>
      </w:r>
    </w:p>
    <w:p w14:paraId="0F80496A"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We encourage users to:</w:t>
      </w:r>
    </w:p>
    <w:p w14:paraId="478D1B22" w14:textId="77777777" w:rsidR="005A03C2" w:rsidRPr="005A03C2" w:rsidRDefault="005A03C2" w:rsidP="005A03C2">
      <w:pPr>
        <w:numPr>
          <w:ilvl w:val="0"/>
          <w:numId w:val="295"/>
        </w:numPr>
        <w:spacing w:before="100" w:beforeAutospacing="1" w:after="100" w:afterAutospacing="1" w:line="240" w:lineRule="auto"/>
      </w:pPr>
      <w:r w:rsidRPr="005A03C2">
        <w:t xml:space="preserve">use respectful language; </w:t>
      </w:r>
    </w:p>
    <w:p w14:paraId="0B56C6F7" w14:textId="77777777" w:rsidR="005A03C2" w:rsidRPr="005A03C2" w:rsidRDefault="005A03C2" w:rsidP="005A03C2">
      <w:pPr>
        <w:numPr>
          <w:ilvl w:val="0"/>
          <w:numId w:val="295"/>
        </w:numPr>
        <w:spacing w:before="100" w:beforeAutospacing="1" w:after="100" w:afterAutospacing="1" w:line="240" w:lineRule="auto"/>
      </w:pPr>
      <w:r w:rsidRPr="005A03C2">
        <w:t xml:space="preserve">remain courteous during disagreements; </w:t>
      </w:r>
    </w:p>
    <w:p w14:paraId="1B1B9C84" w14:textId="77777777" w:rsidR="005A03C2" w:rsidRPr="005A03C2" w:rsidRDefault="005A03C2" w:rsidP="005A03C2">
      <w:pPr>
        <w:numPr>
          <w:ilvl w:val="0"/>
          <w:numId w:val="295"/>
        </w:numPr>
        <w:spacing w:before="100" w:beforeAutospacing="1" w:after="100" w:afterAutospacing="1" w:line="240" w:lineRule="auto"/>
      </w:pPr>
      <w:r w:rsidRPr="005A03C2">
        <w:t xml:space="preserve">respond constructively; </w:t>
      </w:r>
    </w:p>
    <w:p w14:paraId="0D5042EE" w14:textId="77777777" w:rsidR="005A03C2" w:rsidRPr="005A03C2" w:rsidRDefault="005A03C2" w:rsidP="005A03C2">
      <w:pPr>
        <w:numPr>
          <w:ilvl w:val="0"/>
          <w:numId w:val="295"/>
        </w:numPr>
        <w:spacing w:before="100" w:beforeAutospacing="1" w:after="100" w:afterAutospacing="1" w:line="240" w:lineRule="auto"/>
      </w:pPr>
      <w:r w:rsidRPr="005A03C2">
        <w:t xml:space="preserve">avoid unnecessary arguments; and </w:t>
      </w:r>
    </w:p>
    <w:p w14:paraId="5B24692B" w14:textId="77777777" w:rsidR="005A03C2" w:rsidRPr="005A03C2" w:rsidRDefault="005A03C2" w:rsidP="005A03C2">
      <w:pPr>
        <w:numPr>
          <w:ilvl w:val="0"/>
          <w:numId w:val="295"/>
        </w:numPr>
        <w:spacing w:before="100" w:beforeAutospacing="1" w:after="100" w:afterAutospacing="1" w:line="240" w:lineRule="auto"/>
      </w:pPr>
      <w:r w:rsidRPr="005A03C2">
        <w:t xml:space="preserve">consider how their words may affect others. </w:t>
      </w:r>
    </w:p>
    <w:p w14:paraId="1EE3861E"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A respectful online environment benefits everyone.</w:t>
      </w:r>
    </w:p>
    <w:p w14:paraId="199CEB2B" w14:textId="77777777" w:rsidR="005A03C2" w:rsidRPr="005A03C2" w:rsidRDefault="00000000" w:rsidP="005A03C2">
      <w:r>
        <w:pict w14:anchorId="72705582">
          <v:rect id="_x0000_i1088" style="width:0;height:1.5pt" o:hralign="center" o:hrstd="t" o:hr="t" fillcolor="#a0a0a0" stroked="f"/>
        </w:pict>
      </w:r>
    </w:p>
    <w:p w14:paraId="33F681ED" w14:textId="77777777" w:rsidR="005A03C2" w:rsidRPr="005A03C2" w:rsidRDefault="005A03C2" w:rsidP="005A03C2">
      <w:pPr>
        <w:pStyle w:val="Heading2"/>
        <w:rPr>
          <w:rFonts w:asciiTheme="minorHAnsi" w:hAnsiTheme="minorHAnsi"/>
          <w:sz w:val="22"/>
          <w:szCs w:val="22"/>
        </w:rPr>
      </w:pPr>
      <w:bookmarkStart w:id="71" w:name="_Toc237248504"/>
      <w:r w:rsidRPr="005A03C2">
        <w:rPr>
          <w:rFonts w:asciiTheme="minorHAnsi" w:hAnsiTheme="minorHAnsi"/>
          <w:sz w:val="22"/>
          <w:szCs w:val="22"/>
        </w:rPr>
        <w:t>8.2 Responsible Messaging</w:t>
      </w:r>
      <w:bookmarkEnd w:id="71"/>
    </w:p>
    <w:p w14:paraId="12E32882"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Where communication takes place through the My Sports Coach platform, users should ensure messages are appropriate and relevant.</w:t>
      </w:r>
    </w:p>
    <w:p w14:paraId="2F95BAAD"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Messages should:</w:t>
      </w:r>
    </w:p>
    <w:p w14:paraId="1E274236" w14:textId="77777777" w:rsidR="005A03C2" w:rsidRPr="005A03C2" w:rsidRDefault="005A03C2" w:rsidP="005A03C2">
      <w:pPr>
        <w:numPr>
          <w:ilvl w:val="0"/>
          <w:numId w:val="296"/>
        </w:numPr>
        <w:spacing w:before="100" w:beforeAutospacing="1" w:after="100" w:afterAutospacing="1" w:line="240" w:lineRule="auto"/>
      </w:pPr>
      <w:r w:rsidRPr="005A03C2">
        <w:t xml:space="preserve">relate to legitimate coaching activities; </w:t>
      </w:r>
    </w:p>
    <w:p w14:paraId="6323D068" w14:textId="77777777" w:rsidR="005A03C2" w:rsidRPr="005A03C2" w:rsidRDefault="005A03C2" w:rsidP="005A03C2">
      <w:pPr>
        <w:numPr>
          <w:ilvl w:val="0"/>
          <w:numId w:val="296"/>
        </w:numPr>
        <w:spacing w:before="100" w:beforeAutospacing="1" w:after="100" w:afterAutospacing="1" w:line="240" w:lineRule="auto"/>
      </w:pPr>
      <w:r w:rsidRPr="005A03C2">
        <w:t xml:space="preserve">remain professional; </w:t>
      </w:r>
    </w:p>
    <w:p w14:paraId="6FFF07DC" w14:textId="77777777" w:rsidR="005A03C2" w:rsidRPr="005A03C2" w:rsidRDefault="005A03C2" w:rsidP="005A03C2">
      <w:pPr>
        <w:numPr>
          <w:ilvl w:val="0"/>
          <w:numId w:val="296"/>
        </w:numPr>
        <w:spacing w:before="100" w:beforeAutospacing="1" w:after="100" w:afterAutospacing="1" w:line="240" w:lineRule="auto"/>
      </w:pPr>
      <w:r w:rsidRPr="005A03C2">
        <w:t xml:space="preserve">be respectful; </w:t>
      </w:r>
    </w:p>
    <w:p w14:paraId="25DD7A36" w14:textId="77777777" w:rsidR="005A03C2" w:rsidRPr="005A03C2" w:rsidRDefault="005A03C2" w:rsidP="005A03C2">
      <w:pPr>
        <w:numPr>
          <w:ilvl w:val="0"/>
          <w:numId w:val="296"/>
        </w:numPr>
        <w:spacing w:before="100" w:beforeAutospacing="1" w:after="100" w:afterAutospacing="1" w:line="240" w:lineRule="auto"/>
      </w:pPr>
      <w:r w:rsidRPr="005A03C2">
        <w:t xml:space="preserve">avoid excessive or unnecessary contact; and </w:t>
      </w:r>
    </w:p>
    <w:p w14:paraId="3CA623B0" w14:textId="77777777" w:rsidR="005A03C2" w:rsidRPr="005A03C2" w:rsidRDefault="005A03C2" w:rsidP="005A03C2">
      <w:pPr>
        <w:numPr>
          <w:ilvl w:val="0"/>
          <w:numId w:val="296"/>
        </w:numPr>
        <w:spacing w:before="100" w:beforeAutospacing="1" w:after="100" w:afterAutospacing="1" w:line="240" w:lineRule="auto"/>
      </w:pPr>
      <w:r w:rsidRPr="005A03C2">
        <w:t xml:space="preserve">comply with all applicable My Sports Coach policies. </w:t>
      </w:r>
    </w:p>
    <w:p w14:paraId="4CB3E802"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Users should not use messaging features to harass, intimidate or pressure others.</w:t>
      </w:r>
    </w:p>
    <w:p w14:paraId="2CD88319" w14:textId="77777777" w:rsidR="005A03C2" w:rsidRPr="005A03C2" w:rsidRDefault="00000000" w:rsidP="005A03C2">
      <w:r>
        <w:pict w14:anchorId="5A8D632C">
          <v:rect id="_x0000_i1089" style="width:0;height:1.5pt" o:hralign="center" o:hrstd="t" o:hr="t" fillcolor="#a0a0a0" stroked="f"/>
        </w:pict>
      </w:r>
    </w:p>
    <w:p w14:paraId="092A1EEA" w14:textId="77777777" w:rsidR="005A03C2" w:rsidRPr="005A03C2" w:rsidRDefault="005A03C2" w:rsidP="005A03C2">
      <w:pPr>
        <w:pStyle w:val="Heading2"/>
        <w:rPr>
          <w:rFonts w:asciiTheme="minorHAnsi" w:hAnsiTheme="minorHAnsi"/>
          <w:sz w:val="22"/>
          <w:szCs w:val="22"/>
        </w:rPr>
      </w:pPr>
      <w:bookmarkStart w:id="72" w:name="_Toc237248505"/>
      <w:r w:rsidRPr="005A03C2">
        <w:rPr>
          <w:rFonts w:asciiTheme="minorHAnsi" w:hAnsiTheme="minorHAnsi"/>
          <w:sz w:val="22"/>
          <w:szCs w:val="22"/>
        </w:rPr>
        <w:lastRenderedPageBreak/>
        <w:t>8.3 Reviews and Feedback</w:t>
      </w:r>
      <w:bookmarkEnd w:id="72"/>
    </w:p>
    <w:p w14:paraId="2FF0BFC4"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Reviews help participants make informed decisions and support coaches in developing their services.</w:t>
      </w:r>
    </w:p>
    <w:p w14:paraId="41F983FE"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When leaving reviews or feedback, users should:</w:t>
      </w:r>
    </w:p>
    <w:p w14:paraId="1C496D2F" w14:textId="77777777" w:rsidR="005A03C2" w:rsidRPr="005A03C2" w:rsidRDefault="005A03C2" w:rsidP="005A03C2">
      <w:pPr>
        <w:numPr>
          <w:ilvl w:val="0"/>
          <w:numId w:val="297"/>
        </w:numPr>
        <w:spacing w:before="100" w:beforeAutospacing="1" w:after="100" w:afterAutospacing="1" w:line="240" w:lineRule="auto"/>
      </w:pPr>
      <w:r w:rsidRPr="005A03C2">
        <w:t xml:space="preserve">be honest; </w:t>
      </w:r>
    </w:p>
    <w:p w14:paraId="47EE699C" w14:textId="77777777" w:rsidR="005A03C2" w:rsidRPr="005A03C2" w:rsidRDefault="005A03C2" w:rsidP="005A03C2">
      <w:pPr>
        <w:numPr>
          <w:ilvl w:val="0"/>
          <w:numId w:val="297"/>
        </w:numPr>
        <w:spacing w:before="100" w:beforeAutospacing="1" w:after="100" w:afterAutospacing="1" w:line="240" w:lineRule="auto"/>
      </w:pPr>
      <w:r w:rsidRPr="005A03C2">
        <w:t xml:space="preserve">focus on their own experience; </w:t>
      </w:r>
    </w:p>
    <w:p w14:paraId="20564EBB" w14:textId="77777777" w:rsidR="005A03C2" w:rsidRPr="005A03C2" w:rsidRDefault="005A03C2" w:rsidP="005A03C2">
      <w:pPr>
        <w:numPr>
          <w:ilvl w:val="0"/>
          <w:numId w:val="297"/>
        </w:numPr>
        <w:spacing w:before="100" w:beforeAutospacing="1" w:after="100" w:afterAutospacing="1" w:line="240" w:lineRule="auto"/>
      </w:pPr>
      <w:r w:rsidRPr="005A03C2">
        <w:t xml:space="preserve">remain respectful; </w:t>
      </w:r>
    </w:p>
    <w:p w14:paraId="2A17133B" w14:textId="77777777" w:rsidR="005A03C2" w:rsidRPr="005A03C2" w:rsidRDefault="005A03C2" w:rsidP="005A03C2">
      <w:pPr>
        <w:numPr>
          <w:ilvl w:val="0"/>
          <w:numId w:val="297"/>
        </w:numPr>
        <w:spacing w:before="100" w:beforeAutospacing="1" w:after="100" w:afterAutospacing="1" w:line="240" w:lineRule="auto"/>
      </w:pPr>
      <w:r w:rsidRPr="005A03C2">
        <w:t xml:space="preserve">avoid abusive or offensive language; and </w:t>
      </w:r>
    </w:p>
    <w:p w14:paraId="52499A38" w14:textId="77777777" w:rsidR="005A03C2" w:rsidRPr="005A03C2" w:rsidRDefault="005A03C2" w:rsidP="005A03C2">
      <w:pPr>
        <w:numPr>
          <w:ilvl w:val="0"/>
          <w:numId w:val="297"/>
        </w:numPr>
        <w:spacing w:before="100" w:beforeAutospacing="1" w:after="100" w:afterAutospacing="1" w:line="240" w:lineRule="auto"/>
      </w:pPr>
      <w:r w:rsidRPr="005A03C2">
        <w:t xml:space="preserve">avoid publishing information they know to be false or misleading. </w:t>
      </w:r>
    </w:p>
    <w:p w14:paraId="6CAE43BD"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Constructive reviews help strengthen the community.</w:t>
      </w:r>
    </w:p>
    <w:p w14:paraId="74698AFD" w14:textId="77777777" w:rsidR="005A03C2" w:rsidRPr="005A03C2" w:rsidRDefault="00000000" w:rsidP="005A03C2">
      <w:r>
        <w:pict w14:anchorId="7D226E11">
          <v:rect id="_x0000_i1090" style="width:0;height:1.5pt" o:hralign="center" o:hrstd="t" o:hr="t" fillcolor="#a0a0a0" stroked="f"/>
        </w:pict>
      </w:r>
    </w:p>
    <w:p w14:paraId="10060A51" w14:textId="77777777" w:rsidR="005A03C2" w:rsidRPr="005A03C2" w:rsidRDefault="005A03C2" w:rsidP="005A03C2">
      <w:pPr>
        <w:pStyle w:val="Heading2"/>
        <w:rPr>
          <w:rFonts w:asciiTheme="minorHAnsi" w:hAnsiTheme="minorHAnsi"/>
          <w:sz w:val="22"/>
          <w:szCs w:val="22"/>
        </w:rPr>
      </w:pPr>
      <w:bookmarkStart w:id="73" w:name="_Toc237248506"/>
      <w:r w:rsidRPr="005A03C2">
        <w:rPr>
          <w:rFonts w:asciiTheme="minorHAnsi" w:hAnsiTheme="minorHAnsi"/>
          <w:sz w:val="22"/>
          <w:szCs w:val="22"/>
        </w:rPr>
        <w:t>8.4 Social Media</w:t>
      </w:r>
      <w:bookmarkEnd w:id="73"/>
    </w:p>
    <w:p w14:paraId="52C68963"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Users should exercise good judgement when discussing My Sports Coach, coaches or participants on social media.</w:t>
      </w:r>
    </w:p>
    <w:p w14:paraId="25916B24"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We encourage users to:</w:t>
      </w:r>
    </w:p>
    <w:p w14:paraId="56C80531" w14:textId="77777777" w:rsidR="005A03C2" w:rsidRPr="005A03C2" w:rsidRDefault="005A03C2" w:rsidP="005A03C2">
      <w:pPr>
        <w:numPr>
          <w:ilvl w:val="0"/>
          <w:numId w:val="298"/>
        </w:numPr>
        <w:spacing w:before="100" w:beforeAutospacing="1" w:after="100" w:afterAutospacing="1" w:line="240" w:lineRule="auto"/>
      </w:pPr>
      <w:r w:rsidRPr="005A03C2">
        <w:t xml:space="preserve">communicate respectfully; </w:t>
      </w:r>
    </w:p>
    <w:p w14:paraId="527BFCB8" w14:textId="77777777" w:rsidR="005A03C2" w:rsidRPr="005A03C2" w:rsidRDefault="005A03C2" w:rsidP="005A03C2">
      <w:pPr>
        <w:numPr>
          <w:ilvl w:val="0"/>
          <w:numId w:val="298"/>
        </w:numPr>
        <w:spacing w:before="100" w:beforeAutospacing="1" w:after="100" w:afterAutospacing="1" w:line="240" w:lineRule="auto"/>
      </w:pPr>
      <w:r w:rsidRPr="005A03C2">
        <w:t xml:space="preserve">avoid personal attacks; </w:t>
      </w:r>
    </w:p>
    <w:p w14:paraId="799B0977" w14:textId="77777777" w:rsidR="005A03C2" w:rsidRPr="005A03C2" w:rsidRDefault="005A03C2" w:rsidP="005A03C2">
      <w:pPr>
        <w:numPr>
          <w:ilvl w:val="0"/>
          <w:numId w:val="298"/>
        </w:numPr>
        <w:spacing w:before="100" w:beforeAutospacing="1" w:after="100" w:afterAutospacing="1" w:line="240" w:lineRule="auto"/>
      </w:pPr>
      <w:r w:rsidRPr="005A03C2">
        <w:t xml:space="preserve">protect the privacy of others; </w:t>
      </w:r>
    </w:p>
    <w:p w14:paraId="4BC70647" w14:textId="77777777" w:rsidR="005A03C2" w:rsidRPr="005A03C2" w:rsidRDefault="005A03C2" w:rsidP="005A03C2">
      <w:pPr>
        <w:numPr>
          <w:ilvl w:val="0"/>
          <w:numId w:val="298"/>
        </w:numPr>
        <w:spacing w:before="100" w:beforeAutospacing="1" w:after="100" w:afterAutospacing="1" w:line="240" w:lineRule="auto"/>
      </w:pPr>
      <w:r w:rsidRPr="005A03C2">
        <w:t xml:space="preserve">verify information before sharing it; and </w:t>
      </w:r>
    </w:p>
    <w:p w14:paraId="2D48A8F0" w14:textId="77777777" w:rsidR="005A03C2" w:rsidRPr="005A03C2" w:rsidRDefault="005A03C2" w:rsidP="005A03C2">
      <w:pPr>
        <w:numPr>
          <w:ilvl w:val="0"/>
          <w:numId w:val="298"/>
        </w:numPr>
        <w:spacing w:before="100" w:beforeAutospacing="1" w:after="100" w:afterAutospacing="1" w:line="240" w:lineRule="auto"/>
      </w:pPr>
      <w:r w:rsidRPr="005A03C2">
        <w:t xml:space="preserve">remember that online content can have lasting consequences. </w:t>
      </w:r>
    </w:p>
    <w:p w14:paraId="5785BC2E"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Social media should never be used to bully, intimidate or harass another person.</w:t>
      </w:r>
    </w:p>
    <w:p w14:paraId="40910501" w14:textId="77777777" w:rsidR="005A03C2" w:rsidRPr="005A03C2" w:rsidRDefault="00000000" w:rsidP="005A03C2">
      <w:r>
        <w:pict w14:anchorId="2CE56F46">
          <v:rect id="_x0000_i1091" style="width:0;height:1.5pt" o:hralign="center" o:hrstd="t" o:hr="t" fillcolor="#a0a0a0" stroked="f"/>
        </w:pict>
      </w:r>
    </w:p>
    <w:p w14:paraId="1679DE78" w14:textId="77777777" w:rsidR="005A03C2" w:rsidRPr="005A03C2" w:rsidRDefault="005A03C2" w:rsidP="005A03C2">
      <w:pPr>
        <w:pStyle w:val="Heading2"/>
        <w:rPr>
          <w:rFonts w:asciiTheme="minorHAnsi" w:hAnsiTheme="minorHAnsi"/>
          <w:sz w:val="22"/>
          <w:szCs w:val="22"/>
        </w:rPr>
      </w:pPr>
      <w:bookmarkStart w:id="74" w:name="_Toc237248507"/>
      <w:r w:rsidRPr="005A03C2">
        <w:rPr>
          <w:rFonts w:asciiTheme="minorHAnsi" w:hAnsiTheme="minorHAnsi"/>
          <w:sz w:val="22"/>
          <w:szCs w:val="22"/>
        </w:rPr>
        <w:t>8.5 Privacy and Personal Information</w:t>
      </w:r>
      <w:bookmarkEnd w:id="74"/>
    </w:p>
    <w:p w14:paraId="5C5852AC"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Users should respect the privacy of others when communicating online.</w:t>
      </w:r>
    </w:p>
    <w:p w14:paraId="43686959"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Personal information should only be shared where appropriate and in accordance with the My Sports Coach Privacy Policy.</w:t>
      </w:r>
    </w:p>
    <w:p w14:paraId="179E6582"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Users should not publish another person's personal information without an appropriate lawful basis or permission where required.</w:t>
      </w:r>
    </w:p>
    <w:p w14:paraId="32A8EE77" w14:textId="77777777" w:rsidR="005A03C2" w:rsidRPr="005A03C2" w:rsidRDefault="00000000" w:rsidP="005A03C2">
      <w:r>
        <w:pict w14:anchorId="78EA95E3">
          <v:rect id="_x0000_i1092" style="width:0;height:1.5pt" o:hralign="center" o:hrstd="t" o:hr="t" fillcolor="#a0a0a0" stroked="f"/>
        </w:pict>
      </w:r>
    </w:p>
    <w:p w14:paraId="15D11497" w14:textId="77777777" w:rsidR="005A03C2" w:rsidRPr="005A03C2" w:rsidRDefault="005A03C2" w:rsidP="005A03C2">
      <w:pPr>
        <w:pStyle w:val="Heading2"/>
        <w:rPr>
          <w:rFonts w:asciiTheme="minorHAnsi" w:hAnsiTheme="minorHAnsi"/>
          <w:sz w:val="22"/>
          <w:szCs w:val="22"/>
        </w:rPr>
      </w:pPr>
      <w:bookmarkStart w:id="75" w:name="_Toc237248508"/>
      <w:r w:rsidRPr="005A03C2">
        <w:rPr>
          <w:rFonts w:asciiTheme="minorHAnsi" w:hAnsiTheme="minorHAnsi"/>
          <w:sz w:val="22"/>
          <w:szCs w:val="22"/>
        </w:rPr>
        <w:t>8.6 Photography and Media</w:t>
      </w:r>
      <w:bookmarkEnd w:id="75"/>
    </w:p>
    <w:p w14:paraId="110F91AA"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Photographs, videos and other media should always be shared responsibly.</w:t>
      </w:r>
    </w:p>
    <w:p w14:paraId="1D53F210"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Users should:</w:t>
      </w:r>
    </w:p>
    <w:p w14:paraId="387A1858" w14:textId="77777777" w:rsidR="005A03C2" w:rsidRPr="005A03C2" w:rsidRDefault="005A03C2" w:rsidP="005A03C2">
      <w:pPr>
        <w:numPr>
          <w:ilvl w:val="0"/>
          <w:numId w:val="299"/>
        </w:numPr>
        <w:spacing w:before="100" w:beforeAutospacing="1" w:after="100" w:afterAutospacing="1" w:line="240" w:lineRule="auto"/>
      </w:pPr>
      <w:r w:rsidRPr="005A03C2">
        <w:lastRenderedPageBreak/>
        <w:t xml:space="preserve">respect the privacy of others; </w:t>
      </w:r>
    </w:p>
    <w:p w14:paraId="3F04BB37" w14:textId="77777777" w:rsidR="005A03C2" w:rsidRPr="005A03C2" w:rsidRDefault="005A03C2" w:rsidP="005A03C2">
      <w:pPr>
        <w:numPr>
          <w:ilvl w:val="0"/>
          <w:numId w:val="299"/>
        </w:numPr>
        <w:spacing w:before="100" w:beforeAutospacing="1" w:after="100" w:afterAutospacing="1" w:line="240" w:lineRule="auto"/>
      </w:pPr>
      <w:r w:rsidRPr="005A03C2">
        <w:t xml:space="preserve">obtain appropriate permission where required; </w:t>
      </w:r>
    </w:p>
    <w:p w14:paraId="338EFF41" w14:textId="77777777" w:rsidR="005A03C2" w:rsidRPr="005A03C2" w:rsidRDefault="005A03C2" w:rsidP="005A03C2">
      <w:pPr>
        <w:numPr>
          <w:ilvl w:val="0"/>
          <w:numId w:val="299"/>
        </w:numPr>
        <w:spacing w:before="100" w:beforeAutospacing="1" w:after="100" w:afterAutospacing="1" w:line="240" w:lineRule="auto"/>
      </w:pPr>
      <w:r w:rsidRPr="005A03C2">
        <w:t xml:space="preserve">avoid publishing inappropriate images; </w:t>
      </w:r>
    </w:p>
    <w:p w14:paraId="0FE32507" w14:textId="77777777" w:rsidR="005A03C2" w:rsidRPr="005A03C2" w:rsidRDefault="005A03C2" w:rsidP="005A03C2">
      <w:pPr>
        <w:numPr>
          <w:ilvl w:val="0"/>
          <w:numId w:val="299"/>
        </w:numPr>
        <w:spacing w:before="100" w:beforeAutospacing="1" w:after="100" w:afterAutospacing="1" w:line="240" w:lineRule="auto"/>
      </w:pPr>
      <w:r w:rsidRPr="005A03C2">
        <w:t xml:space="preserve">protect the dignity of participants; and </w:t>
      </w:r>
    </w:p>
    <w:p w14:paraId="18102ACD" w14:textId="77777777" w:rsidR="005A03C2" w:rsidRPr="005A03C2" w:rsidRDefault="005A03C2" w:rsidP="005A03C2">
      <w:pPr>
        <w:numPr>
          <w:ilvl w:val="0"/>
          <w:numId w:val="299"/>
        </w:numPr>
        <w:spacing w:before="100" w:beforeAutospacing="1" w:after="100" w:afterAutospacing="1" w:line="240" w:lineRule="auto"/>
      </w:pPr>
      <w:r w:rsidRPr="005A03C2">
        <w:t xml:space="preserve">follow the guidance contained within the My Sports Coach Safeguarding Policy where applicable. </w:t>
      </w:r>
    </w:p>
    <w:p w14:paraId="3F46C939"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Responsible use of media helps protect individuals and promotes trust within the community.</w:t>
      </w:r>
    </w:p>
    <w:p w14:paraId="19A265E1" w14:textId="77777777" w:rsidR="005A03C2" w:rsidRPr="005A03C2" w:rsidRDefault="00000000" w:rsidP="005A03C2">
      <w:r>
        <w:pict w14:anchorId="5A850DEA">
          <v:rect id="_x0000_i1093" style="width:0;height:1.5pt" o:hralign="center" o:hrstd="t" o:hr="t" fillcolor="#a0a0a0" stroked="f"/>
        </w:pict>
      </w:r>
    </w:p>
    <w:p w14:paraId="062B17DF" w14:textId="77777777" w:rsidR="005A03C2" w:rsidRPr="005A03C2" w:rsidRDefault="005A03C2" w:rsidP="005A03C2">
      <w:pPr>
        <w:pStyle w:val="Heading2"/>
        <w:rPr>
          <w:rFonts w:asciiTheme="minorHAnsi" w:hAnsiTheme="minorHAnsi"/>
          <w:sz w:val="22"/>
          <w:szCs w:val="22"/>
        </w:rPr>
      </w:pPr>
      <w:bookmarkStart w:id="76" w:name="_Toc237248509"/>
      <w:r w:rsidRPr="005A03C2">
        <w:rPr>
          <w:rFonts w:asciiTheme="minorHAnsi" w:hAnsiTheme="minorHAnsi"/>
          <w:sz w:val="22"/>
          <w:szCs w:val="22"/>
        </w:rPr>
        <w:t>8.7 Online Safety</w:t>
      </w:r>
      <w:bookmarkEnd w:id="76"/>
    </w:p>
    <w:p w14:paraId="3E3F8327"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All users share responsibility for helping to create a safe online environment.</w:t>
      </w:r>
    </w:p>
    <w:p w14:paraId="25975167"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Users should:</w:t>
      </w:r>
    </w:p>
    <w:p w14:paraId="391A94EA" w14:textId="77777777" w:rsidR="005A03C2" w:rsidRPr="005A03C2" w:rsidRDefault="005A03C2" w:rsidP="005A03C2">
      <w:pPr>
        <w:numPr>
          <w:ilvl w:val="0"/>
          <w:numId w:val="300"/>
        </w:numPr>
        <w:spacing w:before="100" w:beforeAutospacing="1" w:after="100" w:afterAutospacing="1" w:line="240" w:lineRule="auto"/>
      </w:pPr>
      <w:r w:rsidRPr="005A03C2">
        <w:t xml:space="preserve">report inappropriate online behaviour; </w:t>
      </w:r>
    </w:p>
    <w:p w14:paraId="4BCFAD33" w14:textId="77777777" w:rsidR="005A03C2" w:rsidRPr="005A03C2" w:rsidRDefault="005A03C2" w:rsidP="005A03C2">
      <w:pPr>
        <w:numPr>
          <w:ilvl w:val="0"/>
          <w:numId w:val="300"/>
        </w:numPr>
        <w:spacing w:before="100" w:beforeAutospacing="1" w:after="100" w:afterAutospacing="1" w:line="240" w:lineRule="auto"/>
      </w:pPr>
      <w:r w:rsidRPr="005A03C2">
        <w:t xml:space="preserve">avoid engaging with abusive content; </w:t>
      </w:r>
    </w:p>
    <w:p w14:paraId="79344F59" w14:textId="77777777" w:rsidR="005A03C2" w:rsidRPr="005A03C2" w:rsidRDefault="005A03C2" w:rsidP="005A03C2">
      <w:pPr>
        <w:numPr>
          <w:ilvl w:val="0"/>
          <w:numId w:val="300"/>
        </w:numPr>
        <w:spacing w:before="100" w:beforeAutospacing="1" w:after="100" w:afterAutospacing="1" w:line="240" w:lineRule="auto"/>
      </w:pPr>
      <w:r w:rsidRPr="005A03C2">
        <w:t xml:space="preserve">protect their account security; </w:t>
      </w:r>
    </w:p>
    <w:p w14:paraId="66D4F0A8" w14:textId="77777777" w:rsidR="005A03C2" w:rsidRPr="005A03C2" w:rsidRDefault="005A03C2" w:rsidP="005A03C2">
      <w:pPr>
        <w:numPr>
          <w:ilvl w:val="0"/>
          <w:numId w:val="300"/>
        </w:numPr>
        <w:spacing w:before="100" w:beforeAutospacing="1" w:after="100" w:afterAutospacing="1" w:line="240" w:lineRule="auto"/>
      </w:pPr>
      <w:r w:rsidRPr="005A03C2">
        <w:t xml:space="preserve">be cautious when sharing personal information; and </w:t>
      </w:r>
    </w:p>
    <w:p w14:paraId="12214975" w14:textId="77777777" w:rsidR="005A03C2" w:rsidRPr="005A03C2" w:rsidRDefault="005A03C2" w:rsidP="005A03C2">
      <w:pPr>
        <w:numPr>
          <w:ilvl w:val="0"/>
          <w:numId w:val="300"/>
        </w:numPr>
        <w:spacing w:before="100" w:beforeAutospacing="1" w:after="100" w:afterAutospacing="1" w:line="240" w:lineRule="auto"/>
      </w:pPr>
      <w:r w:rsidRPr="005A03C2">
        <w:t xml:space="preserve">support safe digital communication. </w:t>
      </w:r>
    </w:p>
    <w:p w14:paraId="220BBA9D"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Online safety is an important part of maintaining a trusted coaching community.</w:t>
      </w:r>
    </w:p>
    <w:p w14:paraId="3702D9D9" w14:textId="77777777" w:rsidR="005A03C2" w:rsidRPr="005A03C2" w:rsidRDefault="00000000" w:rsidP="005A03C2">
      <w:r>
        <w:pict w14:anchorId="3D73ABF1">
          <v:rect id="_x0000_i1094" style="width:0;height:1.5pt" o:hralign="center" o:hrstd="t" o:hr="t" fillcolor="#a0a0a0" stroked="f"/>
        </w:pict>
      </w:r>
    </w:p>
    <w:p w14:paraId="036C383F" w14:textId="77777777" w:rsidR="005A03C2" w:rsidRPr="005A03C2" w:rsidRDefault="005A03C2" w:rsidP="005A03C2">
      <w:pPr>
        <w:pStyle w:val="Heading2"/>
        <w:rPr>
          <w:rFonts w:asciiTheme="minorHAnsi" w:hAnsiTheme="minorHAnsi"/>
          <w:sz w:val="22"/>
          <w:szCs w:val="22"/>
        </w:rPr>
      </w:pPr>
      <w:bookmarkStart w:id="77" w:name="_Toc237248510"/>
      <w:r w:rsidRPr="005A03C2">
        <w:rPr>
          <w:rFonts w:asciiTheme="minorHAnsi" w:hAnsiTheme="minorHAnsi"/>
          <w:sz w:val="22"/>
          <w:szCs w:val="22"/>
        </w:rPr>
        <w:t>8.8 Misuse of Digital Services</w:t>
      </w:r>
      <w:bookmarkEnd w:id="77"/>
    </w:p>
    <w:p w14:paraId="69B67744"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Users must not misuse the My Sports Coach platform or associated digital services.</w:t>
      </w:r>
    </w:p>
    <w:p w14:paraId="180A5641"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Examples include:</w:t>
      </w:r>
    </w:p>
    <w:p w14:paraId="5F9BBA54" w14:textId="77777777" w:rsidR="005A03C2" w:rsidRPr="005A03C2" w:rsidRDefault="005A03C2" w:rsidP="005A03C2">
      <w:pPr>
        <w:numPr>
          <w:ilvl w:val="0"/>
          <w:numId w:val="301"/>
        </w:numPr>
        <w:spacing w:before="100" w:beforeAutospacing="1" w:after="100" w:afterAutospacing="1" w:line="240" w:lineRule="auto"/>
      </w:pPr>
      <w:r w:rsidRPr="005A03C2">
        <w:t xml:space="preserve">sending spam; </w:t>
      </w:r>
    </w:p>
    <w:p w14:paraId="744803A0" w14:textId="77777777" w:rsidR="005A03C2" w:rsidRPr="005A03C2" w:rsidRDefault="005A03C2" w:rsidP="005A03C2">
      <w:pPr>
        <w:numPr>
          <w:ilvl w:val="0"/>
          <w:numId w:val="301"/>
        </w:numPr>
        <w:spacing w:before="100" w:beforeAutospacing="1" w:after="100" w:afterAutospacing="1" w:line="240" w:lineRule="auto"/>
      </w:pPr>
      <w:r w:rsidRPr="005A03C2">
        <w:t xml:space="preserve">distributing malicious software; </w:t>
      </w:r>
    </w:p>
    <w:p w14:paraId="09C00C89" w14:textId="77777777" w:rsidR="005A03C2" w:rsidRPr="005A03C2" w:rsidRDefault="005A03C2" w:rsidP="005A03C2">
      <w:pPr>
        <w:numPr>
          <w:ilvl w:val="0"/>
          <w:numId w:val="301"/>
        </w:numPr>
        <w:spacing w:before="100" w:beforeAutospacing="1" w:after="100" w:afterAutospacing="1" w:line="240" w:lineRule="auto"/>
      </w:pPr>
      <w:r w:rsidRPr="005A03C2">
        <w:t xml:space="preserve">attempting unauthorised access to accounts or systems; </w:t>
      </w:r>
    </w:p>
    <w:p w14:paraId="27AD9D8B" w14:textId="77777777" w:rsidR="005A03C2" w:rsidRPr="005A03C2" w:rsidRDefault="005A03C2" w:rsidP="005A03C2">
      <w:pPr>
        <w:numPr>
          <w:ilvl w:val="0"/>
          <w:numId w:val="301"/>
        </w:numPr>
        <w:spacing w:before="100" w:beforeAutospacing="1" w:after="100" w:afterAutospacing="1" w:line="240" w:lineRule="auto"/>
      </w:pPr>
      <w:r w:rsidRPr="005A03C2">
        <w:t xml:space="preserve">impersonating another individual; </w:t>
      </w:r>
    </w:p>
    <w:p w14:paraId="4A8192B2" w14:textId="77777777" w:rsidR="005A03C2" w:rsidRPr="005A03C2" w:rsidRDefault="005A03C2" w:rsidP="005A03C2">
      <w:pPr>
        <w:numPr>
          <w:ilvl w:val="0"/>
          <w:numId w:val="301"/>
        </w:numPr>
        <w:spacing w:before="100" w:beforeAutospacing="1" w:after="100" w:afterAutospacing="1" w:line="240" w:lineRule="auto"/>
      </w:pPr>
      <w:r w:rsidRPr="005A03C2">
        <w:t xml:space="preserve">deliberately disrupting platform services; or </w:t>
      </w:r>
    </w:p>
    <w:p w14:paraId="67E58F27" w14:textId="77777777" w:rsidR="005A03C2" w:rsidRPr="005A03C2" w:rsidRDefault="005A03C2" w:rsidP="005A03C2">
      <w:pPr>
        <w:numPr>
          <w:ilvl w:val="0"/>
          <w:numId w:val="301"/>
        </w:numPr>
        <w:spacing w:before="100" w:beforeAutospacing="1" w:after="100" w:afterAutospacing="1" w:line="240" w:lineRule="auto"/>
      </w:pPr>
      <w:r w:rsidRPr="005A03C2">
        <w:t xml:space="preserve">using the platform for unlawful or harmful purposes. </w:t>
      </w:r>
    </w:p>
    <w:p w14:paraId="6CB1B8DC"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Such behaviour may result in action under the Terms &amp; Conditions and other applicable policies.</w:t>
      </w:r>
    </w:p>
    <w:p w14:paraId="790DCD20" w14:textId="77777777" w:rsidR="005A03C2" w:rsidRPr="005A03C2" w:rsidRDefault="00000000" w:rsidP="005A03C2">
      <w:r>
        <w:pict w14:anchorId="1997FF8A">
          <v:rect id="_x0000_i1095" style="width:0;height:1.5pt" o:hralign="center" o:hrstd="t" o:hr="t" fillcolor="#a0a0a0" stroked="f"/>
        </w:pict>
      </w:r>
    </w:p>
    <w:p w14:paraId="2183328C" w14:textId="77777777" w:rsidR="005A03C2" w:rsidRPr="005A03C2" w:rsidRDefault="005A03C2" w:rsidP="005A03C2">
      <w:pPr>
        <w:pStyle w:val="Heading2"/>
        <w:rPr>
          <w:rFonts w:asciiTheme="minorHAnsi" w:hAnsiTheme="minorHAnsi"/>
          <w:sz w:val="22"/>
          <w:szCs w:val="22"/>
        </w:rPr>
      </w:pPr>
      <w:bookmarkStart w:id="78" w:name="_Toc237248511"/>
      <w:r w:rsidRPr="005A03C2">
        <w:rPr>
          <w:rFonts w:asciiTheme="minorHAnsi" w:hAnsiTheme="minorHAnsi"/>
          <w:sz w:val="22"/>
          <w:szCs w:val="22"/>
        </w:rPr>
        <w:t>8.9 Reporting Online Concerns</w:t>
      </w:r>
      <w:bookmarkEnd w:id="78"/>
    </w:p>
    <w:p w14:paraId="4136EA51"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Users who experience or witness inappropriate online behaviour are encouraged to report it promptly.</w:t>
      </w:r>
    </w:p>
    <w:p w14:paraId="72C80DDF"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Depending on the nature of the concern, reports may be managed under:</w:t>
      </w:r>
    </w:p>
    <w:p w14:paraId="7FC92C27" w14:textId="77777777" w:rsidR="005A03C2" w:rsidRPr="005A03C2" w:rsidRDefault="005A03C2" w:rsidP="005A03C2">
      <w:pPr>
        <w:numPr>
          <w:ilvl w:val="0"/>
          <w:numId w:val="302"/>
        </w:numPr>
        <w:spacing w:before="100" w:beforeAutospacing="1" w:after="100" w:afterAutospacing="1" w:line="240" w:lineRule="auto"/>
      </w:pPr>
      <w:r w:rsidRPr="005A03C2">
        <w:lastRenderedPageBreak/>
        <w:t xml:space="preserve">the Complaints Policy; </w:t>
      </w:r>
    </w:p>
    <w:p w14:paraId="63AFD604" w14:textId="77777777" w:rsidR="005A03C2" w:rsidRPr="005A03C2" w:rsidRDefault="005A03C2" w:rsidP="005A03C2">
      <w:pPr>
        <w:numPr>
          <w:ilvl w:val="0"/>
          <w:numId w:val="302"/>
        </w:numPr>
        <w:spacing w:before="100" w:beforeAutospacing="1" w:after="100" w:afterAutospacing="1" w:line="240" w:lineRule="auto"/>
      </w:pPr>
      <w:r w:rsidRPr="005A03C2">
        <w:t xml:space="preserve">the Safeguarding Policy; </w:t>
      </w:r>
    </w:p>
    <w:p w14:paraId="6BB24F69" w14:textId="77777777" w:rsidR="005A03C2" w:rsidRPr="005A03C2" w:rsidRDefault="005A03C2" w:rsidP="005A03C2">
      <w:pPr>
        <w:numPr>
          <w:ilvl w:val="0"/>
          <w:numId w:val="302"/>
        </w:numPr>
        <w:spacing w:before="100" w:beforeAutospacing="1" w:after="100" w:afterAutospacing="1" w:line="240" w:lineRule="auto"/>
      </w:pPr>
      <w:r w:rsidRPr="005A03C2">
        <w:t xml:space="preserve">the Terms &amp; Conditions; or </w:t>
      </w:r>
    </w:p>
    <w:p w14:paraId="329D67EE" w14:textId="77777777" w:rsidR="005A03C2" w:rsidRPr="005A03C2" w:rsidRDefault="005A03C2" w:rsidP="005A03C2">
      <w:pPr>
        <w:numPr>
          <w:ilvl w:val="0"/>
          <w:numId w:val="302"/>
        </w:numPr>
        <w:spacing w:before="100" w:beforeAutospacing="1" w:after="100" w:afterAutospacing="1" w:line="240" w:lineRule="auto"/>
      </w:pPr>
      <w:r w:rsidRPr="005A03C2">
        <w:t xml:space="preserve">another relevant My Sports Coach policy. </w:t>
      </w:r>
    </w:p>
    <w:p w14:paraId="5BA8E7CE"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Early reporting helps protect the community and enables concerns to be addressed appropriately.</w:t>
      </w:r>
    </w:p>
    <w:p w14:paraId="79D1BB93" w14:textId="77777777" w:rsidR="005A03C2" w:rsidRPr="005A03C2" w:rsidRDefault="00000000" w:rsidP="005A03C2">
      <w:r>
        <w:pict w14:anchorId="77331371">
          <v:rect id="_x0000_i1096" style="width:0;height:1.5pt" o:hralign="center" o:hrstd="t" o:hr="t" fillcolor="#a0a0a0" stroked="f"/>
        </w:pict>
      </w:r>
    </w:p>
    <w:p w14:paraId="73D33488" w14:textId="77777777" w:rsidR="005A03C2" w:rsidRDefault="005A03C2" w:rsidP="005A03C2">
      <w:pPr>
        <w:pStyle w:val="Heading2"/>
        <w:rPr>
          <w:rFonts w:asciiTheme="minorHAnsi" w:hAnsiTheme="minorHAnsi"/>
          <w:sz w:val="22"/>
          <w:szCs w:val="22"/>
        </w:rPr>
      </w:pPr>
    </w:p>
    <w:p w14:paraId="7E15EC43" w14:textId="02A44AB8" w:rsidR="005A03C2" w:rsidRPr="005A03C2" w:rsidRDefault="005A03C2" w:rsidP="005A03C2">
      <w:pPr>
        <w:pStyle w:val="Heading2"/>
        <w:rPr>
          <w:rFonts w:asciiTheme="minorHAnsi" w:hAnsiTheme="minorHAnsi"/>
          <w:sz w:val="22"/>
          <w:szCs w:val="22"/>
        </w:rPr>
      </w:pPr>
      <w:bookmarkStart w:id="79" w:name="_Toc237248512"/>
      <w:r w:rsidRPr="005A03C2">
        <w:rPr>
          <w:rFonts w:asciiTheme="minorHAnsi" w:hAnsiTheme="minorHAnsi"/>
          <w:sz w:val="22"/>
          <w:szCs w:val="22"/>
        </w:rPr>
        <w:t>8.10 Our Commitment</w:t>
      </w:r>
      <w:bookmarkEnd w:id="79"/>
    </w:p>
    <w:p w14:paraId="2A15BBE7"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My Sports Coach is committed to promoting respectful, safe and responsible digital communication.</w:t>
      </w:r>
    </w:p>
    <w:p w14:paraId="2F8722A1" w14:textId="195F2AEC" w:rsidR="005A03C2" w:rsidRPr="00E07398" w:rsidRDefault="005A03C2" w:rsidP="005A03C2">
      <w:pPr>
        <w:pStyle w:val="NormalWeb"/>
        <w:rPr>
          <w:rFonts w:asciiTheme="minorHAnsi" w:hAnsiTheme="minorHAnsi"/>
          <w:sz w:val="22"/>
          <w:szCs w:val="22"/>
        </w:rPr>
      </w:pPr>
      <w:r w:rsidRPr="005A03C2">
        <w:rPr>
          <w:rFonts w:asciiTheme="minorHAnsi" w:hAnsiTheme="minorHAnsi"/>
          <w:sz w:val="22"/>
          <w:szCs w:val="22"/>
        </w:rPr>
        <w:t>By encouraging positive online behaviour and supporting responsible use of technology, we aim to create an online community that reflects the same standards of professionalism, inclusion and respect expected in every coaching environment.</w:t>
      </w:r>
    </w:p>
    <w:p w14:paraId="0E01308E" w14:textId="77777777" w:rsidR="005A03C2" w:rsidRPr="005A03C2" w:rsidRDefault="005A03C2" w:rsidP="005A03C2">
      <w:pPr>
        <w:pStyle w:val="Heading1"/>
        <w:rPr>
          <w:rFonts w:asciiTheme="minorHAnsi" w:hAnsiTheme="minorHAnsi"/>
          <w:sz w:val="22"/>
          <w:szCs w:val="22"/>
        </w:rPr>
      </w:pPr>
      <w:bookmarkStart w:id="80" w:name="_Toc237248513"/>
      <w:r w:rsidRPr="005A03C2">
        <w:rPr>
          <w:rFonts w:asciiTheme="minorHAnsi" w:hAnsiTheme="minorHAnsi"/>
        </w:rPr>
        <w:t>9. Reporting Concerns &amp; Community Enforcement</w:t>
      </w:r>
      <w:bookmarkEnd w:id="80"/>
    </w:p>
    <w:p w14:paraId="5EB0783F"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Maintaining a safe, respectful and professional community is a shared responsibility.</w:t>
      </w:r>
    </w:p>
    <w:p w14:paraId="3301FFB9"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If users experience or witness behaviour that is inconsistent with these Community Guidelines, they are encouraged to raise their concerns promptly and responsibly.</w:t>
      </w:r>
    </w:p>
    <w:p w14:paraId="6EBC3931"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Early reporting allows concerns to be considered fairly and helps My Sports Coach maintain a positive environment for everyone.</w:t>
      </w:r>
    </w:p>
    <w:p w14:paraId="45EAF699" w14:textId="77777777" w:rsidR="005A03C2" w:rsidRPr="005A03C2" w:rsidRDefault="00000000" w:rsidP="005A03C2">
      <w:r>
        <w:pict w14:anchorId="4DA77C75">
          <v:rect id="_x0000_i1097" style="width:0;height:1.5pt" o:hralign="center" o:hrstd="t" o:hr="t" fillcolor="#a0a0a0" stroked="f"/>
        </w:pict>
      </w:r>
    </w:p>
    <w:p w14:paraId="620337B4" w14:textId="77777777" w:rsidR="005A03C2" w:rsidRPr="005A03C2" w:rsidRDefault="005A03C2" w:rsidP="005A03C2">
      <w:pPr>
        <w:pStyle w:val="Heading2"/>
        <w:rPr>
          <w:rFonts w:asciiTheme="minorHAnsi" w:hAnsiTheme="minorHAnsi"/>
          <w:sz w:val="22"/>
          <w:szCs w:val="22"/>
        </w:rPr>
      </w:pPr>
      <w:bookmarkStart w:id="81" w:name="_Toc237248514"/>
      <w:r w:rsidRPr="005A03C2">
        <w:rPr>
          <w:rFonts w:asciiTheme="minorHAnsi" w:hAnsiTheme="minorHAnsi"/>
          <w:sz w:val="22"/>
          <w:szCs w:val="22"/>
        </w:rPr>
        <w:t>9.1 Reporting Concerns</w:t>
      </w:r>
      <w:bookmarkEnd w:id="81"/>
    </w:p>
    <w:p w14:paraId="307CD25A"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Users are encouraged to report behaviour that may:</w:t>
      </w:r>
    </w:p>
    <w:p w14:paraId="3F9E97FE" w14:textId="77777777" w:rsidR="005A03C2" w:rsidRPr="005A03C2" w:rsidRDefault="005A03C2" w:rsidP="005A03C2">
      <w:pPr>
        <w:numPr>
          <w:ilvl w:val="0"/>
          <w:numId w:val="303"/>
        </w:numPr>
        <w:spacing w:before="100" w:beforeAutospacing="1" w:after="100" w:afterAutospacing="1" w:line="240" w:lineRule="auto"/>
      </w:pPr>
      <w:r w:rsidRPr="005A03C2">
        <w:t xml:space="preserve">breach these Community Guidelines; </w:t>
      </w:r>
    </w:p>
    <w:p w14:paraId="4239C82F" w14:textId="77777777" w:rsidR="005A03C2" w:rsidRPr="005A03C2" w:rsidRDefault="005A03C2" w:rsidP="005A03C2">
      <w:pPr>
        <w:numPr>
          <w:ilvl w:val="0"/>
          <w:numId w:val="303"/>
        </w:numPr>
        <w:spacing w:before="100" w:beforeAutospacing="1" w:after="100" w:afterAutospacing="1" w:line="240" w:lineRule="auto"/>
      </w:pPr>
      <w:r w:rsidRPr="005A03C2">
        <w:t xml:space="preserve">breach the Terms &amp; Conditions; </w:t>
      </w:r>
    </w:p>
    <w:p w14:paraId="3DC195E8" w14:textId="77777777" w:rsidR="005A03C2" w:rsidRPr="005A03C2" w:rsidRDefault="005A03C2" w:rsidP="005A03C2">
      <w:pPr>
        <w:numPr>
          <w:ilvl w:val="0"/>
          <w:numId w:val="303"/>
        </w:numPr>
        <w:spacing w:before="100" w:beforeAutospacing="1" w:after="100" w:afterAutospacing="1" w:line="240" w:lineRule="auto"/>
      </w:pPr>
      <w:r w:rsidRPr="005A03C2">
        <w:t xml:space="preserve">create a safeguarding concern; </w:t>
      </w:r>
    </w:p>
    <w:p w14:paraId="46A0AF29" w14:textId="77777777" w:rsidR="005A03C2" w:rsidRPr="005A03C2" w:rsidRDefault="005A03C2" w:rsidP="005A03C2">
      <w:pPr>
        <w:numPr>
          <w:ilvl w:val="0"/>
          <w:numId w:val="303"/>
        </w:numPr>
        <w:spacing w:before="100" w:beforeAutospacing="1" w:after="100" w:afterAutospacing="1" w:line="240" w:lineRule="auto"/>
      </w:pPr>
      <w:r w:rsidRPr="005A03C2">
        <w:t xml:space="preserve">involve harassment or discrimination; </w:t>
      </w:r>
    </w:p>
    <w:p w14:paraId="1D6C957B" w14:textId="77777777" w:rsidR="005A03C2" w:rsidRPr="005A03C2" w:rsidRDefault="005A03C2" w:rsidP="005A03C2">
      <w:pPr>
        <w:numPr>
          <w:ilvl w:val="0"/>
          <w:numId w:val="303"/>
        </w:numPr>
        <w:spacing w:before="100" w:beforeAutospacing="1" w:after="100" w:afterAutospacing="1" w:line="240" w:lineRule="auto"/>
      </w:pPr>
      <w:r w:rsidRPr="005A03C2">
        <w:t xml:space="preserve">involve misuse of the platform; </w:t>
      </w:r>
    </w:p>
    <w:p w14:paraId="69AF6480" w14:textId="77777777" w:rsidR="005A03C2" w:rsidRPr="005A03C2" w:rsidRDefault="005A03C2" w:rsidP="005A03C2">
      <w:pPr>
        <w:numPr>
          <w:ilvl w:val="0"/>
          <w:numId w:val="303"/>
        </w:numPr>
        <w:spacing w:before="100" w:beforeAutospacing="1" w:after="100" w:afterAutospacing="1" w:line="240" w:lineRule="auto"/>
      </w:pPr>
      <w:r w:rsidRPr="005A03C2">
        <w:t xml:space="preserve">place another individual at risk; or </w:t>
      </w:r>
    </w:p>
    <w:p w14:paraId="08AF7405" w14:textId="77777777" w:rsidR="005A03C2" w:rsidRPr="005A03C2" w:rsidRDefault="005A03C2" w:rsidP="005A03C2">
      <w:pPr>
        <w:numPr>
          <w:ilvl w:val="0"/>
          <w:numId w:val="303"/>
        </w:numPr>
        <w:spacing w:before="100" w:beforeAutospacing="1" w:after="100" w:afterAutospacing="1" w:line="240" w:lineRule="auto"/>
      </w:pPr>
      <w:r w:rsidRPr="005A03C2">
        <w:t xml:space="preserve">otherwise undermine the safety or integrity of the My Sports Coach community. </w:t>
      </w:r>
    </w:p>
    <w:p w14:paraId="4E029E69"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Reports should be made using the contact details or reporting procedures published by My Sports Coach.</w:t>
      </w:r>
    </w:p>
    <w:p w14:paraId="5583FDA2" w14:textId="77777777" w:rsidR="005A03C2" w:rsidRPr="005A03C2" w:rsidRDefault="00000000" w:rsidP="005A03C2">
      <w:r>
        <w:pict w14:anchorId="2D5E6188">
          <v:rect id="_x0000_i1098" style="width:0;height:1.5pt" o:hralign="center" o:hrstd="t" o:hr="t" fillcolor="#a0a0a0" stroked="f"/>
        </w:pict>
      </w:r>
    </w:p>
    <w:p w14:paraId="43A60160" w14:textId="77777777" w:rsidR="005A03C2" w:rsidRPr="005A03C2" w:rsidRDefault="005A03C2" w:rsidP="005A03C2">
      <w:pPr>
        <w:pStyle w:val="Heading2"/>
        <w:rPr>
          <w:rFonts w:asciiTheme="minorHAnsi" w:hAnsiTheme="minorHAnsi"/>
          <w:sz w:val="22"/>
          <w:szCs w:val="22"/>
        </w:rPr>
      </w:pPr>
      <w:bookmarkStart w:id="82" w:name="_Toc237248515"/>
      <w:r w:rsidRPr="005A03C2">
        <w:rPr>
          <w:rFonts w:asciiTheme="minorHAnsi" w:hAnsiTheme="minorHAnsi"/>
          <w:sz w:val="22"/>
          <w:szCs w:val="22"/>
        </w:rPr>
        <w:lastRenderedPageBreak/>
        <w:t>9.2 Good Faith Reporting</w:t>
      </w:r>
      <w:bookmarkEnd w:id="82"/>
    </w:p>
    <w:p w14:paraId="528F8B54"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My Sports Coach encourages users to raise concerns honestly and responsibly.</w:t>
      </w:r>
    </w:p>
    <w:p w14:paraId="67E0EBFB"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Individuals who report concerns in good faith will be treated respectfully, even where an investigation concludes that no breach has occurred.</w:t>
      </w:r>
    </w:p>
    <w:p w14:paraId="3AC9ED8D"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Users should avoid making complaints or reports that they know to be false, misleading or malicious.</w:t>
      </w:r>
    </w:p>
    <w:p w14:paraId="6FAB0D3E" w14:textId="77777777" w:rsidR="005A03C2" w:rsidRPr="005A03C2" w:rsidRDefault="00000000" w:rsidP="005A03C2">
      <w:r>
        <w:pict w14:anchorId="18D06DC2">
          <v:rect id="_x0000_i1099" style="width:0;height:1.5pt" o:hralign="center" o:hrstd="t" o:hr="t" fillcolor="#a0a0a0" stroked="f"/>
        </w:pict>
      </w:r>
    </w:p>
    <w:p w14:paraId="1027E742" w14:textId="77777777" w:rsidR="005A03C2" w:rsidRPr="005A03C2" w:rsidRDefault="005A03C2" w:rsidP="005A03C2">
      <w:pPr>
        <w:pStyle w:val="Heading2"/>
        <w:rPr>
          <w:rFonts w:asciiTheme="minorHAnsi" w:hAnsiTheme="minorHAnsi"/>
          <w:sz w:val="22"/>
          <w:szCs w:val="22"/>
        </w:rPr>
      </w:pPr>
      <w:bookmarkStart w:id="83" w:name="_Toc237248516"/>
      <w:r w:rsidRPr="005A03C2">
        <w:rPr>
          <w:rFonts w:asciiTheme="minorHAnsi" w:hAnsiTheme="minorHAnsi"/>
          <w:sz w:val="22"/>
          <w:szCs w:val="22"/>
        </w:rPr>
        <w:t>9.3 Assessment of Concerns</w:t>
      </w:r>
      <w:bookmarkEnd w:id="83"/>
    </w:p>
    <w:p w14:paraId="65DF7975"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When a report is received, My Sports Coach may:</w:t>
      </w:r>
    </w:p>
    <w:p w14:paraId="49437D55" w14:textId="77777777" w:rsidR="005A03C2" w:rsidRPr="005A03C2" w:rsidRDefault="005A03C2" w:rsidP="005A03C2">
      <w:pPr>
        <w:numPr>
          <w:ilvl w:val="0"/>
          <w:numId w:val="304"/>
        </w:numPr>
        <w:spacing w:before="100" w:beforeAutospacing="1" w:after="100" w:afterAutospacing="1" w:line="240" w:lineRule="auto"/>
      </w:pPr>
      <w:r w:rsidRPr="005A03C2">
        <w:t xml:space="preserve">review the information provided; </w:t>
      </w:r>
    </w:p>
    <w:p w14:paraId="3D2BFB13" w14:textId="77777777" w:rsidR="005A03C2" w:rsidRPr="005A03C2" w:rsidRDefault="005A03C2" w:rsidP="005A03C2">
      <w:pPr>
        <w:numPr>
          <w:ilvl w:val="0"/>
          <w:numId w:val="304"/>
        </w:numPr>
        <w:spacing w:before="100" w:beforeAutospacing="1" w:after="100" w:afterAutospacing="1" w:line="240" w:lineRule="auto"/>
      </w:pPr>
      <w:r w:rsidRPr="005A03C2">
        <w:t xml:space="preserve">request additional information where appropriate; </w:t>
      </w:r>
    </w:p>
    <w:p w14:paraId="5B4BCF88" w14:textId="77777777" w:rsidR="005A03C2" w:rsidRPr="005A03C2" w:rsidRDefault="005A03C2" w:rsidP="005A03C2">
      <w:pPr>
        <w:numPr>
          <w:ilvl w:val="0"/>
          <w:numId w:val="304"/>
        </w:numPr>
        <w:spacing w:before="100" w:beforeAutospacing="1" w:after="100" w:afterAutospacing="1" w:line="240" w:lineRule="auto"/>
      </w:pPr>
      <w:r w:rsidRPr="005A03C2">
        <w:t xml:space="preserve">consider whether another policy applies; </w:t>
      </w:r>
    </w:p>
    <w:p w14:paraId="06658720" w14:textId="77777777" w:rsidR="005A03C2" w:rsidRPr="005A03C2" w:rsidRDefault="005A03C2" w:rsidP="005A03C2">
      <w:pPr>
        <w:numPr>
          <w:ilvl w:val="0"/>
          <w:numId w:val="304"/>
        </w:numPr>
        <w:spacing w:before="100" w:beforeAutospacing="1" w:after="100" w:afterAutospacing="1" w:line="240" w:lineRule="auto"/>
      </w:pPr>
      <w:r w:rsidRPr="005A03C2">
        <w:t xml:space="preserve">determine whether further investigation is necessary; and </w:t>
      </w:r>
    </w:p>
    <w:p w14:paraId="7FFD8D9E" w14:textId="77777777" w:rsidR="005A03C2" w:rsidRPr="005A03C2" w:rsidRDefault="005A03C2" w:rsidP="005A03C2">
      <w:pPr>
        <w:numPr>
          <w:ilvl w:val="0"/>
          <w:numId w:val="304"/>
        </w:numPr>
        <w:spacing w:before="100" w:beforeAutospacing="1" w:after="100" w:afterAutospacing="1" w:line="240" w:lineRule="auto"/>
      </w:pPr>
      <w:r w:rsidRPr="005A03C2">
        <w:t xml:space="preserve">decide upon the most appropriate course of action. </w:t>
      </w:r>
    </w:p>
    <w:p w14:paraId="3D2EF30A"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Every concern will be considered on its own individual circumstances.</w:t>
      </w:r>
    </w:p>
    <w:p w14:paraId="4D2E9E39" w14:textId="77777777" w:rsidR="005A03C2" w:rsidRPr="005A03C2" w:rsidRDefault="00000000" w:rsidP="005A03C2">
      <w:r>
        <w:pict w14:anchorId="0F0F6CAB">
          <v:rect id="_x0000_i1100" style="width:0;height:1.5pt" o:hralign="center" o:hrstd="t" o:hr="t" fillcolor="#a0a0a0" stroked="f"/>
        </w:pict>
      </w:r>
    </w:p>
    <w:p w14:paraId="1078D783" w14:textId="77777777" w:rsidR="005A03C2" w:rsidRPr="005A03C2" w:rsidRDefault="005A03C2" w:rsidP="005A03C2">
      <w:pPr>
        <w:pStyle w:val="Heading2"/>
        <w:rPr>
          <w:rFonts w:asciiTheme="minorHAnsi" w:hAnsiTheme="minorHAnsi"/>
          <w:sz w:val="22"/>
          <w:szCs w:val="22"/>
        </w:rPr>
      </w:pPr>
      <w:bookmarkStart w:id="84" w:name="_Toc237248517"/>
      <w:r w:rsidRPr="005A03C2">
        <w:rPr>
          <w:rFonts w:asciiTheme="minorHAnsi" w:hAnsiTheme="minorHAnsi"/>
          <w:sz w:val="22"/>
          <w:szCs w:val="22"/>
        </w:rPr>
        <w:t>9.4 Fairness</w:t>
      </w:r>
      <w:bookmarkEnd w:id="84"/>
    </w:p>
    <w:p w14:paraId="06F07829"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My Sports Coach is committed to treating everyone involved fairly.</w:t>
      </w:r>
    </w:p>
    <w:p w14:paraId="523E7FE1"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This means we aim to:</w:t>
      </w:r>
    </w:p>
    <w:p w14:paraId="42BCC36A" w14:textId="77777777" w:rsidR="005A03C2" w:rsidRPr="005A03C2" w:rsidRDefault="005A03C2" w:rsidP="005A03C2">
      <w:pPr>
        <w:numPr>
          <w:ilvl w:val="0"/>
          <w:numId w:val="305"/>
        </w:numPr>
        <w:spacing w:before="100" w:beforeAutospacing="1" w:after="100" w:afterAutospacing="1" w:line="240" w:lineRule="auto"/>
      </w:pPr>
      <w:r w:rsidRPr="005A03C2">
        <w:t xml:space="preserve">consider all relevant information; </w:t>
      </w:r>
    </w:p>
    <w:p w14:paraId="5EA189D4" w14:textId="77777777" w:rsidR="005A03C2" w:rsidRPr="005A03C2" w:rsidRDefault="005A03C2" w:rsidP="005A03C2">
      <w:pPr>
        <w:numPr>
          <w:ilvl w:val="0"/>
          <w:numId w:val="305"/>
        </w:numPr>
        <w:spacing w:before="100" w:beforeAutospacing="1" w:after="100" w:afterAutospacing="1" w:line="240" w:lineRule="auto"/>
      </w:pPr>
      <w:r w:rsidRPr="005A03C2">
        <w:t xml:space="preserve">avoid making assumptions; </w:t>
      </w:r>
    </w:p>
    <w:p w14:paraId="76317F6D" w14:textId="77777777" w:rsidR="005A03C2" w:rsidRPr="005A03C2" w:rsidRDefault="005A03C2" w:rsidP="005A03C2">
      <w:pPr>
        <w:numPr>
          <w:ilvl w:val="0"/>
          <w:numId w:val="305"/>
        </w:numPr>
        <w:spacing w:before="100" w:beforeAutospacing="1" w:after="100" w:afterAutospacing="1" w:line="240" w:lineRule="auto"/>
      </w:pPr>
      <w:r w:rsidRPr="005A03C2">
        <w:t xml:space="preserve">act proportionately; </w:t>
      </w:r>
    </w:p>
    <w:p w14:paraId="63F26AA3" w14:textId="77777777" w:rsidR="005A03C2" w:rsidRPr="005A03C2" w:rsidRDefault="005A03C2" w:rsidP="005A03C2">
      <w:pPr>
        <w:numPr>
          <w:ilvl w:val="0"/>
          <w:numId w:val="305"/>
        </w:numPr>
        <w:spacing w:before="100" w:beforeAutospacing="1" w:after="100" w:afterAutospacing="1" w:line="240" w:lineRule="auto"/>
      </w:pPr>
      <w:r w:rsidRPr="005A03C2">
        <w:t xml:space="preserve">respect confidentiality where appropriate; and </w:t>
      </w:r>
    </w:p>
    <w:p w14:paraId="65F1DABC" w14:textId="77777777" w:rsidR="005A03C2" w:rsidRPr="005A03C2" w:rsidRDefault="005A03C2" w:rsidP="005A03C2">
      <w:pPr>
        <w:numPr>
          <w:ilvl w:val="0"/>
          <w:numId w:val="305"/>
        </w:numPr>
        <w:spacing w:before="100" w:beforeAutospacing="1" w:after="100" w:afterAutospacing="1" w:line="240" w:lineRule="auto"/>
      </w:pPr>
      <w:r w:rsidRPr="005A03C2">
        <w:t xml:space="preserve">apply our policies consistently. </w:t>
      </w:r>
    </w:p>
    <w:p w14:paraId="0A61513E"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The submission of a report does not automatically mean that a breach has occurred.</w:t>
      </w:r>
    </w:p>
    <w:p w14:paraId="52765D10" w14:textId="77777777" w:rsidR="005A03C2" w:rsidRPr="005A03C2" w:rsidRDefault="00000000" w:rsidP="005A03C2">
      <w:r>
        <w:pict w14:anchorId="5DC890A5">
          <v:rect id="_x0000_i1101" style="width:0;height:1.5pt" o:hralign="center" o:hrstd="t" o:hr="t" fillcolor="#a0a0a0" stroked="f"/>
        </w:pict>
      </w:r>
    </w:p>
    <w:p w14:paraId="21DD08BB" w14:textId="77777777" w:rsidR="005A03C2" w:rsidRPr="005A03C2" w:rsidRDefault="005A03C2" w:rsidP="005A03C2">
      <w:pPr>
        <w:pStyle w:val="Heading2"/>
        <w:rPr>
          <w:rFonts w:asciiTheme="minorHAnsi" w:hAnsiTheme="minorHAnsi"/>
          <w:sz w:val="22"/>
          <w:szCs w:val="22"/>
        </w:rPr>
      </w:pPr>
      <w:bookmarkStart w:id="85" w:name="_Toc237248518"/>
      <w:r w:rsidRPr="005A03C2">
        <w:rPr>
          <w:rFonts w:asciiTheme="minorHAnsi" w:hAnsiTheme="minorHAnsi"/>
          <w:sz w:val="22"/>
          <w:szCs w:val="22"/>
        </w:rPr>
        <w:t>9.5 Possible Action</w:t>
      </w:r>
      <w:bookmarkEnd w:id="85"/>
    </w:p>
    <w:p w14:paraId="37A4A036"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Where a breach of these Community Guidelines or other My Sports Coach policies is identified, appropriate action may be taken.</w:t>
      </w:r>
    </w:p>
    <w:p w14:paraId="41A30CE3"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Depending on the circumstances, this may include:</w:t>
      </w:r>
    </w:p>
    <w:p w14:paraId="27322F11" w14:textId="77777777" w:rsidR="005A03C2" w:rsidRPr="005A03C2" w:rsidRDefault="005A03C2" w:rsidP="005A03C2">
      <w:pPr>
        <w:numPr>
          <w:ilvl w:val="0"/>
          <w:numId w:val="306"/>
        </w:numPr>
        <w:spacing w:before="100" w:beforeAutospacing="1" w:after="100" w:afterAutospacing="1" w:line="240" w:lineRule="auto"/>
      </w:pPr>
      <w:r w:rsidRPr="005A03C2">
        <w:t xml:space="preserve">providing guidance; </w:t>
      </w:r>
    </w:p>
    <w:p w14:paraId="4B446768" w14:textId="77777777" w:rsidR="005A03C2" w:rsidRPr="005A03C2" w:rsidRDefault="005A03C2" w:rsidP="005A03C2">
      <w:pPr>
        <w:numPr>
          <w:ilvl w:val="0"/>
          <w:numId w:val="306"/>
        </w:numPr>
        <w:spacing w:before="100" w:beforeAutospacing="1" w:after="100" w:afterAutospacing="1" w:line="240" w:lineRule="auto"/>
      </w:pPr>
      <w:r w:rsidRPr="005A03C2">
        <w:t xml:space="preserve">requesting corrective action; </w:t>
      </w:r>
    </w:p>
    <w:p w14:paraId="1A3FDE85" w14:textId="77777777" w:rsidR="005A03C2" w:rsidRPr="005A03C2" w:rsidRDefault="005A03C2" w:rsidP="005A03C2">
      <w:pPr>
        <w:numPr>
          <w:ilvl w:val="0"/>
          <w:numId w:val="306"/>
        </w:numPr>
        <w:spacing w:before="100" w:beforeAutospacing="1" w:after="100" w:afterAutospacing="1" w:line="240" w:lineRule="auto"/>
      </w:pPr>
      <w:r w:rsidRPr="005A03C2">
        <w:lastRenderedPageBreak/>
        <w:t xml:space="preserve">issuing a warning; </w:t>
      </w:r>
    </w:p>
    <w:p w14:paraId="1F4850B6" w14:textId="77777777" w:rsidR="005A03C2" w:rsidRPr="005A03C2" w:rsidRDefault="005A03C2" w:rsidP="005A03C2">
      <w:pPr>
        <w:numPr>
          <w:ilvl w:val="0"/>
          <w:numId w:val="306"/>
        </w:numPr>
        <w:spacing w:before="100" w:beforeAutospacing="1" w:after="100" w:afterAutospacing="1" w:line="240" w:lineRule="auto"/>
      </w:pPr>
      <w:r w:rsidRPr="005A03C2">
        <w:t xml:space="preserve">removing content; </w:t>
      </w:r>
    </w:p>
    <w:p w14:paraId="344D1907" w14:textId="77777777" w:rsidR="005A03C2" w:rsidRPr="005A03C2" w:rsidRDefault="005A03C2" w:rsidP="005A03C2">
      <w:pPr>
        <w:numPr>
          <w:ilvl w:val="0"/>
          <w:numId w:val="306"/>
        </w:numPr>
        <w:spacing w:before="100" w:beforeAutospacing="1" w:after="100" w:afterAutospacing="1" w:line="240" w:lineRule="auto"/>
      </w:pPr>
      <w:r w:rsidRPr="005A03C2">
        <w:t xml:space="preserve">restricting platform features; </w:t>
      </w:r>
    </w:p>
    <w:p w14:paraId="0CC60341" w14:textId="77777777" w:rsidR="005A03C2" w:rsidRPr="005A03C2" w:rsidRDefault="005A03C2" w:rsidP="005A03C2">
      <w:pPr>
        <w:numPr>
          <w:ilvl w:val="0"/>
          <w:numId w:val="306"/>
        </w:numPr>
        <w:spacing w:before="100" w:beforeAutospacing="1" w:after="100" w:afterAutospacing="1" w:line="240" w:lineRule="auto"/>
      </w:pPr>
      <w:r w:rsidRPr="005A03C2">
        <w:t xml:space="preserve">suspending an account; </w:t>
      </w:r>
    </w:p>
    <w:p w14:paraId="237782B2" w14:textId="77777777" w:rsidR="005A03C2" w:rsidRPr="005A03C2" w:rsidRDefault="005A03C2" w:rsidP="005A03C2">
      <w:pPr>
        <w:numPr>
          <w:ilvl w:val="0"/>
          <w:numId w:val="306"/>
        </w:numPr>
        <w:spacing w:before="100" w:beforeAutospacing="1" w:after="100" w:afterAutospacing="1" w:line="240" w:lineRule="auto"/>
      </w:pPr>
      <w:r w:rsidRPr="005A03C2">
        <w:t xml:space="preserve">terminating an account; or </w:t>
      </w:r>
    </w:p>
    <w:p w14:paraId="3ADDB557" w14:textId="77777777" w:rsidR="005A03C2" w:rsidRPr="005A03C2" w:rsidRDefault="005A03C2" w:rsidP="005A03C2">
      <w:pPr>
        <w:numPr>
          <w:ilvl w:val="0"/>
          <w:numId w:val="306"/>
        </w:numPr>
        <w:spacing w:before="100" w:beforeAutospacing="1" w:after="100" w:afterAutospacing="1" w:line="240" w:lineRule="auto"/>
      </w:pPr>
      <w:r w:rsidRPr="005A03C2">
        <w:t xml:space="preserve">taking any other reasonable action permitted under the Terms &amp; Conditions. </w:t>
      </w:r>
    </w:p>
    <w:p w14:paraId="668299CD"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Any action taken will be proportionate to the circumstances.</w:t>
      </w:r>
    </w:p>
    <w:p w14:paraId="3B534D73" w14:textId="77777777" w:rsidR="005A03C2" w:rsidRPr="005A03C2" w:rsidRDefault="00000000" w:rsidP="005A03C2">
      <w:r>
        <w:pict w14:anchorId="7261F071">
          <v:rect id="_x0000_i1102" style="width:0;height:1.5pt" o:hralign="center" o:hrstd="t" o:hr="t" fillcolor="#a0a0a0" stroked="f"/>
        </w:pict>
      </w:r>
    </w:p>
    <w:p w14:paraId="05CF17E9" w14:textId="77777777" w:rsidR="005A03C2" w:rsidRPr="005A03C2" w:rsidRDefault="005A03C2" w:rsidP="005A03C2">
      <w:pPr>
        <w:pStyle w:val="Heading2"/>
        <w:rPr>
          <w:rFonts w:asciiTheme="minorHAnsi" w:hAnsiTheme="minorHAnsi"/>
          <w:sz w:val="22"/>
          <w:szCs w:val="22"/>
        </w:rPr>
      </w:pPr>
      <w:bookmarkStart w:id="86" w:name="_Toc237248519"/>
      <w:r w:rsidRPr="005A03C2">
        <w:rPr>
          <w:rFonts w:asciiTheme="minorHAnsi" w:hAnsiTheme="minorHAnsi"/>
          <w:sz w:val="22"/>
          <w:szCs w:val="22"/>
        </w:rPr>
        <w:t>9.6 Safeguarding and Serious Concerns</w:t>
      </w:r>
      <w:bookmarkEnd w:id="86"/>
    </w:p>
    <w:p w14:paraId="74D50508"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Concerns involving the welfare or safety of children, young people or adults at risk will normally be managed in accordance with the My Sports Coach Safeguarding Policy.</w:t>
      </w:r>
    </w:p>
    <w:p w14:paraId="2B2EF75F"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Where appropriate, My Sports Coach may refer safeguarding matters to the relevant safeguarding authorities or law enforcement agencies.</w:t>
      </w:r>
    </w:p>
    <w:p w14:paraId="43D4CDE7"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The safety and wellbeing of individuals will always take priority.</w:t>
      </w:r>
    </w:p>
    <w:p w14:paraId="55EC0151" w14:textId="77777777" w:rsidR="005A03C2" w:rsidRPr="005A03C2" w:rsidRDefault="00000000" w:rsidP="005A03C2">
      <w:r>
        <w:pict w14:anchorId="32520B79">
          <v:rect id="_x0000_i1103" style="width:0;height:1.5pt" o:hralign="center" o:hrstd="t" o:hr="t" fillcolor="#a0a0a0" stroked="f"/>
        </w:pict>
      </w:r>
    </w:p>
    <w:p w14:paraId="59FB5791" w14:textId="77777777" w:rsidR="005A03C2" w:rsidRPr="005A03C2" w:rsidRDefault="005A03C2" w:rsidP="005A03C2">
      <w:pPr>
        <w:pStyle w:val="Heading2"/>
        <w:rPr>
          <w:rFonts w:asciiTheme="minorHAnsi" w:hAnsiTheme="minorHAnsi"/>
          <w:sz w:val="22"/>
          <w:szCs w:val="22"/>
        </w:rPr>
      </w:pPr>
      <w:bookmarkStart w:id="87" w:name="_Toc237248520"/>
      <w:r w:rsidRPr="005A03C2">
        <w:rPr>
          <w:rFonts w:asciiTheme="minorHAnsi" w:hAnsiTheme="minorHAnsi"/>
          <w:sz w:val="22"/>
          <w:szCs w:val="22"/>
        </w:rPr>
        <w:t>9.7 Respecting the Process</w:t>
      </w:r>
      <w:bookmarkEnd w:id="87"/>
    </w:p>
    <w:p w14:paraId="1A5B3909"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Users should allow My Sports Coach to consider reports fairly and objectively.</w:t>
      </w:r>
    </w:p>
    <w:p w14:paraId="38A7BC34"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During any review or investigation, users are expected to:</w:t>
      </w:r>
    </w:p>
    <w:p w14:paraId="15EBD7A2" w14:textId="77777777" w:rsidR="005A03C2" w:rsidRPr="005A03C2" w:rsidRDefault="005A03C2" w:rsidP="005A03C2">
      <w:pPr>
        <w:numPr>
          <w:ilvl w:val="0"/>
          <w:numId w:val="307"/>
        </w:numPr>
        <w:spacing w:before="100" w:beforeAutospacing="1" w:after="100" w:afterAutospacing="1" w:line="240" w:lineRule="auto"/>
      </w:pPr>
      <w:r w:rsidRPr="005A03C2">
        <w:t xml:space="preserve">cooperate where appropriate; </w:t>
      </w:r>
    </w:p>
    <w:p w14:paraId="13BC12EF" w14:textId="77777777" w:rsidR="005A03C2" w:rsidRPr="005A03C2" w:rsidRDefault="005A03C2" w:rsidP="005A03C2">
      <w:pPr>
        <w:numPr>
          <w:ilvl w:val="0"/>
          <w:numId w:val="307"/>
        </w:numPr>
        <w:spacing w:before="100" w:beforeAutospacing="1" w:after="100" w:afterAutospacing="1" w:line="240" w:lineRule="auto"/>
      </w:pPr>
      <w:r w:rsidRPr="005A03C2">
        <w:t xml:space="preserve">provide accurate information; </w:t>
      </w:r>
    </w:p>
    <w:p w14:paraId="312F0D54" w14:textId="77777777" w:rsidR="005A03C2" w:rsidRPr="005A03C2" w:rsidRDefault="005A03C2" w:rsidP="005A03C2">
      <w:pPr>
        <w:numPr>
          <w:ilvl w:val="0"/>
          <w:numId w:val="307"/>
        </w:numPr>
        <w:spacing w:before="100" w:beforeAutospacing="1" w:after="100" w:afterAutospacing="1" w:line="240" w:lineRule="auto"/>
      </w:pPr>
      <w:r w:rsidRPr="005A03C2">
        <w:t xml:space="preserve">avoid harassing other users; </w:t>
      </w:r>
    </w:p>
    <w:p w14:paraId="751F1353" w14:textId="77777777" w:rsidR="005A03C2" w:rsidRPr="005A03C2" w:rsidRDefault="005A03C2" w:rsidP="005A03C2">
      <w:pPr>
        <w:numPr>
          <w:ilvl w:val="0"/>
          <w:numId w:val="307"/>
        </w:numPr>
        <w:spacing w:before="100" w:beforeAutospacing="1" w:after="100" w:afterAutospacing="1" w:line="240" w:lineRule="auto"/>
      </w:pPr>
      <w:r w:rsidRPr="005A03C2">
        <w:t xml:space="preserve">avoid publishing misleading information about ongoing matters; and </w:t>
      </w:r>
    </w:p>
    <w:p w14:paraId="44353FC1" w14:textId="77777777" w:rsidR="005A03C2" w:rsidRPr="005A03C2" w:rsidRDefault="005A03C2" w:rsidP="005A03C2">
      <w:pPr>
        <w:numPr>
          <w:ilvl w:val="0"/>
          <w:numId w:val="307"/>
        </w:numPr>
        <w:spacing w:before="100" w:beforeAutospacing="1" w:after="100" w:afterAutospacing="1" w:line="240" w:lineRule="auto"/>
      </w:pPr>
      <w:r w:rsidRPr="005A03C2">
        <w:t xml:space="preserve">respect the confidentiality of the process where appropriate. </w:t>
      </w:r>
    </w:p>
    <w:p w14:paraId="49DB9878"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Respecting the process helps ensure that concerns can be managed fairly.</w:t>
      </w:r>
    </w:p>
    <w:p w14:paraId="087506C5" w14:textId="77777777" w:rsidR="005A03C2" w:rsidRPr="005A03C2" w:rsidRDefault="00000000" w:rsidP="005A03C2">
      <w:r>
        <w:pict w14:anchorId="108EF481">
          <v:rect id="_x0000_i1104" style="width:0;height:1.5pt" o:hralign="center" o:hrstd="t" o:hr="t" fillcolor="#a0a0a0" stroked="f"/>
        </w:pict>
      </w:r>
    </w:p>
    <w:p w14:paraId="0C915882" w14:textId="77777777" w:rsidR="005A03C2" w:rsidRPr="005A03C2" w:rsidRDefault="005A03C2" w:rsidP="005A03C2">
      <w:pPr>
        <w:pStyle w:val="Heading2"/>
        <w:rPr>
          <w:rFonts w:asciiTheme="minorHAnsi" w:hAnsiTheme="minorHAnsi"/>
          <w:sz w:val="22"/>
          <w:szCs w:val="22"/>
        </w:rPr>
      </w:pPr>
      <w:bookmarkStart w:id="88" w:name="_Toc237248521"/>
      <w:r w:rsidRPr="005A03C2">
        <w:rPr>
          <w:rFonts w:asciiTheme="minorHAnsi" w:hAnsiTheme="minorHAnsi"/>
          <w:sz w:val="22"/>
          <w:szCs w:val="22"/>
        </w:rPr>
        <w:t>9.8 Learning from Concerns</w:t>
      </w:r>
      <w:bookmarkEnd w:id="88"/>
    </w:p>
    <w:p w14:paraId="3EFD3BC2"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Concerns raised by users help My Sports Coach improve the platform.</w:t>
      </w:r>
    </w:p>
    <w:p w14:paraId="13EA54BA"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Where appropriate, information arising from reports may be used to:</w:t>
      </w:r>
    </w:p>
    <w:p w14:paraId="1FC10F7B" w14:textId="77777777" w:rsidR="005A03C2" w:rsidRPr="005A03C2" w:rsidRDefault="005A03C2" w:rsidP="005A03C2">
      <w:pPr>
        <w:numPr>
          <w:ilvl w:val="0"/>
          <w:numId w:val="308"/>
        </w:numPr>
        <w:spacing w:before="100" w:beforeAutospacing="1" w:after="100" w:afterAutospacing="1" w:line="240" w:lineRule="auto"/>
      </w:pPr>
      <w:r w:rsidRPr="005A03C2">
        <w:t xml:space="preserve">improve platform features; </w:t>
      </w:r>
    </w:p>
    <w:p w14:paraId="4C7BA618" w14:textId="77777777" w:rsidR="005A03C2" w:rsidRPr="005A03C2" w:rsidRDefault="005A03C2" w:rsidP="005A03C2">
      <w:pPr>
        <w:numPr>
          <w:ilvl w:val="0"/>
          <w:numId w:val="308"/>
        </w:numPr>
        <w:spacing w:before="100" w:beforeAutospacing="1" w:after="100" w:afterAutospacing="1" w:line="240" w:lineRule="auto"/>
      </w:pPr>
      <w:r w:rsidRPr="005A03C2">
        <w:t xml:space="preserve">strengthen community guidance; </w:t>
      </w:r>
    </w:p>
    <w:p w14:paraId="3E9FBA57" w14:textId="77777777" w:rsidR="005A03C2" w:rsidRPr="005A03C2" w:rsidRDefault="005A03C2" w:rsidP="005A03C2">
      <w:pPr>
        <w:numPr>
          <w:ilvl w:val="0"/>
          <w:numId w:val="308"/>
        </w:numPr>
        <w:spacing w:before="100" w:beforeAutospacing="1" w:after="100" w:afterAutospacing="1" w:line="240" w:lineRule="auto"/>
      </w:pPr>
      <w:r w:rsidRPr="005A03C2">
        <w:t xml:space="preserve">improve policies and procedures; </w:t>
      </w:r>
    </w:p>
    <w:p w14:paraId="10BC6A5C" w14:textId="77777777" w:rsidR="005A03C2" w:rsidRPr="005A03C2" w:rsidRDefault="005A03C2" w:rsidP="005A03C2">
      <w:pPr>
        <w:numPr>
          <w:ilvl w:val="0"/>
          <w:numId w:val="308"/>
        </w:numPr>
        <w:spacing w:before="100" w:beforeAutospacing="1" w:after="100" w:afterAutospacing="1" w:line="240" w:lineRule="auto"/>
      </w:pPr>
      <w:r w:rsidRPr="005A03C2">
        <w:t xml:space="preserve">identify emerging risks; </w:t>
      </w:r>
    </w:p>
    <w:p w14:paraId="2748FB3A" w14:textId="77777777" w:rsidR="005A03C2" w:rsidRPr="005A03C2" w:rsidRDefault="005A03C2" w:rsidP="005A03C2">
      <w:pPr>
        <w:numPr>
          <w:ilvl w:val="0"/>
          <w:numId w:val="308"/>
        </w:numPr>
        <w:spacing w:before="100" w:beforeAutospacing="1" w:after="100" w:afterAutospacing="1" w:line="240" w:lineRule="auto"/>
      </w:pPr>
      <w:r w:rsidRPr="005A03C2">
        <w:t xml:space="preserve">enhance user safety; and </w:t>
      </w:r>
    </w:p>
    <w:p w14:paraId="35DAB590" w14:textId="77777777" w:rsidR="005A03C2" w:rsidRPr="005A03C2" w:rsidRDefault="005A03C2" w:rsidP="005A03C2">
      <w:pPr>
        <w:numPr>
          <w:ilvl w:val="0"/>
          <w:numId w:val="308"/>
        </w:numPr>
        <w:spacing w:before="100" w:beforeAutospacing="1" w:after="100" w:afterAutospacing="1" w:line="240" w:lineRule="auto"/>
      </w:pPr>
      <w:r w:rsidRPr="005A03C2">
        <w:t xml:space="preserve">support continuous improvement. </w:t>
      </w:r>
    </w:p>
    <w:p w14:paraId="227438D2"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lastRenderedPageBreak/>
        <w:t>Where possible, learning activities will use anonymised information.</w:t>
      </w:r>
    </w:p>
    <w:p w14:paraId="5FB48C28" w14:textId="77777777" w:rsidR="005A03C2" w:rsidRPr="005A03C2" w:rsidRDefault="00000000" w:rsidP="005A03C2">
      <w:r>
        <w:pict w14:anchorId="5746C0A5">
          <v:rect id="_x0000_i1105" style="width:0;height:1.5pt" o:hralign="center" o:hrstd="t" o:hr="t" fillcolor="#a0a0a0" stroked="f"/>
        </w:pict>
      </w:r>
    </w:p>
    <w:p w14:paraId="2C71B964" w14:textId="77777777" w:rsidR="005A03C2" w:rsidRPr="005A03C2" w:rsidRDefault="005A03C2" w:rsidP="005A03C2">
      <w:pPr>
        <w:pStyle w:val="Heading2"/>
        <w:rPr>
          <w:rFonts w:asciiTheme="minorHAnsi" w:hAnsiTheme="minorHAnsi"/>
          <w:sz w:val="22"/>
          <w:szCs w:val="22"/>
        </w:rPr>
      </w:pPr>
      <w:bookmarkStart w:id="89" w:name="_Toc237248522"/>
      <w:r w:rsidRPr="005A03C2">
        <w:rPr>
          <w:rFonts w:asciiTheme="minorHAnsi" w:hAnsiTheme="minorHAnsi"/>
          <w:sz w:val="22"/>
          <w:szCs w:val="22"/>
        </w:rPr>
        <w:t>9.9 Shared Responsibility</w:t>
      </w:r>
      <w:bookmarkEnd w:id="89"/>
    </w:p>
    <w:p w14:paraId="21E20985"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Creating a positive community depends upon everyone working together.</w:t>
      </w:r>
    </w:p>
    <w:p w14:paraId="77940523"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Every coach, participant, parent, guardian and organisation has a role to play in promoting respectful behaviour, supporting inclusion and helping maintain a safe environment.</w:t>
      </w:r>
    </w:p>
    <w:p w14:paraId="0495F70B"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By raising concerns responsibly and supporting one another, users help strengthen the My Sports Coach community.</w:t>
      </w:r>
    </w:p>
    <w:p w14:paraId="0833270F" w14:textId="77777777" w:rsidR="005A03C2" w:rsidRPr="005A03C2" w:rsidRDefault="00000000" w:rsidP="005A03C2">
      <w:r>
        <w:pict w14:anchorId="5059543B">
          <v:rect id="_x0000_i1106" style="width:0;height:1.5pt" o:hralign="center" o:hrstd="t" o:hr="t" fillcolor="#a0a0a0" stroked="f"/>
        </w:pict>
      </w:r>
    </w:p>
    <w:p w14:paraId="2D6E178F" w14:textId="77777777" w:rsidR="005A03C2" w:rsidRPr="005A03C2" w:rsidRDefault="005A03C2" w:rsidP="005A03C2">
      <w:pPr>
        <w:pStyle w:val="Heading2"/>
        <w:rPr>
          <w:rFonts w:asciiTheme="minorHAnsi" w:hAnsiTheme="minorHAnsi"/>
          <w:sz w:val="22"/>
          <w:szCs w:val="22"/>
        </w:rPr>
      </w:pPr>
      <w:bookmarkStart w:id="90" w:name="_Toc237248523"/>
      <w:r w:rsidRPr="005A03C2">
        <w:rPr>
          <w:rFonts w:asciiTheme="minorHAnsi" w:hAnsiTheme="minorHAnsi"/>
          <w:sz w:val="22"/>
          <w:szCs w:val="22"/>
        </w:rPr>
        <w:t>9.10 Our Commitment</w:t>
      </w:r>
      <w:bookmarkEnd w:id="90"/>
    </w:p>
    <w:p w14:paraId="738A89C2"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My Sports Coach is committed to maintaining a community where concerns are treated seriously, users are treated fairly and action is taken proportionately where standards are not met.</w:t>
      </w:r>
    </w:p>
    <w:p w14:paraId="24D3DC40"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By encouraging responsible reporting and applying these Community Guidelines consistently, we aim to maintain a trusted, welcoming and professional community for everyone.</w:t>
      </w:r>
    </w:p>
    <w:p w14:paraId="3D363420" w14:textId="77777777" w:rsidR="005A03C2" w:rsidRPr="005A03C2" w:rsidRDefault="005A03C2" w:rsidP="005A03C2">
      <w:pPr>
        <w:pStyle w:val="Heading1"/>
        <w:rPr>
          <w:rFonts w:asciiTheme="minorHAnsi" w:hAnsiTheme="minorHAnsi"/>
        </w:rPr>
      </w:pPr>
      <w:bookmarkStart w:id="91" w:name="_Toc237248524"/>
      <w:r w:rsidRPr="005A03C2">
        <w:rPr>
          <w:rFonts w:asciiTheme="minorHAnsi" w:hAnsiTheme="minorHAnsi"/>
        </w:rPr>
        <w:t>10. Review &amp; Continuous Improvement</w:t>
      </w:r>
      <w:bookmarkEnd w:id="91"/>
    </w:p>
    <w:p w14:paraId="637A748F"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My Sports Coach is committed to maintaining a positive, respectful and inclusive community.</w:t>
      </w:r>
    </w:p>
    <w:p w14:paraId="6BD66FFB"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As our platform, users and the wider sports coaching sector continue to develop, these Community Guidelines may be reviewed and updated to ensure they remain relevant, effective and aligned with recognised good practice.</w:t>
      </w:r>
    </w:p>
    <w:p w14:paraId="1C92EED1"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We believe that building a strong community is an ongoing process that depends upon listening to our users, learning from experience and continually improving the way our platform operates.</w:t>
      </w:r>
    </w:p>
    <w:p w14:paraId="4BE07A81" w14:textId="77777777" w:rsidR="005A03C2" w:rsidRPr="005A03C2" w:rsidRDefault="00000000" w:rsidP="005A03C2">
      <w:r>
        <w:pict w14:anchorId="5D7C3832">
          <v:rect id="_x0000_i1107" style="width:0;height:1.5pt" o:hralign="center" o:hrstd="t" o:hr="t" fillcolor="#a0a0a0" stroked="f"/>
        </w:pict>
      </w:r>
    </w:p>
    <w:p w14:paraId="7DC871A3" w14:textId="77777777" w:rsidR="005A03C2" w:rsidRPr="005A03C2" w:rsidRDefault="005A03C2" w:rsidP="005A03C2">
      <w:pPr>
        <w:pStyle w:val="Heading2"/>
        <w:rPr>
          <w:rFonts w:asciiTheme="minorHAnsi" w:hAnsiTheme="minorHAnsi"/>
          <w:sz w:val="22"/>
          <w:szCs w:val="22"/>
        </w:rPr>
      </w:pPr>
      <w:bookmarkStart w:id="92" w:name="_Toc237248525"/>
      <w:r w:rsidRPr="005A03C2">
        <w:rPr>
          <w:rFonts w:asciiTheme="minorHAnsi" w:hAnsiTheme="minorHAnsi"/>
          <w:sz w:val="22"/>
          <w:szCs w:val="22"/>
        </w:rPr>
        <w:t>10.1 Monitoring</w:t>
      </w:r>
      <w:bookmarkEnd w:id="92"/>
    </w:p>
    <w:p w14:paraId="0DBC850F"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My Sports Coach may monitor the effectiveness of these Community Guidelines by considering:</w:t>
      </w:r>
    </w:p>
    <w:p w14:paraId="14495A42" w14:textId="77777777" w:rsidR="005A03C2" w:rsidRPr="005A03C2" w:rsidRDefault="005A03C2" w:rsidP="005A03C2">
      <w:pPr>
        <w:numPr>
          <w:ilvl w:val="0"/>
          <w:numId w:val="309"/>
        </w:numPr>
        <w:spacing w:before="100" w:beforeAutospacing="1" w:after="100" w:afterAutospacing="1" w:line="240" w:lineRule="auto"/>
      </w:pPr>
      <w:r w:rsidRPr="005A03C2">
        <w:t xml:space="preserve">user feedback; </w:t>
      </w:r>
    </w:p>
    <w:p w14:paraId="5D18463B" w14:textId="77777777" w:rsidR="005A03C2" w:rsidRPr="005A03C2" w:rsidRDefault="005A03C2" w:rsidP="005A03C2">
      <w:pPr>
        <w:numPr>
          <w:ilvl w:val="0"/>
          <w:numId w:val="309"/>
        </w:numPr>
        <w:spacing w:before="100" w:beforeAutospacing="1" w:after="100" w:afterAutospacing="1" w:line="240" w:lineRule="auto"/>
      </w:pPr>
      <w:r w:rsidRPr="005A03C2">
        <w:t xml:space="preserve">community behaviour; </w:t>
      </w:r>
    </w:p>
    <w:p w14:paraId="074B1E61" w14:textId="77777777" w:rsidR="005A03C2" w:rsidRPr="005A03C2" w:rsidRDefault="005A03C2" w:rsidP="005A03C2">
      <w:pPr>
        <w:numPr>
          <w:ilvl w:val="0"/>
          <w:numId w:val="309"/>
        </w:numPr>
        <w:spacing w:before="100" w:beforeAutospacing="1" w:after="100" w:afterAutospacing="1" w:line="240" w:lineRule="auto"/>
      </w:pPr>
      <w:r w:rsidRPr="005A03C2">
        <w:t xml:space="preserve">reports submitted by users; </w:t>
      </w:r>
    </w:p>
    <w:p w14:paraId="67D913A7" w14:textId="77777777" w:rsidR="005A03C2" w:rsidRPr="005A03C2" w:rsidRDefault="005A03C2" w:rsidP="005A03C2">
      <w:pPr>
        <w:numPr>
          <w:ilvl w:val="0"/>
          <w:numId w:val="309"/>
        </w:numPr>
        <w:spacing w:before="100" w:beforeAutospacing="1" w:after="100" w:afterAutospacing="1" w:line="240" w:lineRule="auto"/>
      </w:pPr>
      <w:r w:rsidRPr="005A03C2">
        <w:t xml:space="preserve">complaint trends; </w:t>
      </w:r>
    </w:p>
    <w:p w14:paraId="0DD3D226" w14:textId="77777777" w:rsidR="005A03C2" w:rsidRPr="005A03C2" w:rsidRDefault="005A03C2" w:rsidP="005A03C2">
      <w:pPr>
        <w:numPr>
          <w:ilvl w:val="0"/>
          <w:numId w:val="309"/>
        </w:numPr>
        <w:spacing w:before="100" w:beforeAutospacing="1" w:after="100" w:afterAutospacing="1" w:line="240" w:lineRule="auto"/>
      </w:pPr>
      <w:r w:rsidRPr="005A03C2">
        <w:lastRenderedPageBreak/>
        <w:t xml:space="preserve">safeguarding developments; </w:t>
      </w:r>
    </w:p>
    <w:p w14:paraId="1231C58A" w14:textId="77777777" w:rsidR="005A03C2" w:rsidRPr="005A03C2" w:rsidRDefault="005A03C2" w:rsidP="005A03C2">
      <w:pPr>
        <w:numPr>
          <w:ilvl w:val="0"/>
          <w:numId w:val="309"/>
        </w:numPr>
        <w:spacing w:before="100" w:beforeAutospacing="1" w:after="100" w:afterAutospacing="1" w:line="240" w:lineRule="auto"/>
      </w:pPr>
      <w:r w:rsidRPr="005A03C2">
        <w:t xml:space="preserve">operational experience; and </w:t>
      </w:r>
    </w:p>
    <w:p w14:paraId="1A73E86C" w14:textId="77777777" w:rsidR="005A03C2" w:rsidRPr="005A03C2" w:rsidRDefault="005A03C2" w:rsidP="005A03C2">
      <w:pPr>
        <w:numPr>
          <w:ilvl w:val="0"/>
          <w:numId w:val="309"/>
        </w:numPr>
        <w:spacing w:before="100" w:beforeAutospacing="1" w:after="100" w:afterAutospacing="1" w:line="240" w:lineRule="auto"/>
      </w:pPr>
      <w:r w:rsidRPr="005A03C2">
        <w:t xml:space="preserve">improvements identified through platform governance. </w:t>
      </w:r>
    </w:p>
    <w:p w14:paraId="6BA82DEE"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Monitoring helps ensure that these guidelines continue to support a safe and welcoming community.</w:t>
      </w:r>
    </w:p>
    <w:p w14:paraId="2DF6F43B" w14:textId="77777777" w:rsidR="005A03C2" w:rsidRPr="005A03C2" w:rsidRDefault="00000000" w:rsidP="005A03C2">
      <w:r>
        <w:pict w14:anchorId="0184AE6F">
          <v:rect id="_x0000_i1108" style="width:0;height:1.5pt" o:hralign="center" o:hrstd="t" o:hr="t" fillcolor="#a0a0a0" stroked="f"/>
        </w:pict>
      </w:r>
    </w:p>
    <w:p w14:paraId="76043D25" w14:textId="77777777" w:rsidR="005A03C2" w:rsidRPr="005A03C2" w:rsidRDefault="005A03C2" w:rsidP="005A03C2">
      <w:pPr>
        <w:pStyle w:val="Heading2"/>
        <w:rPr>
          <w:rFonts w:asciiTheme="minorHAnsi" w:hAnsiTheme="minorHAnsi"/>
          <w:sz w:val="22"/>
          <w:szCs w:val="22"/>
        </w:rPr>
      </w:pPr>
      <w:bookmarkStart w:id="93" w:name="_Toc237248526"/>
      <w:r w:rsidRPr="005A03C2">
        <w:rPr>
          <w:rFonts w:asciiTheme="minorHAnsi" w:hAnsiTheme="minorHAnsi"/>
          <w:sz w:val="22"/>
          <w:szCs w:val="22"/>
        </w:rPr>
        <w:t>10.2 Continuous Improvement</w:t>
      </w:r>
      <w:bookmarkEnd w:id="93"/>
    </w:p>
    <w:p w14:paraId="1BAA99BF"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We are committed to continually improving the experience of everyone using My Sports Coach.</w:t>
      </w:r>
    </w:p>
    <w:p w14:paraId="7AD8FE0A"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This may include:</w:t>
      </w:r>
    </w:p>
    <w:p w14:paraId="7196B4AD" w14:textId="77777777" w:rsidR="005A03C2" w:rsidRPr="005A03C2" w:rsidRDefault="005A03C2" w:rsidP="005A03C2">
      <w:pPr>
        <w:numPr>
          <w:ilvl w:val="0"/>
          <w:numId w:val="310"/>
        </w:numPr>
        <w:spacing w:before="100" w:beforeAutospacing="1" w:after="100" w:afterAutospacing="1" w:line="240" w:lineRule="auto"/>
      </w:pPr>
      <w:r w:rsidRPr="005A03C2">
        <w:t xml:space="preserve">updating community guidance; </w:t>
      </w:r>
    </w:p>
    <w:p w14:paraId="3D9E322E" w14:textId="77777777" w:rsidR="005A03C2" w:rsidRPr="005A03C2" w:rsidRDefault="005A03C2" w:rsidP="005A03C2">
      <w:pPr>
        <w:numPr>
          <w:ilvl w:val="0"/>
          <w:numId w:val="310"/>
        </w:numPr>
        <w:spacing w:before="100" w:beforeAutospacing="1" w:after="100" w:afterAutospacing="1" w:line="240" w:lineRule="auto"/>
      </w:pPr>
      <w:r w:rsidRPr="005A03C2">
        <w:t xml:space="preserve">improving platform features; </w:t>
      </w:r>
    </w:p>
    <w:p w14:paraId="78F7E6C0" w14:textId="77777777" w:rsidR="005A03C2" w:rsidRPr="005A03C2" w:rsidRDefault="005A03C2" w:rsidP="005A03C2">
      <w:pPr>
        <w:numPr>
          <w:ilvl w:val="0"/>
          <w:numId w:val="310"/>
        </w:numPr>
        <w:spacing w:before="100" w:beforeAutospacing="1" w:after="100" w:afterAutospacing="1" w:line="240" w:lineRule="auto"/>
      </w:pPr>
      <w:r w:rsidRPr="005A03C2">
        <w:t xml:space="preserve">strengthening user support; </w:t>
      </w:r>
    </w:p>
    <w:p w14:paraId="595C3DFF" w14:textId="77777777" w:rsidR="005A03C2" w:rsidRPr="005A03C2" w:rsidRDefault="005A03C2" w:rsidP="005A03C2">
      <w:pPr>
        <w:numPr>
          <w:ilvl w:val="0"/>
          <w:numId w:val="310"/>
        </w:numPr>
        <w:spacing w:before="100" w:beforeAutospacing="1" w:after="100" w:afterAutospacing="1" w:line="240" w:lineRule="auto"/>
      </w:pPr>
      <w:r w:rsidRPr="005A03C2">
        <w:t xml:space="preserve">refining reporting processes; </w:t>
      </w:r>
    </w:p>
    <w:p w14:paraId="42C34F5B" w14:textId="77777777" w:rsidR="005A03C2" w:rsidRPr="005A03C2" w:rsidRDefault="005A03C2" w:rsidP="005A03C2">
      <w:pPr>
        <w:numPr>
          <w:ilvl w:val="0"/>
          <w:numId w:val="310"/>
        </w:numPr>
        <w:spacing w:before="100" w:beforeAutospacing="1" w:after="100" w:afterAutospacing="1" w:line="240" w:lineRule="auto"/>
      </w:pPr>
      <w:r w:rsidRPr="005A03C2">
        <w:t xml:space="preserve">improving educational resources; and </w:t>
      </w:r>
    </w:p>
    <w:p w14:paraId="59C8293A" w14:textId="77777777" w:rsidR="005A03C2" w:rsidRPr="005A03C2" w:rsidRDefault="005A03C2" w:rsidP="005A03C2">
      <w:pPr>
        <w:numPr>
          <w:ilvl w:val="0"/>
          <w:numId w:val="310"/>
        </w:numPr>
        <w:spacing w:before="100" w:beforeAutospacing="1" w:after="100" w:afterAutospacing="1" w:line="240" w:lineRule="auto"/>
      </w:pPr>
      <w:r w:rsidRPr="005A03C2">
        <w:t xml:space="preserve">responding to emerging risks and best practice. </w:t>
      </w:r>
    </w:p>
    <w:p w14:paraId="6EE287BC"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Community feedback plays an important role in helping us improve.</w:t>
      </w:r>
    </w:p>
    <w:p w14:paraId="037E2632" w14:textId="77777777" w:rsidR="005A03C2" w:rsidRPr="005A03C2" w:rsidRDefault="00000000" w:rsidP="005A03C2">
      <w:r>
        <w:pict w14:anchorId="5A248AC0">
          <v:rect id="_x0000_i1109" style="width:0;height:1.5pt" o:hralign="center" o:hrstd="t" o:hr="t" fillcolor="#a0a0a0" stroked="f"/>
        </w:pict>
      </w:r>
    </w:p>
    <w:p w14:paraId="198BF90C" w14:textId="77777777" w:rsidR="005A03C2" w:rsidRPr="005A03C2" w:rsidRDefault="005A03C2" w:rsidP="005A03C2">
      <w:pPr>
        <w:pStyle w:val="Heading2"/>
        <w:rPr>
          <w:rFonts w:asciiTheme="minorHAnsi" w:hAnsiTheme="minorHAnsi"/>
          <w:sz w:val="22"/>
          <w:szCs w:val="22"/>
        </w:rPr>
      </w:pPr>
      <w:bookmarkStart w:id="94" w:name="_Toc237248527"/>
      <w:r w:rsidRPr="005A03C2">
        <w:rPr>
          <w:rFonts w:asciiTheme="minorHAnsi" w:hAnsiTheme="minorHAnsi"/>
          <w:sz w:val="22"/>
          <w:szCs w:val="22"/>
        </w:rPr>
        <w:t>10.3 Relationship with Other Policies</w:t>
      </w:r>
      <w:bookmarkEnd w:id="94"/>
    </w:p>
    <w:p w14:paraId="29DE13A2"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These Community Guidelines form part of the wider My Sports Coach Policy Library.</w:t>
      </w:r>
    </w:p>
    <w:p w14:paraId="47A3F243"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They should be read alongside the:</w:t>
      </w:r>
    </w:p>
    <w:p w14:paraId="7791C7F5" w14:textId="77777777" w:rsidR="005A03C2" w:rsidRPr="005A03C2" w:rsidRDefault="005A03C2" w:rsidP="005A03C2">
      <w:pPr>
        <w:numPr>
          <w:ilvl w:val="0"/>
          <w:numId w:val="311"/>
        </w:numPr>
        <w:spacing w:before="100" w:beforeAutospacing="1" w:after="100" w:afterAutospacing="1" w:line="240" w:lineRule="auto"/>
      </w:pPr>
      <w:r w:rsidRPr="005A03C2">
        <w:t xml:space="preserve">Governance &amp; Operations Manual; </w:t>
      </w:r>
    </w:p>
    <w:p w14:paraId="2EB0F71E" w14:textId="77777777" w:rsidR="005A03C2" w:rsidRPr="005A03C2" w:rsidRDefault="005A03C2" w:rsidP="005A03C2">
      <w:pPr>
        <w:numPr>
          <w:ilvl w:val="0"/>
          <w:numId w:val="311"/>
        </w:numPr>
        <w:spacing w:before="100" w:beforeAutospacing="1" w:after="100" w:afterAutospacing="1" w:line="240" w:lineRule="auto"/>
      </w:pPr>
      <w:r w:rsidRPr="005A03C2">
        <w:t xml:space="preserve">Privacy Policy; </w:t>
      </w:r>
    </w:p>
    <w:p w14:paraId="56051024" w14:textId="77777777" w:rsidR="005A03C2" w:rsidRPr="005A03C2" w:rsidRDefault="005A03C2" w:rsidP="005A03C2">
      <w:pPr>
        <w:numPr>
          <w:ilvl w:val="0"/>
          <w:numId w:val="311"/>
        </w:numPr>
        <w:spacing w:before="100" w:beforeAutospacing="1" w:after="100" w:afterAutospacing="1" w:line="240" w:lineRule="auto"/>
      </w:pPr>
      <w:r w:rsidRPr="005A03C2">
        <w:t xml:space="preserve">Terms &amp; Conditions; </w:t>
      </w:r>
    </w:p>
    <w:p w14:paraId="1B49118B" w14:textId="77777777" w:rsidR="005A03C2" w:rsidRPr="005A03C2" w:rsidRDefault="005A03C2" w:rsidP="005A03C2">
      <w:pPr>
        <w:numPr>
          <w:ilvl w:val="0"/>
          <w:numId w:val="311"/>
        </w:numPr>
        <w:spacing w:before="100" w:beforeAutospacing="1" w:after="100" w:afterAutospacing="1" w:line="240" w:lineRule="auto"/>
      </w:pPr>
      <w:r w:rsidRPr="005A03C2">
        <w:t xml:space="preserve">Safeguarding Policy; </w:t>
      </w:r>
    </w:p>
    <w:p w14:paraId="5D32BA84" w14:textId="77777777" w:rsidR="005A03C2" w:rsidRPr="005A03C2" w:rsidRDefault="005A03C2" w:rsidP="005A03C2">
      <w:pPr>
        <w:numPr>
          <w:ilvl w:val="0"/>
          <w:numId w:val="311"/>
        </w:numPr>
        <w:spacing w:before="100" w:beforeAutospacing="1" w:after="100" w:afterAutospacing="1" w:line="240" w:lineRule="auto"/>
      </w:pPr>
      <w:r w:rsidRPr="005A03C2">
        <w:t xml:space="preserve">Complaints Policy; </w:t>
      </w:r>
    </w:p>
    <w:p w14:paraId="7E2A3C8E" w14:textId="77777777" w:rsidR="005A03C2" w:rsidRPr="005A03C2" w:rsidRDefault="005A03C2" w:rsidP="005A03C2">
      <w:pPr>
        <w:numPr>
          <w:ilvl w:val="0"/>
          <w:numId w:val="311"/>
        </w:numPr>
        <w:spacing w:before="100" w:beforeAutospacing="1" w:after="100" w:afterAutospacing="1" w:line="240" w:lineRule="auto"/>
      </w:pPr>
      <w:r w:rsidRPr="005A03C2">
        <w:t xml:space="preserve">Coach Code of Conduct; and </w:t>
      </w:r>
    </w:p>
    <w:p w14:paraId="3562154A" w14:textId="77777777" w:rsidR="005A03C2" w:rsidRPr="005A03C2" w:rsidRDefault="005A03C2" w:rsidP="005A03C2">
      <w:pPr>
        <w:numPr>
          <w:ilvl w:val="0"/>
          <w:numId w:val="311"/>
        </w:numPr>
        <w:spacing w:before="100" w:beforeAutospacing="1" w:after="100" w:afterAutospacing="1" w:line="240" w:lineRule="auto"/>
      </w:pPr>
      <w:r w:rsidRPr="005A03C2">
        <w:t xml:space="preserve">any other relevant My Sports Coach policies. </w:t>
      </w:r>
    </w:p>
    <w:p w14:paraId="0ED77B8C"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Where a matter is governed by another policy, that policy should also be considered where appropriate.</w:t>
      </w:r>
    </w:p>
    <w:p w14:paraId="7BAB5E28" w14:textId="77777777" w:rsidR="005A03C2" w:rsidRPr="005A03C2" w:rsidRDefault="00000000" w:rsidP="005A03C2">
      <w:r>
        <w:pict w14:anchorId="46EBCAF5">
          <v:rect id="_x0000_i1110" style="width:0;height:1.5pt" o:hralign="center" o:hrstd="t" o:hr="t" fillcolor="#a0a0a0" stroked="f"/>
        </w:pict>
      </w:r>
    </w:p>
    <w:p w14:paraId="78481C7D" w14:textId="77777777" w:rsidR="005A03C2" w:rsidRPr="005A03C2" w:rsidRDefault="005A03C2" w:rsidP="005A03C2">
      <w:pPr>
        <w:pStyle w:val="Heading2"/>
        <w:rPr>
          <w:rFonts w:asciiTheme="minorHAnsi" w:hAnsiTheme="minorHAnsi"/>
          <w:sz w:val="22"/>
          <w:szCs w:val="22"/>
        </w:rPr>
      </w:pPr>
      <w:bookmarkStart w:id="95" w:name="_Toc237248528"/>
      <w:r w:rsidRPr="005A03C2">
        <w:rPr>
          <w:rFonts w:asciiTheme="minorHAnsi" w:hAnsiTheme="minorHAnsi"/>
          <w:sz w:val="22"/>
          <w:szCs w:val="22"/>
        </w:rPr>
        <w:t>10.4 Changes to these Guidelines</w:t>
      </w:r>
      <w:bookmarkEnd w:id="95"/>
    </w:p>
    <w:p w14:paraId="0179E046"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My Sports Coach may amend these Community Guidelines from time to time to reflect:</w:t>
      </w:r>
    </w:p>
    <w:p w14:paraId="3B9D9075" w14:textId="77777777" w:rsidR="005A03C2" w:rsidRPr="005A03C2" w:rsidRDefault="005A03C2" w:rsidP="005A03C2">
      <w:pPr>
        <w:numPr>
          <w:ilvl w:val="0"/>
          <w:numId w:val="312"/>
        </w:numPr>
        <w:spacing w:before="100" w:beforeAutospacing="1" w:after="100" w:afterAutospacing="1" w:line="240" w:lineRule="auto"/>
      </w:pPr>
      <w:r w:rsidRPr="005A03C2">
        <w:t xml:space="preserve">changes in legislation; </w:t>
      </w:r>
    </w:p>
    <w:p w14:paraId="26BBA6BB" w14:textId="77777777" w:rsidR="005A03C2" w:rsidRPr="005A03C2" w:rsidRDefault="005A03C2" w:rsidP="005A03C2">
      <w:pPr>
        <w:numPr>
          <w:ilvl w:val="0"/>
          <w:numId w:val="312"/>
        </w:numPr>
        <w:spacing w:before="100" w:beforeAutospacing="1" w:after="100" w:afterAutospacing="1" w:line="240" w:lineRule="auto"/>
      </w:pPr>
      <w:r w:rsidRPr="005A03C2">
        <w:t xml:space="preserve">recognised industry best practice; </w:t>
      </w:r>
    </w:p>
    <w:p w14:paraId="07F82B27" w14:textId="77777777" w:rsidR="005A03C2" w:rsidRPr="005A03C2" w:rsidRDefault="005A03C2" w:rsidP="005A03C2">
      <w:pPr>
        <w:numPr>
          <w:ilvl w:val="0"/>
          <w:numId w:val="312"/>
        </w:numPr>
        <w:spacing w:before="100" w:beforeAutospacing="1" w:after="100" w:afterAutospacing="1" w:line="240" w:lineRule="auto"/>
      </w:pPr>
      <w:r w:rsidRPr="005A03C2">
        <w:lastRenderedPageBreak/>
        <w:t xml:space="preserve">operational improvements; </w:t>
      </w:r>
    </w:p>
    <w:p w14:paraId="569C3B20" w14:textId="77777777" w:rsidR="005A03C2" w:rsidRPr="005A03C2" w:rsidRDefault="005A03C2" w:rsidP="005A03C2">
      <w:pPr>
        <w:numPr>
          <w:ilvl w:val="0"/>
          <w:numId w:val="312"/>
        </w:numPr>
        <w:spacing w:before="100" w:beforeAutospacing="1" w:after="100" w:afterAutospacing="1" w:line="240" w:lineRule="auto"/>
      </w:pPr>
      <w:r w:rsidRPr="005A03C2">
        <w:t xml:space="preserve">platform developments; or </w:t>
      </w:r>
    </w:p>
    <w:p w14:paraId="42953129" w14:textId="77777777" w:rsidR="005A03C2" w:rsidRPr="005A03C2" w:rsidRDefault="005A03C2" w:rsidP="005A03C2">
      <w:pPr>
        <w:numPr>
          <w:ilvl w:val="0"/>
          <w:numId w:val="312"/>
        </w:numPr>
        <w:spacing w:before="100" w:beforeAutospacing="1" w:after="100" w:afterAutospacing="1" w:line="240" w:lineRule="auto"/>
      </w:pPr>
      <w:r w:rsidRPr="005A03C2">
        <w:t xml:space="preserve">changes to our services. </w:t>
      </w:r>
    </w:p>
    <w:p w14:paraId="708BD95E"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The most recent published version will replace any previous editions.</w:t>
      </w:r>
    </w:p>
    <w:p w14:paraId="401EE56F"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Users are encouraged to review these Community Guidelines periodically.</w:t>
      </w:r>
    </w:p>
    <w:p w14:paraId="7C549795" w14:textId="77777777" w:rsidR="005A03C2" w:rsidRPr="005A03C2" w:rsidRDefault="00000000" w:rsidP="005A03C2">
      <w:r>
        <w:pict w14:anchorId="5ED5EAD3">
          <v:rect id="_x0000_i1111" style="width:0;height:1.5pt" o:hralign="center" o:hrstd="t" o:hr="t" fillcolor="#a0a0a0" stroked="f"/>
        </w:pict>
      </w:r>
    </w:p>
    <w:p w14:paraId="54481B2D" w14:textId="77777777" w:rsidR="005A03C2" w:rsidRPr="005A03C2" w:rsidRDefault="005A03C2" w:rsidP="005A03C2">
      <w:pPr>
        <w:pStyle w:val="Heading2"/>
        <w:rPr>
          <w:rFonts w:asciiTheme="minorHAnsi" w:hAnsiTheme="minorHAnsi"/>
          <w:sz w:val="22"/>
          <w:szCs w:val="22"/>
        </w:rPr>
      </w:pPr>
      <w:bookmarkStart w:id="96" w:name="_Toc237248529"/>
      <w:r w:rsidRPr="005A03C2">
        <w:rPr>
          <w:rFonts w:asciiTheme="minorHAnsi" w:hAnsiTheme="minorHAnsi"/>
          <w:sz w:val="22"/>
          <w:szCs w:val="22"/>
        </w:rPr>
        <w:t>10.5 Our Shared Community</w:t>
      </w:r>
      <w:bookmarkEnd w:id="96"/>
    </w:p>
    <w:p w14:paraId="6D47647D"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Every member of the My Sports Coach community contributes to the culture of the platform.</w:t>
      </w:r>
    </w:p>
    <w:p w14:paraId="66E6F2C3"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By treating one another with respect, communicating honestly and acting responsibly, coaches, participants, parents, guardians, clubs and organisations help create an environment where everyone can enjoy sport safely and confidently.</w:t>
      </w:r>
    </w:p>
    <w:p w14:paraId="44FC1DA6"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Together, we can build a community that reflects the positive values of sport and supports the continued growth of sports coaching across the United Kingdom.</w:t>
      </w:r>
    </w:p>
    <w:p w14:paraId="170A37FB" w14:textId="77777777" w:rsidR="005A03C2" w:rsidRPr="005A03C2" w:rsidRDefault="00000000" w:rsidP="005A03C2">
      <w:r>
        <w:pict w14:anchorId="4F9E87FA">
          <v:rect id="_x0000_i1112" style="width:0;height:1.5pt" o:hralign="center" o:hrstd="t" o:hr="t" fillcolor="#a0a0a0" stroked="f"/>
        </w:pict>
      </w:r>
    </w:p>
    <w:p w14:paraId="7E126761" w14:textId="77777777" w:rsidR="005A03C2" w:rsidRPr="005A03C2" w:rsidRDefault="005A03C2" w:rsidP="005A03C2">
      <w:pPr>
        <w:pStyle w:val="Heading2"/>
        <w:rPr>
          <w:rFonts w:asciiTheme="minorHAnsi" w:hAnsiTheme="minorHAnsi"/>
          <w:sz w:val="22"/>
          <w:szCs w:val="22"/>
        </w:rPr>
      </w:pPr>
      <w:bookmarkStart w:id="97" w:name="_Toc237248530"/>
      <w:r w:rsidRPr="005A03C2">
        <w:rPr>
          <w:rFonts w:asciiTheme="minorHAnsi" w:hAnsiTheme="minorHAnsi"/>
          <w:sz w:val="22"/>
          <w:szCs w:val="22"/>
        </w:rPr>
        <w:t>10.6 Our Commitment</w:t>
      </w:r>
      <w:bookmarkEnd w:id="97"/>
    </w:p>
    <w:p w14:paraId="2314F438"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My Sports Coach is committed to fostering a community built on respect, professionalism, integrity, inclusion and safety.</w:t>
      </w:r>
    </w:p>
    <w:p w14:paraId="75E9C51C"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These Community Guidelines are intended to support positive behaviour, encourage responsible participation and promote an environment where everyone feels welcome.</w:t>
      </w:r>
    </w:p>
    <w:p w14:paraId="243BA8ED"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We will continue to work with our community, listen to feedback and improve our platform so that My Sports Coach remains a trusted place to discover, connect with and book sports coaching throughout the United Kingdom.</w:t>
      </w:r>
    </w:p>
    <w:p w14:paraId="1FCC595A" w14:textId="77777777" w:rsidR="005A03C2" w:rsidRPr="005A03C2" w:rsidRDefault="00000000" w:rsidP="005A03C2">
      <w:r>
        <w:pict w14:anchorId="0FD36E2B">
          <v:rect id="_x0000_i1113" style="width:0;height:1.5pt" o:hralign="center" o:hrstd="t" o:hr="t" fillcolor="#a0a0a0" stroked="f"/>
        </w:pict>
      </w:r>
    </w:p>
    <w:p w14:paraId="7D8C8F95" w14:textId="77777777" w:rsidR="005A03C2" w:rsidRPr="005A03C2" w:rsidRDefault="005A03C2" w:rsidP="005A03C2">
      <w:pPr>
        <w:pStyle w:val="Heading1"/>
        <w:rPr>
          <w:rFonts w:asciiTheme="minorHAnsi" w:hAnsiTheme="minorHAnsi"/>
          <w:sz w:val="22"/>
          <w:szCs w:val="22"/>
        </w:rPr>
      </w:pPr>
      <w:bookmarkStart w:id="98" w:name="_Toc237248531"/>
      <w:r w:rsidRPr="005A03C2">
        <w:rPr>
          <w:rFonts w:asciiTheme="minorHAnsi" w:hAnsiTheme="minorHAnsi"/>
          <w:sz w:val="22"/>
          <w:szCs w:val="22"/>
        </w:rPr>
        <w:t>End of Community Guidelines</w:t>
      </w:r>
      <w:bookmarkEnd w:id="98"/>
    </w:p>
    <w:p w14:paraId="146D48AF"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Thank you for taking the time to read these Community Guidelines.</w:t>
      </w:r>
    </w:p>
    <w:p w14:paraId="3F8A174C" w14:textId="77777777" w:rsidR="005A03C2" w:rsidRPr="005A03C2" w:rsidRDefault="005A03C2" w:rsidP="005A03C2">
      <w:pPr>
        <w:pStyle w:val="NormalWeb"/>
        <w:rPr>
          <w:rFonts w:asciiTheme="minorHAnsi" w:hAnsiTheme="minorHAnsi"/>
          <w:sz w:val="22"/>
          <w:szCs w:val="22"/>
        </w:rPr>
      </w:pPr>
      <w:r w:rsidRPr="005A03C2">
        <w:rPr>
          <w:rFonts w:asciiTheme="minorHAnsi" w:hAnsiTheme="minorHAnsi"/>
          <w:sz w:val="22"/>
          <w:szCs w:val="22"/>
        </w:rPr>
        <w:t>By following these principles and supporting one another, every member of the My Sports Coach community helps create a platform where people can learn, develop and enjoy sport in a safe, respectful and inclusive environment.</w:t>
      </w:r>
    </w:p>
    <w:p w14:paraId="2FACA184" w14:textId="77777777" w:rsidR="005A03C2" w:rsidRPr="005A03C2" w:rsidRDefault="005A03C2" w:rsidP="005A03C2">
      <w:pPr>
        <w:pStyle w:val="NormalWeb"/>
        <w:rPr>
          <w:rFonts w:asciiTheme="minorHAnsi" w:hAnsiTheme="minorHAnsi"/>
          <w:sz w:val="22"/>
          <w:szCs w:val="22"/>
        </w:rPr>
      </w:pPr>
      <w:r w:rsidRPr="005A03C2">
        <w:rPr>
          <w:rStyle w:val="Strong"/>
          <w:rFonts w:asciiTheme="minorHAnsi" w:eastAsiaTheme="majorEastAsia" w:hAnsiTheme="minorHAnsi"/>
          <w:sz w:val="22"/>
          <w:szCs w:val="22"/>
        </w:rPr>
        <w:t>— End of Main Document —</w:t>
      </w:r>
    </w:p>
    <w:p w14:paraId="6B425726" w14:textId="77777777" w:rsidR="00906869" w:rsidRPr="005A03C2" w:rsidRDefault="00906869" w:rsidP="0060278C"/>
    <w:p w14:paraId="502AE7C5" w14:textId="77777777" w:rsidR="00906869" w:rsidRPr="00E07398" w:rsidRDefault="00906869" w:rsidP="0060278C"/>
    <w:p w14:paraId="39261CDA" w14:textId="77777777" w:rsidR="00906869" w:rsidRPr="00E07398" w:rsidRDefault="00906869" w:rsidP="0060278C"/>
    <w:p w14:paraId="2282F138" w14:textId="77777777" w:rsidR="00906869" w:rsidRPr="00E07398" w:rsidRDefault="00906869" w:rsidP="0060278C"/>
    <w:p w14:paraId="7791BC2E" w14:textId="77777777" w:rsidR="0060278C" w:rsidRPr="0060278C" w:rsidRDefault="0060278C" w:rsidP="0060278C"/>
    <w:p w14:paraId="092919D5" w14:textId="5C81E262" w:rsidR="00E57E6D" w:rsidRPr="00E57E6D" w:rsidRDefault="00E57E6D" w:rsidP="00E57E6D">
      <w:pPr>
        <w:rPr>
          <w:b/>
          <w:bCs/>
          <w:color w:val="365F91" w:themeColor="accent1" w:themeShade="BF"/>
          <w:sz w:val="28"/>
          <w:szCs w:val="28"/>
          <w:lang w:val="en-GB"/>
        </w:rPr>
      </w:pPr>
      <w:r w:rsidRPr="00E57E6D">
        <w:rPr>
          <w:b/>
          <w:bCs/>
          <w:color w:val="365F91" w:themeColor="accent1" w:themeShade="BF"/>
          <w:sz w:val="28"/>
          <w:szCs w:val="28"/>
          <w:lang w:val="en-GB"/>
        </w:rPr>
        <w:t>Copyright Notice</w:t>
      </w:r>
    </w:p>
    <w:p w14:paraId="08D0A46C" w14:textId="77777777" w:rsidR="00E57E6D" w:rsidRPr="00E57E6D" w:rsidRDefault="00E57E6D" w:rsidP="00E57E6D">
      <w:pPr>
        <w:rPr>
          <w:lang w:val="en-GB"/>
        </w:rPr>
      </w:pPr>
      <w:r w:rsidRPr="00E57E6D">
        <w:rPr>
          <w:b/>
          <w:bCs/>
          <w:lang w:val="en-GB"/>
        </w:rPr>
        <w:t>© My Sports Coach UK Ltd 2026. All Rights Reserved.</w:t>
      </w:r>
    </w:p>
    <w:p w14:paraId="474084DF" w14:textId="77777777" w:rsidR="00E57E6D" w:rsidRPr="00E57E6D" w:rsidRDefault="00E57E6D" w:rsidP="00E57E6D">
      <w:pPr>
        <w:rPr>
          <w:lang w:val="en-GB"/>
        </w:rPr>
      </w:pPr>
      <w:r w:rsidRPr="00E57E6D">
        <w:rPr>
          <w:lang w:val="en-GB"/>
        </w:rPr>
        <w:t xml:space="preserve">This publication is the intellectual property of </w:t>
      </w:r>
      <w:r w:rsidRPr="00E57E6D">
        <w:rPr>
          <w:b/>
          <w:bCs/>
          <w:lang w:val="en-GB"/>
        </w:rPr>
        <w:t>My Sports Coach UK Ltd</w:t>
      </w:r>
      <w:r w:rsidRPr="00E57E6D">
        <w:rPr>
          <w:lang w:val="en-GB"/>
        </w:rPr>
        <w:t>.</w:t>
      </w:r>
    </w:p>
    <w:p w14:paraId="11363D5A" w14:textId="77777777" w:rsidR="00E57E6D" w:rsidRPr="00E57E6D" w:rsidRDefault="00E57E6D" w:rsidP="00E57E6D">
      <w:pPr>
        <w:rPr>
          <w:lang w:val="en-GB"/>
        </w:rPr>
      </w:pPr>
      <w:r w:rsidRPr="00E57E6D">
        <w:rPr>
          <w:lang w:val="en-GB"/>
        </w:rPr>
        <w:t>No part of this publication may be copied, reproduced, distributed, transmitted, stored in a retrieval system or translated into any language, in any form or by any means, whether electronic, mechanical, photocopying, recording or otherwise, without the prior written permission of My Sports Coach UK Ltd, except where permitted by applicable copyright legislation.</w:t>
      </w:r>
    </w:p>
    <w:p w14:paraId="68DC4D1B" w14:textId="77777777" w:rsidR="00E57E6D" w:rsidRPr="00E57E6D" w:rsidRDefault="00E57E6D" w:rsidP="00E57E6D">
      <w:pPr>
        <w:rPr>
          <w:lang w:val="en-GB"/>
        </w:rPr>
      </w:pPr>
      <w:r w:rsidRPr="00E57E6D">
        <w:rPr>
          <w:lang w:val="en-GB"/>
        </w:rPr>
        <w:t xml:space="preserve">This document forms part of the </w:t>
      </w:r>
      <w:r w:rsidRPr="00E57E6D">
        <w:rPr>
          <w:b/>
          <w:bCs/>
          <w:lang w:val="en-GB"/>
        </w:rPr>
        <w:t>My Sports Coach Policy Library</w:t>
      </w:r>
      <w:r w:rsidRPr="00E57E6D">
        <w:rPr>
          <w:lang w:val="en-GB"/>
        </w:rPr>
        <w:t xml:space="preserve"> and has been produced to support the governance, operation and use of the My Sports Coach platform.</w:t>
      </w:r>
    </w:p>
    <w:p w14:paraId="6686F37A" w14:textId="77777777" w:rsidR="00E57E6D" w:rsidRPr="00E57E6D" w:rsidRDefault="00E57E6D" w:rsidP="00E57E6D">
      <w:pPr>
        <w:rPr>
          <w:lang w:val="en-GB"/>
        </w:rPr>
      </w:pPr>
      <w:r w:rsidRPr="00E57E6D">
        <w:rPr>
          <w:lang w:val="en-GB"/>
        </w:rPr>
        <w:t xml:space="preserve">Nothing in this publication grants any licence or right to use the </w:t>
      </w:r>
      <w:r w:rsidRPr="00E57E6D">
        <w:rPr>
          <w:b/>
          <w:bCs/>
          <w:lang w:val="en-GB"/>
        </w:rPr>
        <w:t>My Sports Coach</w:t>
      </w:r>
      <w:r w:rsidRPr="00E57E6D">
        <w:rPr>
          <w:lang w:val="en-GB"/>
        </w:rPr>
        <w:t xml:space="preserve"> name, logo, branding, trademarks or other intellectual property except where expressly authorised in writing by My Sports Coach UK Ltd.</w:t>
      </w:r>
    </w:p>
    <w:p w14:paraId="62377406" w14:textId="77777777" w:rsidR="00E57E6D" w:rsidRDefault="00E57E6D" w:rsidP="00E57E6D">
      <w:pPr>
        <w:rPr>
          <w:lang w:val="en-GB"/>
        </w:rPr>
      </w:pPr>
      <w:r w:rsidRPr="00E57E6D">
        <w:rPr>
          <w:lang w:val="en-GB"/>
        </w:rPr>
        <w:t>The official and most up-to-date version of this publication is the version published by My Sports Coach UK Ltd. Previous versions may be archived for governance and record-keeping purposes.</w:t>
      </w:r>
    </w:p>
    <w:p w14:paraId="088C47AB" w14:textId="77777777" w:rsidR="00E57E6D" w:rsidRPr="00E57E6D" w:rsidRDefault="00E57E6D" w:rsidP="00E57E6D">
      <w:pPr>
        <w:rPr>
          <w:b/>
          <w:bCs/>
          <w:color w:val="365F91" w:themeColor="accent1" w:themeShade="BF"/>
          <w:sz w:val="28"/>
          <w:szCs w:val="28"/>
          <w:lang w:val="en-GB"/>
        </w:rPr>
      </w:pPr>
      <w:r w:rsidRPr="00E57E6D">
        <w:rPr>
          <w:b/>
          <w:bCs/>
          <w:color w:val="365F91" w:themeColor="accent1" w:themeShade="BF"/>
          <w:sz w:val="28"/>
          <w:szCs w:val="28"/>
          <w:lang w:val="en-GB"/>
        </w:rPr>
        <w:t>Official Publication Statement</w:t>
      </w:r>
    </w:p>
    <w:p w14:paraId="08A60DAB" w14:textId="77777777" w:rsidR="00E57E6D" w:rsidRPr="00E57E6D" w:rsidRDefault="00E57E6D" w:rsidP="00E57E6D">
      <w:pPr>
        <w:rPr>
          <w:lang w:val="en-GB"/>
        </w:rPr>
      </w:pPr>
      <w:r w:rsidRPr="00E57E6D">
        <w:rPr>
          <w:lang w:val="en-GB"/>
        </w:rPr>
        <w:t xml:space="preserve">This document forms part of the official </w:t>
      </w:r>
      <w:r w:rsidRPr="00E57E6D">
        <w:rPr>
          <w:b/>
          <w:bCs/>
          <w:lang w:val="en-GB"/>
        </w:rPr>
        <w:t>My Sports Coach Policy Library</w:t>
      </w:r>
      <w:r w:rsidRPr="00E57E6D">
        <w:rPr>
          <w:lang w:val="en-GB"/>
        </w:rPr>
        <w:t>.</w:t>
      </w:r>
    </w:p>
    <w:p w14:paraId="6567027B" w14:textId="77777777" w:rsidR="00E57E6D" w:rsidRPr="00E57E6D" w:rsidRDefault="00E57E6D" w:rsidP="00E57E6D">
      <w:pPr>
        <w:rPr>
          <w:lang w:val="en-GB"/>
        </w:rPr>
      </w:pPr>
      <w:r w:rsidRPr="00E57E6D">
        <w:rPr>
          <w:lang w:val="en-GB"/>
        </w:rPr>
        <w:t xml:space="preserve">It has been prepared and published by </w:t>
      </w:r>
      <w:r w:rsidRPr="00E57E6D">
        <w:rPr>
          <w:b/>
          <w:bCs/>
          <w:lang w:val="en-GB"/>
        </w:rPr>
        <w:t>My Sports Coach UK Ltd</w:t>
      </w:r>
      <w:r w:rsidRPr="00E57E6D">
        <w:rPr>
          <w:lang w:val="en-GB"/>
        </w:rPr>
        <w:t xml:space="preserve"> to support the safe, professional and transparent operation of the My Sports Coach platform.</w:t>
      </w:r>
    </w:p>
    <w:p w14:paraId="3BD70CB7" w14:textId="77777777" w:rsidR="00E57E6D" w:rsidRPr="00E57E6D" w:rsidRDefault="00E57E6D" w:rsidP="00E57E6D">
      <w:pPr>
        <w:rPr>
          <w:lang w:val="en-GB"/>
        </w:rPr>
      </w:pPr>
      <w:r w:rsidRPr="00E57E6D">
        <w:rPr>
          <w:lang w:val="en-GB"/>
        </w:rPr>
        <w:t>The Policy Library is maintained as a living collection of governance documents and may be updated from time to time to reflect changes in legislation, industry best practice and the continued development of the platform.</w:t>
      </w:r>
    </w:p>
    <w:p w14:paraId="3D153EF1" w14:textId="3F3D706D" w:rsidR="005F4B6F" w:rsidRPr="0060278C" w:rsidRDefault="00E57E6D" w:rsidP="00DD3B68">
      <w:pPr>
        <w:rPr>
          <w:lang w:val="en-GB"/>
        </w:rPr>
      </w:pPr>
      <w:r w:rsidRPr="00E57E6D">
        <w:rPr>
          <w:lang w:val="en-GB"/>
        </w:rPr>
        <w:t>Users should ensure they refer to the latest published edition when relying upon any policy or governance document.</w:t>
      </w:r>
      <w:bookmarkEnd w:id="0"/>
    </w:p>
    <w:p w14:paraId="5F518853" w14:textId="77777777" w:rsidR="00302F17" w:rsidRDefault="00302F17" w:rsidP="00DD3B68">
      <w:pPr>
        <w:rPr>
          <w:b/>
          <w:bCs/>
          <w:color w:val="365F91" w:themeColor="accent1" w:themeShade="BF"/>
          <w:sz w:val="28"/>
          <w:szCs w:val="28"/>
          <w:lang w:val="en-GB"/>
        </w:rPr>
      </w:pPr>
    </w:p>
    <w:p w14:paraId="380B27C3" w14:textId="77777777" w:rsidR="00302F17" w:rsidRDefault="00302F17" w:rsidP="00DD3B68">
      <w:pPr>
        <w:rPr>
          <w:b/>
          <w:bCs/>
          <w:color w:val="365F91" w:themeColor="accent1" w:themeShade="BF"/>
          <w:sz w:val="28"/>
          <w:szCs w:val="28"/>
          <w:lang w:val="en-GB"/>
        </w:rPr>
      </w:pPr>
    </w:p>
    <w:p w14:paraId="0A6F1301" w14:textId="77777777" w:rsidR="00302F17" w:rsidRDefault="00302F17" w:rsidP="00DD3B68">
      <w:pPr>
        <w:rPr>
          <w:b/>
          <w:bCs/>
          <w:color w:val="365F91" w:themeColor="accent1" w:themeShade="BF"/>
          <w:sz w:val="28"/>
          <w:szCs w:val="28"/>
          <w:lang w:val="en-GB"/>
        </w:rPr>
      </w:pPr>
    </w:p>
    <w:p w14:paraId="353F75CE" w14:textId="77777777" w:rsidR="00302F17" w:rsidRDefault="00302F17" w:rsidP="00DD3B68">
      <w:pPr>
        <w:rPr>
          <w:b/>
          <w:bCs/>
          <w:color w:val="365F91" w:themeColor="accent1" w:themeShade="BF"/>
          <w:sz w:val="28"/>
          <w:szCs w:val="28"/>
          <w:lang w:val="en-GB"/>
        </w:rPr>
      </w:pPr>
    </w:p>
    <w:p w14:paraId="6A6CD4F1" w14:textId="77777777" w:rsidR="00302F17" w:rsidRDefault="00302F17" w:rsidP="00DD3B68">
      <w:pPr>
        <w:rPr>
          <w:b/>
          <w:bCs/>
          <w:color w:val="365F91" w:themeColor="accent1" w:themeShade="BF"/>
          <w:sz w:val="28"/>
          <w:szCs w:val="28"/>
          <w:lang w:val="en-GB"/>
        </w:rPr>
      </w:pPr>
    </w:p>
    <w:p w14:paraId="558011BF" w14:textId="77777777" w:rsidR="00302F17" w:rsidRDefault="00302F17" w:rsidP="00DD3B68">
      <w:pPr>
        <w:rPr>
          <w:b/>
          <w:bCs/>
          <w:color w:val="365F91" w:themeColor="accent1" w:themeShade="BF"/>
          <w:sz w:val="28"/>
          <w:szCs w:val="28"/>
          <w:lang w:val="en-GB"/>
        </w:rPr>
      </w:pPr>
    </w:p>
    <w:p w14:paraId="4C84D7F6" w14:textId="6C3201E8" w:rsidR="00DD3B68" w:rsidRPr="00DD3B68" w:rsidRDefault="00DD3B68" w:rsidP="00DD3B68">
      <w:pPr>
        <w:rPr>
          <w:b/>
          <w:bCs/>
          <w:color w:val="365F91" w:themeColor="accent1" w:themeShade="BF"/>
          <w:sz w:val="28"/>
          <w:szCs w:val="28"/>
          <w:lang w:val="en-GB"/>
        </w:rPr>
      </w:pPr>
      <w:r w:rsidRPr="00DD3B68">
        <w:rPr>
          <w:b/>
          <w:bCs/>
          <w:color w:val="365F91" w:themeColor="accent1" w:themeShade="BF"/>
          <w:sz w:val="28"/>
          <w:szCs w:val="28"/>
          <w:lang w:val="en-GB"/>
        </w:rPr>
        <w:t>Document Information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65"/>
        <w:gridCol w:w="3953"/>
      </w:tblGrid>
      <w:tr w:rsidR="00DD3B68" w:rsidRPr="00DD3B68" w14:paraId="1B7EF4E0" w14:textId="77777777" w:rsidTr="00DD3B68">
        <w:trPr>
          <w:tblHeader/>
          <w:tblCellSpacing w:w="15" w:type="dxa"/>
        </w:trPr>
        <w:tc>
          <w:tcPr>
            <w:tcW w:w="0" w:type="auto"/>
            <w:vAlign w:val="center"/>
            <w:hideMark/>
          </w:tcPr>
          <w:p w14:paraId="1F5DC64C" w14:textId="77777777" w:rsidR="00DD3B68" w:rsidRPr="00DD3B68" w:rsidRDefault="00DD3B68" w:rsidP="00DD3B68">
            <w:pPr>
              <w:rPr>
                <w:b/>
                <w:bCs/>
                <w:lang w:val="en-GB"/>
              </w:rPr>
            </w:pPr>
            <w:r w:rsidRPr="00DD3B68">
              <w:rPr>
                <w:b/>
                <w:bCs/>
                <w:lang w:val="en-GB"/>
              </w:rPr>
              <w:t>Document</w:t>
            </w:r>
          </w:p>
        </w:tc>
        <w:tc>
          <w:tcPr>
            <w:tcW w:w="0" w:type="auto"/>
            <w:vAlign w:val="center"/>
            <w:hideMark/>
          </w:tcPr>
          <w:p w14:paraId="6B8D017C" w14:textId="0C421A43" w:rsidR="00DD3B68" w:rsidRPr="00DD3B68" w:rsidRDefault="00DD3B68" w:rsidP="00DD3B68">
            <w:pPr>
              <w:rPr>
                <w:b/>
                <w:bCs/>
                <w:lang w:val="en-GB"/>
              </w:rPr>
            </w:pPr>
            <w:r w:rsidRPr="00DD3B68">
              <w:rPr>
                <w:b/>
                <w:bCs/>
                <w:lang w:val="en-GB"/>
              </w:rPr>
              <w:t>Book</w:t>
            </w:r>
            <w:r w:rsidR="00906869">
              <w:rPr>
                <w:b/>
                <w:bCs/>
                <w:lang w:val="en-GB"/>
              </w:rPr>
              <w:t xml:space="preserve"> 6</w:t>
            </w:r>
            <w:r w:rsidRPr="00DD3B68">
              <w:rPr>
                <w:b/>
                <w:bCs/>
                <w:lang w:val="en-GB"/>
              </w:rPr>
              <w:t xml:space="preserve"> – </w:t>
            </w:r>
            <w:r w:rsidR="005F4B6F">
              <w:rPr>
                <w:b/>
                <w:bCs/>
                <w:lang w:val="en-GB"/>
              </w:rPr>
              <w:t>Com</w:t>
            </w:r>
            <w:r w:rsidR="00906869">
              <w:rPr>
                <w:b/>
                <w:bCs/>
                <w:lang w:val="en-GB"/>
              </w:rPr>
              <w:t>munity Guidelines</w:t>
            </w:r>
          </w:p>
        </w:tc>
      </w:tr>
      <w:tr w:rsidR="00DD3B68" w:rsidRPr="00DD3B68" w14:paraId="07A5C1E2" w14:textId="77777777" w:rsidTr="00DD3B68">
        <w:trPr>
          <w:tblCellSpacing w:w="15" w:type="dxa"/>
        </w:trPr>
        <w:tc>
          <w:tcPr>
            <w:tcW w:w="0" w:type="auto"/>
            <w:vAlign w:val="center"/>
            <w:hideMark/>
          </w:tcPr>
          <w:p w14:paraId="7084EE8B" w14:textId="77777777" w:rsidR="00DD3B68" w:rsidRPr="00DD3B68" w:rsidRDefault="00DD3B68" w:rsidP="00DD3B68">
            <w:pPr>
              <w:rPr>
                <w:lang w:val="en-GB"/>
              </w:rPr>
            </w:pPr>
            <w:r w:rsidRPr="00DD3B68">
              <w:rPr>
                <w:lang w:val="en-GB"/>
              </w:rPr>
              <w:t>Document Number</w:t>
            </w:r>
          </w:p>
        </w:tc>
        <w:tc>
          <w:tcPr>
            <w:tcW w:w="0" w:type="auto"/>
            <w:vAlign w:val="center"/>
            <w:hideMark/>
          </w:tcPr>
          <w:p w14:paraId="36C03B0A" w14:textId="429143EE" w:rsidR="00DD3B68" w:rsidRPr="00DD3B68" w:rsidRDefault="00DD3B68" w:rsidP="00DD3B68">
            <w:pPr>
              <w:rPr>
                <w:lang w:val="en-GB"/>
              </w:rPr>
            </w:pPr>
            <w:r w:rsidRPr="00DD3B68">
              <w:rPr>
                <w:lang w:val="en-GB"/>
              </w:rPr>
              <w:t>MSC-POL-00</w:t>
            </w:r>
            <w:r w:rsidR="005A03C2">
              <w:rPr>
                <w:lang w:val="en-GB"/>
              </w:rPr>
              <w:t>6</w:t>
            </w:r>
          </w:p>
        </w:tc>
      </w:tr>
      <w:tr w:rsidR="00DD3B68" w:rsidRPr="00DD3B68" w14:paraId="46881C32" w14:textId="77777777" w:rsidTr="00DD3B68">
        <w:trPr>
          <w:tblCellSpacing w:w="15" w:type="dxa"/>
        </w:trPr>
        <w:tc>
          <w:tcPr>
            <w:tcW w:w="0" w:type="auto"/>
            <w:vAlign w:val="center"/>
            <w:hideMark/>
          </w:tcPr>
          <w:p w14:paraId="7D0BA702" w14:textId="77777777" w:rsidR="00DD3B68" w:rsidRPr="00DD3B68" w:rsidRDefault="00DD3B68" w:rsidP="00DD3B68">
            <w:pPr>
              <w:rPr>
                <w:lang w:val="en-GB"/>
              </w:rPr>
            </w:pPr>
            <w:r w:rsidRPr="00DD3B68">
              <w:rPr>
                <w:lang w:val="en-GB"/>
              </w:rPr>
              <w:t>Version</w:t>
            </w:r>
          </w:p>
        </w:tc>
        <w:tc>
          <w:tcPr>
            <w:tcW w:w="0" w:type="auto"/>
            <w:vAlign w:val="center"/>
            <w:hideMark/>
          </w:tcPr>
          <w:p w14:paraId="4312E280" w14:textId="77777777" w:rsidR="00DD3B68" w:rsidRPr="00DD3B68" w:rsidRDefault="00DD3B68" w:rsidP="00DD3B68">
            <w:pPr>
              <w:rPr>
                <w:lang w:val="en-GB"/>
              </w:rPr>
            </w:pPr>
            <w:r w:rsidRPr="00DD3B68">
              <w:rPr>
                <w:lang w:val="en-GB"/>
              </w:rPr>
              <w:t>1.0</w:t>
            </w:r>
          </w:p>
        </w:tc>
      </w:tr>
      <w:tr w:rsidR="00DD3B68" w:rsidRPr="00DD3B68" w14:paraId="64ED2EBF" w14:textId="77777777" w:rsidTr="00DD3B68">
        <w:trPr>
          <w:tblCellSpacing w:w="15" w:type="dxa"/>
        </w:trPr>
        <w:tc>
          <w:tcPr>
            <w:tcW w:w="0" w:type="auto"/>
            <w:vAlign w:val="center"/>
            <w:hideMark/>
          </w:tcPr>
          <w:p w14:paraId="6EAE7FE1" w14:textId="77777777" w:rsidR="00DD3B68" w:rsidRPr="00DD3B68" w:rsidRDefault="00DD3B68" w:rsidP="00DD3B68">
            <w:pPr>
              <w:rPr>
                <w:lang w:val="en-GB"/>
              </w:rPr>
            </w:pPr>
            <w:r w:rsidRPr="00DD3B68">
              <w:rPr>
                <w:lang w:val="en-GB"/>
              </w:rPr>
              <w:t>Status</w:t>
            </w:r>
          </w:p>
        </w:tc>
        <w:tc>
          <w:tcPr>
            <w:tcW w:w="0" w:type="auto"/>
            <w:vAlign w:val="center"/>
            <w:hideMark/>
          </w:tcPr>
          <w:p w14:paraId="376CD326" w14:textId="77777777" w:rsidR="00DD3B68" w:rsidRPr="00DD3B68" w:rsidRDefault="00DD3B68" w:rsidP="00DD3B68">
            <w:pPr>
              <w:rPr>
                <w:lang w:val="en-GB"/>
              </w:rPr>
            </w:pPr>
            <w:r w:rsidRPr="00DD3B68">
              <w:rPr>
                <w:lang w:val="en-GB"/>
              </w:rPr>
              <w:t>Official Publication Edition</w:t>
            </w:r>
          </w:p>
        </w:tc>
      </w:tr>
      <w:tr w:rsidR="00DD3B68" w:rsidRPr="00DD3B68" w14:paraId="6CDED65A" w14:textId="77777777" w:rsidTr="00DD3B68">
        <w:trPr>
          <w:tblCellSpacing w:w="15" w:type="dxa"/>
        </w:trPr>
        <w:tc>
          <w:tcPr>
            <w:tcW w:w="0" w:type="auto"/>
            <w:vAlign w:val="center"/>
            <w:hideMark/>
          </w:tcPr>
          <w:p w14:paraId="7A273C56" w14:textId="77777777" w:rsidR="00DD3B68" w:rsidRPr="00DD3B68" w:rsidRDefault="00DD3B68" w:rsidP="00DD3B68">
            <w:pPr>
              <w:rPr>
                <w:lang w:val="en-GB"/>
              </w:rPr>
            </w:pPr>
            <w:r w:rsidRPr="00DD3B68">
              <w:rPr>
                <w:lang w:val="en-GB"/>
              </w:rPr>
              <w:t>Effective Date</w:t>
            </w:r>
          </w:p>
        </w:tc>
        <w:tc>
          <w:tcPr>
            <w:tcW w:w="0" w:type="auto"/>
            <w:vAlign w:val="center"/>
            <w:hideMark/>
          </w:tcPr>
          <w:p w14:paraId="4E429F1C" w14:textId="77777777" w:rsidR="00DD3B68" w:rsidRPr="00DD3B68" w:rsidRDefault="00DD3B68" w:rsidP="00DD3B68">
            <w:pPr>
              <w:rPr>
                <w:lang w:val="en-GB"/>
              </w:rPr>
            </w:pPr>
            <w:r w:rsidRPr="00DD3B68">
              <w:rPr>
                <w:lang w:val="en-GB"/>
              </w:rPr>
              <w:t>August 2026</w:t>
            </w:r>
          </w:p>
        </w:tc>
      </w:tr>
      <w:tr w:rsidR="00DD3B68" w:rsidRPr="00DD3B68" w14:paraId="0EF15288" w14:textId="77777777" w:rsidTr="00DD3B68">
        <w:trPr>
          <w:tblCellSpacing w:w="15" w:type="dxa"/>
        </w:trPr>
        <w:tc>
          <w:tcPr>
            <w:tcW w:w="0" w:type="auto"/>
            <w:vAlign w:val="center"/>
            <w:hideMark/>
          </w:tcPr>
          <w:p w14:paraId="3BD22B17" w14:textId="77777777" w:rsidR="00DD3B68" w:rsidRPr="00DD3B68" w:rsidRDefault="00DD3B68" w:rsidP="00DD3B68">
            <w:pPr>
              <w:rPr>
                <w:lang w:val="en-GB"/>
              </w:rPr>
            </w:pPr>
            <w:r w:rsidRPr="00DD3B68">
              <w:rPr>
                <w:lang w:val="en-GB"/>
              </w:rPr>
              <w:t>Review Date</w:t>
            </w:r>
          </w:p>
        </w:tc>
        <w:tc>
          <w:tcPr>
            <w:tcW w:w="0" w:type="auto"/>
            <w:vAlign w:val="center"/>
            <w:hideMark/>
          </w:tcPr>
          <w:p w14:paraId="08CBD685" w14:textId="77777777" w:rsidR="00DD3B68" w:rsidRPr="00DD3B68" w:rsidRDefault="00DD3B68" w:rsidP="00DD3B68">
            <w:pPr>
              <w:rPr>
                <w:lang w:val="en-GB"/>
              </w:rPr>
            </w:pPr>
            <w:r w:rsidRPr="00DD3B68">
              <w:rPr>
                <w:lang w:val="en-GB"/>
              </w:rPr>
              <w:t>August 2027</w:t>
            </w:r>
          </w:p>
        </w:tc>
      </w:tr>
      <w:tr w:rsidR="00DD3B68" w:rsidRPr="00DD3B68" w14:paraId="64483EAC" w14:textId="77777777" w:rsidTr="00DD3B68">
        <w:trPr>
          <w:tblCellSpacing w:w="15" w:type="dxa"/>
        </w:trPr>
        <w:tc>
          <w:tcPr>
            <w:tcW w:w="0" w:type="auto"/>
            <w:vAlign w:val="center"/>
            <w:hideMark/>
          </w:tcPr>
          <w:p w14:paraId="5AF7F74F" w14:textId="77777777" w:rsidR="00DD3B68" w:rsidRPr="00DD3B68" w:rsidRDefault="00DD3B68" w:rsidP="00DD3B68">
            <w:pPr>
              <w:rPr>
                <w:lang w:val="en-GB"/>
              </w:rPr>
            </w:pPr>
            <w:r w:rsidRPr="00DD3B68">
              <w:rPr>
                <w:lang w:val="en-GB"/>
              </w:rPr>
              <w:t>Document Owner</w:t>
            </w:r>
          </w:p>
        </w:tc>
        <w:tc>
          <w:tcPr>
            <w:tcW w:w="0" w:type="auto"/>
            <w:vAlign w:val="center"/>
            <w:hideMark/>
          </w:tcPr>
          <w:p w14:paraId="75D76B9C" w14:textId="77777777" w:rsidR="00DD3B68" w:rsidRPr="00DD3B68" w:rsidRDefault="00DD3B68" w:rsidP="00DD3B68">
            <w:pPr>
              <w:rPr>
                <w:lang w:val="en-GB"/>
              </w:rPr>
            </w:pPr>
            <w:r w:rsidRPr="00DD3B68">
              <w:rPr>
                <w:lang w:val="en-GB"/>
              </w:rPr>
              <w:t>My Sports Coach UK Ltd</w:t>
            </w:r>
          </w:p>
        </w:tc>
      </w:tr>
      <w:tr w:rsidR="00DD3B68" w:rsidRPr="00DD3B68" w14:paraId="1C9EE1A0" w14:textId="77777777" w:rsidTr="00DD3B68">
        <w:trPr>
          <w:tblCellSpacing w:w="15" w:type="dxa"/>
        </w:trPr>
        <w:tc>
          <w:tcPr>
            <w:tcW w:w="0" w:type="auto"/>
            <w:vAlign w:val="center"/>
            <w:hideMark/>
          </w:tcPr>
          <w:p w14:paraId="42994831" w14:textId="77777777" w:rsidR="00DD3B68" w:rsidRPr="00DD3B68" w:rsidRDefault="00DD3B68" w:rsidP="00DD3B68">
            <w:pPr>
              <w:rPr>
                <w:lang w:val="en-GB"/>
              </w:rPr>
            </w:pPr>
            <w:r w:rsidRPr="00DD3B68">
              <w:rPr>
                <w:lang w:val="en-GB"/>
              </w:rPr>
              <w:t>Applies To</w:t>
            </w:r>
          </w:p>
        </w:tc>
        <w:tc>
          <w:tcPr>
            <w:tcW w:w="0" w:type="auto"/>
            <w:vAlign w:val="center"/>
            <w:hideMark/>
          </w:tcPr>
          <w:p w14:paraId="0D73555F" w14:textId="77777777" w:rsidR="00DD3B68" w:rsidRPr="00DD3B68" w:rsidRDefault="00DD3B68" w:rsidP="00DD3B68">
            <w:pPr>
              <w:rPr>
                <w:lang w:val="en-GB"/>
              </w:rPr>
            </w:pPr>
            <w:r w:rsidRPr="00DD3B68">
              <w:rPr>
                <w:lang w:val="en-GB"/>
              </w:rPr>
              <w:t>All users of the My Sports Coach platform</w:t>
            </w:r>
          </w:p>
        </w:tc>
      </w:tr>
    </w:tbl>
    <w:p w14:paraId="6CF566CF" w14:textId="77777777" w:rsidR="00E12B42" w:rsidRDefault="00E12B42"/>
    <w:sectPr w:rsidR="00E12B42" w:rsidSect="00034616">
      <w:footerReference w:type="default" r:id="rId9"/>
      <w:pgSz w:w="12240" w:h="15840"/>
      <w:pgMar w:top="800" w:right="1800" w:bottom="80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D5B55" w14:textId="77777777" w:rsidR="00640E5B" w:rsidRDefault="00640E5B">
      <w:pPr>
        <w:spacing w:after="0" w:line="240" w:lineRule="auto"/>
      </w:pPr>
      <w:r>
        <w:separator/>
      </w:r>
    </w:p>
  </w:endnote>
  <w:endnote w:type="continuationSeparator" w:id="0">
    <w:p w14:paraId="17384803" w14:textId="77777777" w:rsidR="00640E5B" w:rsidRDefault="00640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5036375"/>
      <w:docPartObj>
        <w:docPartGallery w:val="Page Numbers (Bottom of Page)"/>
        <w:docPartUnique/>
      </w:docPartObj>
    </w:sdtPr>
    <w:sdtEndPr>
      <w:rPr>
        <w:noProof/>
      </w:rPr>
    </w:sdtEndPr>
    <w:sdtContent>
      <w:p w14:paraId="380FDFEF" w14:textId="45EB14AD" w:rsidR="007A648F" w:rsidRDefault="007A648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473AC6" w14:textId="7F173316" w:rsidR="003166B8" w:rsidRDefault="003166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5F2AA" w14:textId="77777777" w:rsidR="00640E5B" w:rsidRDefault="00640E5B">
      <w:pPr>
        <w:spacing w:after="0" w:line="240" w:lineRule="auto"/>
      </w:pPr>
      <w:r>
        <w:separator/>
      </w:r>
    </w:p>
  </w:footnote>
  <w:footnote w:type="continuationSeparator" w:id="0">
    <w:p w14:paraId="652A12D7" w14:textId="77777777" w:rsidR="00640E5B" w:rsidRDefault="00640E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03B0BF7"/>
    <w:multiLevelType w:val="multilevel"/>
    <w:tmpl w:val="4B345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0712DB7"/>
    <w:multiLevelType w:val="multilevel"/>
    <w:tmpl w:val="F0A48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0880375"/>
    <w:multiLevelType w:val="multilevel"/>
    <w:tmpl w:val="9084A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0B01273"/>
    <w:multiLevelType w:val="multilevel"/>
    <w:tmpl w:val="DCA40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14F6146"/>
    <w:multiLevelType w:val="multilevel"/>
    <w:tmpl w:val="FD569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1913DDE"/>
    <w:multiLevelType w:val="multilevel"/>
    <w:tmpl w:val="3AAE8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1FA700F"/>
    <w:multiLevelType w:val="multilevel"/>
    <w:tmpl w:val="9ACCE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36E33F9"/>
    <w:multiLevelType w:val="multilevel"/>
    <w:tmpl w:val="27C4E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50B1DD9"/>
    <w:multiLevelType w:val="multilevel"/>
    <w:tmpl w:val="6DEC5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5733B2D"/>
    <w:multiLevelType w:val="multilevel"/>
    <w:tmpl w:val="B84E0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620276F"/>
    <w:multiLevelType w:val="multilevel"/>
    <w:tmpl w:val="09F68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6551B9A"/>
    <w:multiLevelType w:val="multilevel"/>
    <w:tmpl w:val="141AA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6A522D3"/>
    <w:multiLevelType w:val="multilevel"/>
    <w:tmpl w:val="3E966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6B87AB4"/>
    <w:multiLevelType w:val="multilevel"/>
    <w:tmpl w:val="58261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7F60A37"/>
    <w:multiLevelType w:val="multilevel"/>
    <w:tmpl w:val="161A6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81F449A"/>
    <w:multiLevelType w:val="multilevel"/>
    <w:tmpl w:val="FBA2F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8B942E9"/>
    <w:multiLevelType w:val="multilevel"/>
    <w:tmpl w:val="72EE9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94839A0"/>
    <w:multiLevelType w:val="multilevel"/>
    <w:tmpl w:val="B7B09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9C62B11"/>
    <w:multiLevelType w:val="multilevel"/>
    <w:tmpl w:val="C046E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A353344"/>
    <w:multiLevelType w:val="multilevel"/>
    <w:tmpl w:val="D1C4E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A702149"/>
    <w:multiLevelType w:val="multilevel"/>
    <w:tmpl w:val="3146A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A83706E"/>
    <w:multiLevelType w:val="multilevel"/>
    <w:tmpl w:val="084A6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B0913DF"/>
    <w:multiLevelType w:val="multilevel"/>
    <w:tmpl w:val="261E9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B2F4467"/>
    <w:multiLevelType w:val="multilevel"/>
    <w:tmpl w:val="E980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B753D79"/>
    <w:multiLevelType w:val="multilevel"/>
    <w:tmpl w:val="2D660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BA604EA"/>
    <w:multiLevelType w:val="multilevel"/>
    <w:tmpl w:val="56A20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C1A7ADB"/>
    <w:multiLevelType w:val="multilevel"/>
    <w:tmpl w:val="0D62C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C96068B"/>
    <w:multiLevelType w:val="multilevel"/>
    <w:tmpl w:val="60CCE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CB93D5B"/>
    <w:multiLevelType w:val="multilevel"/>
    <w:tmpl w:val="16A29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D216F86"/>
    <w:multiLevelType w:val="multilevel"/>
    <w:tmpl w:val="4C76D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F596DB9"/>
    <w:multiLevelType w:val="multilevel"/>
    <w:tmpl w:val="45E82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FD339AA"/>
    <w:multiLevelType w:val="multilevel"/>
    <w:tmpl w:val="D436A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0751CDB"/>
    <w:multiLevelType w:val="multilevel"/>
    <w:tmpl w:val="6088C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0BE75B3"/>
    <w:multiLevelType w:val="multilevel"/>
    <w:tmpl w:val="3274E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21268D6"/>
    <w:multiLevelType w:val="multilevel"/>
    <w:tmpl w:val="442CD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2632200"/>
    <w:multiLevelType w:val="multilevel"/>
    <w:tmpl w:val="07BE7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2A44B0C"/>
    <w:multiLevelType w:val="multilevel"/>
    <w:tmpl w:val="B9C66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2C96A8B"/>
    <w:multiLevelType w:val="multilevel"/>
    <w:tmpl w:val="53DCB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328158F"/>
    <w:multiLevelType w:val="multilevel"/>
    <w:tmpl w:val="8DEE4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45108F0"/>
    <w:multiLevelType w:val="multilevel"/>
    <w:tmpl w:val="2042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48B59C3"/>
    <w:multiLevelType w:val="multilevel"/>
    <w:tmpl w:val="8BFE1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50B03A2"/>
    <w:multiLevelType w:val="multilevel"/>
    <w:tmpl w:val="081EE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5405F48"/>
    <w:multiLevelType w:val="multilevel"/>
    <w:tmpl w:val="2DAEE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55771A0"/>
    <w:multiLevelType w:val="multilevel"/>
    <w:tmpl w:val="A3349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5D13994"/>
    <w:multiLevelType w:val="multilevel"/>
    <w:tmpl w:val="53288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5D66F27"/>
    <w:multiLevelType w:val="multilevel"/>
    <w:tmpl w:val="16728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5F64168"/>
    <w:multiLevelType w:val="multilevel"/>
    <w:tmpl w:val="E618D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6531BEE"/>
    <w:multiLevelType w:val="multilevel"/>
    <w:tmpl w:val="3D5A3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65D2A39"/>
    <w:multiLevelType w:val="multilevel"/>
    <w:tmpl w:val="03D41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67671A8"/>
    <w:multiLevelType w:val="multilevel"/>
    <w:tmpl w:val="0BB0D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69A3CA1"/>
    <w:multiLevelType w:val="multilevel"/>
    <w:tmpl w:val="3FD41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80A7A12"/>
    <w:multiLevelType w:val="multilevel"/>
    <w:tmpl w:val="8B2CB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8C45CDC"/>
    <w:multiLevelType w:val="multilevel"/>
    <w:tmpl w:val="64EC0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8C9094B"/>
    <w:multiLevelType w:val="multilevel"/>
    <w:tmpl w:val="4CBAD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8DF5685"/>
    <w:multiLevelType w:val="multilevel"/>
    <w:tmpl w:val="D12C1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98E07B4"/>
    <w:multiLevelType w:val="multilevel"/>
    <w:tmpl w:val="80C6A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A04521C"/>
    <w:multiLevelType w:val="multilevel"/>
    <w:tmpl w:val="A1EEC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A7A61BE"/>
    <w:multiLevelType w:val="multilevel"/>
    <w:tmpl w:val="2062A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B3614A0"/>
    <w:multiLevelType w:val="multilevel"/>
    <w:tmpl w:val="02C69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BA419FD"/>
    <w:multiLevelType w:val="multilevel"/>
    <w:tmpl w:val="77603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BAE1CAD"/>
    <w:multiLevelType w:val="multilevel"/>
    <w:tmpl w:val="81006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C1B7B4F"/>
    <w:multiLevelType w:val="multilevel"/>
    <w:tmpl w:val="CFEAD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C255F10"/>
    <w:multiLevelType w:val="multilevel"/>
    <w:tmpl w:val="437AE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C2911D9"/>
    <w:multiLevelType w:val="multilevel"/>
    <w:tmpl w:val="DAC2D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DDC3DEF"/>
    <w:multiLevelType w:val="multilevel"/>
    <w:tmpl w:val="540E3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EC358D7"/>
    <w:multiLevelType w:val="multilevel"/>
    <w:tmpl w:val="F3E89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EE44A7A"/>
    <w:multiLevelType w:val="multilevel"/>
    <w:tmpl w:val="033A0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FA940DB"/>
    <w:multiLevelType w:val="multilevel"/>
    <w:tmpl w:val="8A380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08F5161"/>
    <w:multiLevelType w:val="multilevel"/>
    <w:tmpl w:val="8394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0FD4BC5"/>
    <w:multiLevelType w:val="multilevel"/>
    <w:tmpl w:val="31B8D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149332E"/>
    <w:multiLevelType w:val="multilevel"/>
    <w:tmpl w:val="75C44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18657DB"/>
    <w:multiLevelType w:val="multilevel"/>
    <w:tmpl w:val="79C4D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1DB7BF5"/>
    <w:multiLevelType w:val="multilevel"/>
    <w:tmpl w:val="8910B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3256FE5"/>
    <w:multiLevelType w:val="multilevel"/>
    <w:tmpl w:val="0A20E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3D56928"/>
    <w:multiLevelType w:val="multilevel"/>
    <w:tmpl w:val="FA565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41503D1"/>
    <w:multiLevelType w:val="multilevel"/>
    <w:tmpl w:val="3B56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54E5BE0"/>
    <w:multiLevelType w:val="multilevel"/>
    <w:tmpl w:val="BD805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5961479"/>
    <w:multiLevelType w:val="multilevel"/>
    <w:tmpl w:val="3CD2B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5D16AC5"/>
    <w:multiLevelType w:val="multilevel"/>
    <w:tmpl w:val="B1C09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62C26A8"/>
    <w:multiLevelType w:val="multilevel"/>
    <w:tmpl w:val="70E45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6455DE2"/>
    <w:multiLevelType w:val="multilevel"/>
    <w:tmpl w:val="DE422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6677788"/>
    <w:multiLevelType w:val="multilevel"/>
    <w:tmpl w:val="B832F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6BE71CB"/>
    <w:multiLevelType w:val="multilevel"/>
    <w:tmpl w:val="8C82B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70F165A"/>
    <w:multiLevelType w:val="multilevel"/>
    <w:tmpl w:val="3FCE2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7C608BA"/>
    <w:multiLevelType w:val="multilevel"/>
    <w:tmpl w:val="0388C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86864A8"/>
    <w:multiLevelType w:val="multilevel"/>
    <w:tmpl w:val="8EDE8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8771B84"/>
    <w:multiLevelType w:val="multilevel"/>
    <w:tmpl w:val="ACF48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88C474D"/>
    <w:multiLevelType w:val="multilevel"/>
    <w:tmpl w:val="291A3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9AC68D0"/>
    <w:multiLevelType w:val="multilevel"/>
    <w:tmpl w:val="5EAC7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A1A5742"/>
    <w:multiLevelType w:val="multilevel"/>
    <w:tmpl w:val="93DE2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B55277E"/>
    <w:multiLevelType w:val="multilevel"/>
    <w:tmpl w:val="A55C5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B79086E"/>
    <w:multiLevelType w:val="multilevel"/>
    <w:tmpl w:val="480C6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BAB02BD"/>
    <w:multiLevelType w:val="multilevel"/>
    <w:tmpl w:val="86D66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2C015F19"/>
    <w:multiLevelType w:val="multilevel"/>
    <w:tmpl w:val="2EC47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2C0D36B8"/>
    <w:multiLevelType w:val="multilevel"/>
    <w:tmpl w:val="F9D4D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CAF65C5"/>
    <w:multiLevelType w:val="multilevel"/>
    <w:tmpl w:val="21D2C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D083B36"/>
    <w:multiLevelType w:val="multilevel"/>
    <w:tmpl w:val="B0EA8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DE4476D"/>
    <w:multiLevelType w:val="multilevel"/>
    <w:tmpl w:val="D41A8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E1C2CAC"/>
    <w:multiLevelType w:val="multilevel"/>
    <w:tmpl w:val="E9761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E677120"/>
    <w:multiLevelType w:val="multilevel"/>
    <w:tmpl w:val="3C285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2F6A2D28"/>
    <w:multiLevelType w:val="multilevel"/>
    <w:tmpl w:val="306C1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2FA74474"/>
    <w:multiLevelType w:val="multilevel"/>
    <w:tmpl w:val="BC2A4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0584D83"/>
    <w:multiLevelType w:val="multilevel"/>
    <w:tmpl w:val="E5D4B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1067869"/>
    <w:multiLevelType w:val="multilevel"/>
    <w:tmpl w:val="496AF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126354E"/>
    <w:multiLevelType w:val="multilevel"/>
    <w:tmpl w:val="4FD03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17C1411"/>
    <w:multiLevelType w:val="multilevel"/>
    <w:tmpl w:val="0B7C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1972D58"/>
    <w:multiLevelType w:val="multilevel"/>
    <w:tmpl w:val="6BAAC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1C20D01"/>
    <w:multiLevelType w:val="multilevel"/>
    <w:tmpl w:val="2BE8F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1D872C5"/>
    <w:multiLevelType w:val="multilevel"/>
    <w:tmpl w:val="5FACB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2937E40"/>
    <w:multiLevelType w:val="multilevel"/>
    <w:tmpl w:val="67348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332A0053"/>
    <w:multiLevelType w:val="multilevel"/>
    <w:tmpl w:val="4482A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334B12F3"/>
    <w:multiLevelType w:val="multilevel"/>
    <w:tmpl w:val="358A6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38D7805"/>
    <w:multiLevelType w:val="multilevel"/>
    <w:tmpl w:val="38DE1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3A4561D"/>
    <w:multiLevelType w:val="multilevel"/>
    <w:tmpl w:val="AE660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400306B"/>
    <w:multiLevelType w:val="multilevel"/>
    <w:tmpl w:val="7690C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3528742B"/>
    <w:multiLevelType w:val="multilevel"/>
    <w:tmpl w:val="E006D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358204C2"/>
    <w:multiLevelType w:val="multilevel"/>
    <w:tmpl w:val="5B461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35C626B6"/>
    <w:multiLevelType w:val="multilevel"/>
    <w:tmpl w:val="BE484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37127803"/>
    <w:multiLevelType w:val="multilevel"/>
    <w:tmpl w:val="C0064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37403E20"/>
    <w:multiLevelType w:val="multilevel"/>
    <w:tmpl w:val="2FBCC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37783120"/>
    <w:multiLevelType w:val="multilevel"/>
    <w:tmpl w:val="96B29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378654A8"/>
    <w:multiLevelType w:val="multilevel"/>
    <w:tmpl w:val="CDCE0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37904C2F"/>
    <w:multiLevelType w:val="multilevel"/>
    <w:tmpl w:val="E80E1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37D067F0"/>
    <w:multiLevelType w:val="multilevel"/>
    <w:tmpl w:val="3E826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388D440D"/>
    <w:multiLevelType w:val="multilevel"/>
    <w:tmpl w:val="C1ECE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38D05087"/>
    <w:multiLevelType w:val="multilevel"/>
    <w:tmpl w:val="15ACC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8EA2739"/>
    <w:multiLevelType w:val="multilevel"/>
    <w:tmpl w:val="F2E6E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395E1888"/>
    <w:multiLevelType w:val="multilevel"/>
    <w:tmpl w:val="B5446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39942666"/>
    <w:multiLevelType w:val="multilevel"/>
    <w:tmpl w:val="9496E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3B2665F3"/>
    <w:multiLevelType w:val="multilevel"/>
    <w:tmpl w:val="AA087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3B74021F"/>
    <w:multiLevelType w:val="multilevel"/>
    <w:tmpl w:val="1BCA9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3B7B0C90"/>
    <w:multiLevelType w:val="multilevel"/>
    <w:tmpl w:val="561A8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3BEE5AED"/>
    <w:multiLevelType w:val="multilevel"/>
    <w:tmpl w:val="E58A9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3BFA2C6D"/>
    <w:multiLevelType w:val="multilevel"/>
    <w:tmpl w:val="FEF00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3C6111F1"/>
    <w:multiLevelType w:val="multilevel"/>
    <w:tmpl w:val="0C9C1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3C781937"/>
    <w:multiLevelType w:val="multilevel"/>
    <w:tmpl w:val="27821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3CA2411A"/>
    <w:multiLevelType w:val="multilevel"/>
    <w:tmpl w:val="A0D44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3CFC5E39"/>
    <w:multiLevelType w:val="multilevel"/>
    <w:tmpl w:val="0590B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3D8436A0"/>
    <w:multiLevelType w:val="multilevel"/>
    <w:tmpl w:val="9C2E0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3DCA1CAF"/>
    <w:multiLevelType w:val="multilevel"/>
    <w:tmpl w:val="2FB0E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3E062CED"/>
    <w:multiLevelType w:val="multilevel"/>
    <w:tmpl w:val="93D4B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3EA4600C"/>
    <w:multiLevelType w:val="multilevel"/>
    <w:tmpl w:val="0AD26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3EF50F2C"/>
    <w:multiLevelType w:val="multilevel"/>
    <w:tmpl w:val="750A9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3F5D14C6"/>
    <w:multiLevelType w:val="multilevel"/>
    <w:tmpl w:val="4DF8B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40455D96"/>
    <w:multiLevelType w:val="multilevel"/>
    <w:tmpl w:val="06E6F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407D4E74"/>
    <w:multiLevelType w:val="multilevel"/>
    <w:tmpl w:val="E4A29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410E70D2"/>
    <w:multiLevelType w:val="multilevel"/>
    <w:tmpl w:val="07464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41454184"/>
    <w:multiLevelType w:val="multilevel"/>
    <w:tmpl w:val="4E826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416C1387"/>
    <w:multiLevelType w:val="multilevel"/>
    <w:tmpl w:val="B3FC6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41D417DC"/>
    <w:multiLevelType w:val="multilevel"/>
    <w:tmpl w:val="12EAE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42626A58"/>
    <w:multiLevelType w:val="multilevel"/>
    <w:tmpl w:val="0F14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4299189A"/>
    <w:multiLevelType w:val="multilevel"/>
    <w:tmpl w:val="127EA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42A16F89"/>
    <w:multiLevelType w:val="multilevel"/>
    <w:tmpl w:val="4D540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43380226"/>
    <w:multiLevelType w:val="multilevel"/>
    <w:tmpl w:val="15DC1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43A13491"/>
    <w:multiLevelType w:val="multilevel"/>
    <w:tmpl w:val="C7189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44181B7D"/>
    <w:multiLevelType w:val="multilevel"/>
    <w:tmpl w:val="62523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450A544B"/>
    <w:multiLevelType w:val="multilevel"/>
    <w:tmpl w:val="2766F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452B5531"/>
    <w:multiLevelType w:val="multilevel"/>
    <w:tmpl w:val="27403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452D1035"/>
    <w:multiLevelType w:val="multilevel"/>
    <w:tmpl w:val="F1DAC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46463DCB"/>
    <w:multiLevelType w:val="multilevel"/>
    <w:tmpl w:val="B77A4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46847A1C"/>
    <w:multiLevelType w:val="multilevel"/>
    <w:tmpl w:val="A2D20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46C12BB9"/>
    <w:multiLevelType w:val="multilevel"/>
    <w:tmpl w:val="32CAC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46E45B63"/>
    <w:multiLevelType w:val="multilevel"/>
    <w:tmpl w:val="7CB25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47303702"/>
    <w:multiLevelType w:val="multilevel"/>
    <w:tmpl w:val="EA3A5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47A0079C"/>
    <w:multiLevelType w:val="multilevel"/>
    <w:tmpl w:val="2B107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47A30985"/>
    <w:multiLevelType w:val="multilevel"/>
    <w:tmpl w:val="A29E2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47EE48E3"/>
    <w:multiLevelType w:val="multilevel"/>
    <w:tmpl w:val="F6720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48BA4FB1"/>
    <w:multiLevelType w:val="multilevel"/>
    <w:tmpl w:val="E54C5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49C24FA7"/>
    <w:multiLevelType w:val="multilevel"/>
    <w:tmpl w:val="05284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4A1A7AD4"/>
    <w:multiLevelType w:val="multilevel"/>
    <w:tmpl w:val="CC206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4A7416DB"/>
    <w:multiLevelType w:val="multilevel"/>
    <w:tmpl w:val="1FDA7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4AF02BA2"/>
    <w:multiLevelType w:val="multilevel"/>
    <w:tmpl w:val="2BD85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4AFA18A7"/>
    <w:multiLevelType w:val="multilevel"/>
    <w:tmpl w:val="08749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4BC62D6C"/>
    <w:multiLevelType w:val="multilevel"/>
    <w:tmpl w:val="A9CC8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4BE3788A"/>
    <w:multiLevelType w:val="multilevel"/>
    <w:tmpl w:val="510E0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4D090830"/>
    <w:multiLevelType w:val="multilevel"/>
    <w:tmpl w:val="6E761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4D2F39EE"/>
    <w:multiLevelType w:val="multilevel"/>
    <w:tmpl w:val="512ED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4DB719A2"/>
    <w:multiLevelType w:val="multilevel"/>
    <w:tmpl w:val="1A70B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4E3048E0"/>
    <w:multiLevelType w:val="multilevel"/>
    <w:tmpl w:val="FD1A6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4E566D01"/>
    <w:multiLevelType w:val="multilevel"/>
    <w:tmpl w:val="3898A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4ECC2EEC"/>
    <w:multiLevelType w:val="multilevel"/>
    <w:tmpl w:val="9604B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4F1512BC"/>
    <w:multiLevelType w:val="multilevel"/>
    <w:tmpl w:val="AFD2A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4F605FC5"/>
    <w:multiLevelType w:val="multilevel"/>
    <w:tmpl w:val="AD700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4F826411"/>
    <w:multiLevelType w:val="multilevel"/>
    <w:tmpl w:val="36363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50B32EAF"/>
    <w:multiLevelType w:val="multilevel"/>
    <w:tmpl w:val="548AA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513066B3"/>
    <w:multiLevelType w:val="multilevel"/>
    <w:tmpl w:val="5D6A1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51963E36"/>
    <w:multiLevelType w:val="multilevel"/>
    <w:tmpl w:val="B0763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520E3387"/>
    <w:multiLevelType w:val="multilevel"/>
    <w:tmpl w:val="F5209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52803678"/>
    <w:multiLevelType w:val="multilevel"/>
    <w:tmpl w:val="A8A2E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52990E7A"/>
    <w:multiLevelType w:val="multilevel"/>
    <w:tmpl w:val="11266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52EF646E"/>
    <w:multiLevelType w:val="multilevel"/>
    <w:tmpl w:val="2812A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531D41F5"/>
    <w:multiLevelType w:val="multilevel"/>
    <w:tmpl w:val="2048C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53232000"/>
    <w:multiLevelType w:val="multilevel"/>
    <w:tmpl w:val="BAD27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532D2C8E"/>
    <w:multiLevelType w:val="multilevel"/>
    <w:tmpl w:val="F7809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53AF26EC"/>
    <w:multiLevelType w:val="multilevel"/>
    <w:tmpl w:val="B3FEB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53B0590E"/>
    <w:multiLevelType w:val="multilevel"/>
    <w:tmpl w:val="8BEEA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53B62172"/>
    <w:multiLevelType w:val="multilevel"/>
    <w:tmpl w:val="6F78B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53CA40B6"/>
    <w:multiLevelType w:val="multilevel"/>
    <w:tmpl w:val="916A2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545E4EA0"/>
    <w:multiLevelType w:val="multilevel"/>
    <w:tmpl w:val="5112A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54C30341"/>
    <w:multiLevelType w:val="multilevel"/>
    <w:tmpl w:val="E5F69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54C7118C"/>
    <w:multiLevelType w:val="multilevel"/>
    <w:tmpl w:val="940E8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552A029A"/>
    <w:multiLevelType w:val="multilevel"/>
    <w:tmpl w:val="12547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560C44BA"/>
    <w:multiLevelType w:val="multilevel"/>
    <w:tmpl w:val="91EA2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56647A03"/>
    <w:multiLevelType w:val="multilevel"/>
    <w:tmpl w:val="1D9AE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56AC59AA"/>
    <w:multiLevelType w:val="multilevel"/>
    <w:tmpl w:val="0B32B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571221E0"/>
    <w:multiLevelType w:val="multilevel"/>
    <w:tmpl w:val="B38EE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5780211E"/>
    <w:multiLevelType w:val="multilevel"/>
    <w:tmpl w:val="66FC4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57C55BC2"/>
    <w:multiLevelType w:val="multilevel"/>
    <w:tmpl w:val="DE981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585621FF"/>
    <w:multiLevelType w:val="multilevel"/>
    <w:tmpl w:val="F9A49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58F86019"/>
    <w:multiLevelType w:val="multilevel"/>
    <w:tmpl w:val="F5BA7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59A02166"/>
    <w:multiLevelType w:val="multilevel"/>
    <w:tmpl w:val="FDAE9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59D92949"/>
    <w:multiLevelType w:val="multilevel"/>
    <w:tmpl w:val="34C4A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59DB6F41"/>
    <w:multiLevelType w:val="multilevel"/>
    <w:tmpl w:val="A3545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59EA385C"/>
    <w:multiLevelType w:val="multilevel"/>
    <w:tmpl w:val="E4006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5A000C83"/>
    <w:multiLevelType w:val="multilevel"/>
    <w:tmpl w:val="82EAC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5A8C04FC"/>
    <w:multiLevelType w:val="multilevel"/>
    <w:tmpl w:val="A95E1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5B051B57"/>
    <w:multiLevelType w:val="multilevel"/>
    <w:tmpl w:val="2D8A5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5B58134C"/>
    <w:multiLevelType w:val="multilevel"/>
    <w:tmpl w:val="E4F8C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5BD249F2"/>
    <w:multiLevelType w:val="multilevel"/>
    <w:tmpl w:val="008EB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5CDA6625"/>
    <w:multiLevelType w:val="multilevel"/>
    <w:tmpl w:val="E2D6C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5D926302"/>
    <w:multiLevelType w:val="multilevel"/>
    <w:tmpl w:val="FE14D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5DB95039"/>
    <w:multiLevelType w:val="multilevel"/>
    <w:tmpl w:val="CAD01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5DBC3A0E"/>
    <w:multiLevelType w:val="multilevel"/>
    <w:tmpl w:val="AFA03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5EA93396"/>
    <w:multiLevelType w:val="multilevel"/>
    <w:tmpl w:val="9CD2D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5EB765F6"/>
    <w:multiLevelType w:val="multilevel"/>
    <w:tmpl w:val="D0246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5ED435F2"/>
    <w:multiLevelType w:val="multilevel"/>
    <w:tmpl w:val="7548E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5F550373"/>
    <w:multiLevelType w:val="multilevel"/>
    <w:tmpl w:val="0A8C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60306F31"/>
    <w:multiLevelType w:val="multilevel"/>
    <w:tmpl w:val="D8B4F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606B26E1"/>
    <w:multiLevelType w:val="multilevel"/>
    <w:tmpl w:val="613EE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60E15246"/>
    <w:multiLevelType w:val="multilevel"/>
    <w:tmpl w:val="2C6A3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6124786F"/>
    <w:multiLevelType w:val="multilevel"/>
    <w:tmpl w:val="FED85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619E3215"/>
    <w:multiLevelType w:val="multilevel"/>
    <w:tmpl w:val="0BA8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62076BF2"/>
    <w:multiLevelType w:val="multilevel"/>
    <w:tmpl w:val="D0B08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620D69AE"/>
    <w:multiLevelType w:val="multilevel"/>
    <w:tmpl w:val="2C783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62FF1D2E"/>
    <w:multiLevelType w:val="multilevel"/>
    <w:tmpl w:val="34BC9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637F44E8"/>
    <w:multiLevelType w:val="multilevel"/>
    <w:tmpl w:val="9086F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63917DEB"/>
    <w:multiLevelType w:val="multilevel"/>
    <w:tmpl w:val="D152F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64473721"/>
    <w:multiLevelType w:val="multilevel"/>
    <w:tmpl w:val="7AB86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64B4155B"/>
    <w:multiLevelType w:val="multilevel"/>
    <w:tmpl w:val="DB7EF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65A95A0C"/>
    <w:multiLevelType w:val="multilevel"/>
    <w:tmpl w:val="70AAB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661D3652"/>
    <w:multiLevelType w:val="multilevel"/>
    <w:tmpl w:val="526EC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663677AA"/>
    <w:multiLevelType w:val="multilevel"/>
    <w:tmpl w:val="17DC9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66576C40"/>
    <w:multiLevelType w:val="multilevel"/>
    <w:tmpl w:val="57E41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667D21B8"/>
    <w:multiLevelType w:val="multilevel"/>
    <w:tmpl w:val="AE66F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66CB4790"/>
    <w:multiLevelType w:val="multilevel"/>
    <w:tmpl w:val="5DD42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66E94AC1"/>
    <w:multiLevelType w:val="multilevel"/>
    <w:tmpl w:val="127A4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673E0945"/>
    <w:multiLevelType w:val="multilevel"/>
    <w:tmpl w:val="93440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67FC6A5D"/>
    <w:multiLevelType w:val="multilevel"/>
    <w:tmpl w:val="9D66B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68321310"/>
    <w:multiLevelType w:val="multilevel"/>
    <w:tmpl w:val="1B54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68376127"/>
    <w:multiLevelType w:val="multilevel"/>
    <w:tmpl w:val="D0944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68491917"/>
    <w:multiLevelType w:val="multilevel"/>
    <w:tmpl w:val="856CE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684E4B1D"/>
    <w:multiLevelType w:val="multilevel"/>
    <w:tmpl w:val="B0FA1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685E27C2"/>
    <w:multiLevelType w:val="multilevel"/>
    <w:tmpl w:val="08587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6A3C3EAB"/>
    <w:multiLevelType w:val="multilevel"/>
    <w:tmpl w:val="CF209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6A924025"/>
    <w:multiLevelType w:val="multilevel"/>
    <w:tmpl w:val="2A66D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6ADD7290"/>
    <w:multiLevelType w:val="multilevel"/>
    <w:tmpl w:val="8BBC4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6B8468DE"/>
    <w:multiLevelType w:val="multilevel"/>
    <w:tmpl w:val="B8984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6B992321"/>
    <w:multiLevelType w:val="multilevel"/>
    <w:tmpl w:val="C890B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6B9C7EA7"/>
    <w:multiLevelType w:val="multilevel"/>
    <w:tmpl w:val="5BD42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6C5E2ADA"/>
    <w:multiLevelType w:val="multilevel"/>
    <w:tmpl w:val="502E8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6C723345"/>
    <w:multiLevelType w:val="multilevel"/>
    <w:tmpl w:val="1AC2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6C85799F"/>
    <w:multiLevelType w:val="multilevel"/>
    <w:tmpl w:val="4394E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6C9908EE"/>
    <w:multiLevelType w:val="multilevel"/>
    <w:tmpl w:val="A46EA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6CD153FB"/>
    <w:multiLevelType w:val="multilevel"/>
    <w:tmpl w:val="37A66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6D2D3238"/>
    <w:multiLevelType w:val="multilevel"/>
    <w:tmpl w:val="95428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6D9E10C6"/>
    <w:multiLevelType w:val="multilevel"/>
    <w:tmpl w:val="3AF2C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6DB45C28"/>
    <w:multiLevelType w:val="multilevel"/>
    <w:tmpl w:val="8D0CA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6DCC6D54"/>
    <w:multiLevelType w:val="multilevel"/>
    <w:tmpl w:val="06C8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6F794FCF"/>
    <w:multiLevelType w:val="multilevel"/>
    <w:tmpl w:val="ECBEB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706C28D0"/>
    <w:multiLevelType w:val="multilevel"/>
    <w:tmpl w:val="B77ED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709F4197"/>
    <w:multiLevelType w:val="multilevel"/>
    <w:tmpl w:val="0EC63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70E3719E"/>
    <w:multiLevelType w:val="multilevel"/>
    <w:tmpl w:val="2B001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710223B9"/>
    <w:multiLevelType w:val="multilevel"/>
    <w:tmpl w:val="3C0E2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71675669"/>
    <w:multiLevelType w:val="multilevel"/>
    <w:tmpl w:val="7CB22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71D951B8"/>
    <w:multiLevelType w:val="multilevel"/>
    <w:tmpl w:val="880CD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72C371B0"/>
    <w:multiLevelType w:val="multilevel"/>
    <w:tmpl w:val="872C2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73387167"/>
    <w:multiLevelType w:val="multilevel"/>
    <w:tmpl w:val="B686A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73514BDE"/>
    <w:multiLevelType w:val="multilevel"/>
    <w:tmpl w:val="818EB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73BE1B16"/>
    <w:multiLevelType w:val="multilevel"/>
    <w:tmpl w:val="7E82D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73C1036E"/>
    <w:multiLevelType w:val="multilevel"/>
    <w:tmpl w:val="A4F60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743D1177"/>
    <w:multiLevelType w:val="multilevel"/>
    <w:tmpl w:val="7B96C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747A3CD1"/>
    <w:multiLevelType w:val="multilevel"/>
    <w:tmpl w:val="A2041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74926721"/>
    <w:multiLevelType w:val="multilevel"/>
    <w:tmpl w:val="7736D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74FE7F78"/>
    <w:multiLevelType w:val="multilevel"/>
    <w:tmpl w:val="FAA2C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75F469C9"/>
    <w:multiLevelType w:val="multilevel"/>
    <w:tmpl w:val="395C0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769F06BE"/>
    <w:multiLevelType w:val="multilevel"/>
    <w:tmpl w:val="A386D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77122C90"/>
    <w:multiLevelType w:val="multilevel"/>
    <w:tmpl w:val="9884A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775C6831"/>
    <w:multiLevelType w:val="multilevel"/>
    <w:tmpl w:val="CD609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7783373E"/>
    <w:multiLevelType w:val="multilevel"/>
    <w:tmpl w:val="0D9C5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780242F4"/>
    <w:multiLevelType w:val="multilevel"/>
    <w:tmpl w:val="7A466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780823C0"/>
    <w:multiLevelType w:val="multilevel"/>
    <w:tmpl w:val="6EE83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78595271"/>
    <w:multiLevelType w:val="multilevel"/>
    <w:tmpl w:val="12A8F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78D2730A"/>
    <w:multiLevelType w:val="multilevel"/>
    <w:tmpl w:val="3AA8C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79C136F9"/>
    <w:multiLevelType w:val="multilevel"/>
    <w:tmpl w:val="63C04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79E05C2D"/>
    <w:multiLevelType w:val="multilevel"/>
    <w:tmpl w:val="DC9CD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7A0263F9"/>
    <w:multiLevelType w:val="multilevel"/>
    <w:tmpl w:val="233C1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7A2F263F"/>
    <w:multiLevelType w:val="multilevel"/>
    <w:tmpl w:val="D0B6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7AD17244"/>
    <w:multiLevelType w:val="multilevel"/>
    <w:tmpl w:val="F244A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7B430D74"/>
    <w:multiLevelType w:val="multilevel"/>
    <w:tmpl w:val="AECC5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7B5E14DF"/>
    <w:multiLevelType w:val="multilevel"/>
    <w:tmpl w:val="ACD01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7CB63594"/>
    <w:multiLevelType w:val="multilevel"/>
    <w:tmpl w:val="57908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7D3C3EFD"/>
    <w:multiLevelType w:val="multilevel"/>
    <w:tmpl w:val="4434D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7E056111"/>
    <w:multiLevelType w:val="multilevel"/>
    <w:tmpl w:val="3D16F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7E20625B"/>
    <w:multiLevelType w:val="multilevel"/>
    <w:tmpl w:val="F2D46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7E926F15"/>
    <w:multiLevelType w:val="multilevel"/>
    <w:tmpl w:val="873EC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7FF23CD5"/>
    <w:multiLevelType w:val="multilevel"/>
    <w:tmpl w:val="14349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741521">
    <w:abstractNumId w:val="5"/>
  </w:num>
  <w:num w:numId="2" w16cid:durableId="1485900863">
    <w:abstractNumId w:val="3"/>
  </w:num>
  <w:num w:numId="3" w16cid:durableId="2102408824">
    <w:abstractNumId w:val="2"/>
  </w:num>
  <w:num w:numId="4" w16cid:durableId="760368056">
    <w:abstractNumId w:val="4"/>
  </w:num>
  <w:num w:numId="5" w16cid:durableId="1106465381">
    <w:abstractNumId w:val="1"/>
  </w:num>
  <w:num w:numId="6" w16cid:durableId="684401152">
    <w:abstractNumId w:val="0"/>
  </w:num>
  <w:num w:numId="7" w16cid:durableId="1495756693">
    <w:abstractNumId w:val="7"/>
  </w:num>
  <w:num w:numId="8" w16cid:durableId="1854832154">
    <w:abstractNumId w:val="255"/>
  </w:num>
  <w:num w:numId="9" w16cid:durableId="139615202">
    <w:abstractNumId w:val="281"/>
  </w:num>
  <w:num w:numId="10" w16cid:durableId="82191667">
    <w:abstractNumId w:val="166"/>
  </w:num>
  <w:num w:numId="11" w16cid:durableId="50882103">
    <w:abstractNumId w:val="164"/>
  </w:num>
  <w:num w:numId="12" w16cid:durableId="452943501">
    <w:abstractNumId w:val="68"/>
  </w:num>
  <w:num w:numId="13" w16cid:durableId="159123254">
    <w:abstractNumId w:val="19"/>
  </w:num>
  <w:num w:numId="14" w16cid:durableId="1031302036">
    <w:abstractNumId w:val="111"/>
  </w:num>
  <w:num w:numId="15" w16cid:durableId="932394089">
    <w:abstractNumId w:val="222"/>
  </w:num>
  <w:num w:numId="16" w16cid:durableId="879782732">
    <w:abstractNumId w:val="245"/>
  </w:num>
  <w:num w:numId="17" w16cid:durableId="323247438">
    <w:abstractNumId w:val="45"/>
  </w:num>
  <w:num w:numId="18" w16cid:durableId="452096927">
    <w:abstractNumId w:val="203"/>
  </w:num>
  <w:num w:numId="19" w16cid:durableId="1055157370">
    <w:abstractNumId w:val="61"/>
  </w:num>
  <w:num w:numId="20" w16cid:durableId="2098594500">
    <w:abstractNumId w:val="175"/>
  </w:num>
  <w:num w:numId="21" w16cid:durableId="1852836359">
    <w:abstractNumId w:val="159"/>
  </w:num>
  <w:num w:numId="22" w16cid:durableId="1195270005">
    <w:abstractNumId w:val="218"/>
  </w:num>
  <w:num w:numId="23" w16cid:durableId="25763844">
    <w:abstractNumId w:val="244"/>
  </w:num>
  <w:num w:numId="24" w16cid:durableId="1444307652">
    <w:abstractNumId w:val="296"/>
  </w:num>
  <w:num w:numId="25" w16cid:durableId="950548514">
    <w:abstractNumId w:val="173"/>
  </w:num>
  <w:num w:numId="26" w16cid:durableId="877625267">
    <w:abstractNumId w:val="116"/>
  </w:num>
  <w:num w:numId="27" w16cid:durableId="1733582714">
    <w:abstractNumId w:val="188"/>
  </w:num>
  <w:num w:numId="28" w16cid:durableId="2028142827">
    <w:abstractNumId w:val="115"/>
  </w:num>
  <w:num w:numId="29" w16cid:durableId="651102669">
    <w:abstractNumId w:val="199"/>
  </w:num>
  <w:num w:numId="30" w16cid:durableId="135494554">
    <w:abstractNumId w:val="114"/>
  </w:num>
  <w:num w:numId="31" w16cid:durableId="1008749491">
    <w:abstractNumId w:val="42"/>
  </w:num>
  <w:num w:numId="32" w16cid:durableId="217982102">
    <w:abstractNumId w:val="210"/>
  </w:num>
  <w:num w:numId="33" w16cid:durableId="1788695422">
    <w:abstractNumId w:val="176"/>
  </w:num>
  <w:num w:numId="34" w16cid:durableId="544682245">
    <w:abstractNumId w:val="227"/>
  </w:num>
  <w:num w:numId="35" w16cid:durableId="616570487">
    <w:abstractNumId w:val="143"/>
  </w:num>
  <w:num w:numId="36" w16cid:durableId="1248612839">
    <w:abstractNumId w:val="272"/>
  </w:num>
  <w:num w:numId="37" w16cid:durableId="877082632">
    <w:abstractNumId w:val="151"/>
  </w:num>
  <w:num w:numId="38" w16cid:durableId="193546479">
    <w:abstractNumId w:val="171"/>
  </w:num>
  <w:num w:numId="39" w16cid:durableId="1043335099">
    <w:abstractNumId w:val="149"/>
  </w:num>
  <w:num w:numId="40" w16cid:durableId="832377648">
    <w:abstractNumId w:val="189"/>
  </w:num>
  <w:num w:numId="41" w16cid:durableId="1840388014">
    <w:abstractNumId w:val="225"/>
  </w:num>
  <w:num w:numId="42" w16cid:durableId="2019261448">
    <w:abstractNumId w:val="56"/>
  </w:num>
  <w:num w:numId="43" w16cid:durableId="1230579541">
    <w:abstractNumId w:val="66"/>
  </w:num>
  <w:num w:numId="44" w16cid:durableId="636837097">
    <w:abstractNumId w:val="118"/>
  </w:num>
  <w:num w:numId="45" w16cid:durableId="385223347">
    <w:abstractNumId w:val="105"/>
  </w:num>
  <w:num w:numId="46" w16cid:durableId="1767261090">
    <w:abstractNumId w:val="64"/>
  </w:num>
  <w:num w:numId="47" w16cid:durableId="1570580057">
    <w:abstractNumId w:val="253"/>
  </w:num>
  <w:num w:numId="48" w16cid:durableId="286202594">
    <w:abstractNumId w:val="238"/>
  </w:num>
  <w:num w:numId="49" w16cid:durableId="1650940818">
    <w:abstractNumId w:val="292"/>
  </w:num>
  <w:num w:numId="50" w16cid:durableId="941035188">
    <w:abstractNumId w:val="154"/>
  </w:num>
  <w:num w:numId="51" w16cid:durableId="473454233">
    <w:abstractNumId w:val="125"/>
  </w:num>
  <w:num w:numId="52" w16cid:durableId="1854110042">
    <w:abstractNumId w:val="247"/>
  </w:num>
  <w:num w:numId="53" w16cid:durableId="1674645594">
    <w:abstractNumId w:val="156"/>
  </w:num>
  <w:num w:numId="54" w16cid:durableId="1340307098">
    <w:abstractNumId w:val="276"/>
  </w:num>
  <w:num w:numId="55" w16cid:durableId="1286740812">
    <w:abstractNumId w:val="174"/>
  </w:num>
  <w:num w:numId="56" w16cid:durableId="453404955">
    <w:abstractNumId w:val="231"/>
  </w:num>
  <w:num w:numId="57" w16cid:durableId="519054294">
    <w:abstractNumId w:val="18"/>
  </w:num>
  <w:num w:numId="58" w16cid:durableId="888415890">
    <w:abstractNumId w:val="289"/>
  </w:num>
  <w:num w:numId="59" w16cid:durableId="1215775643">
    <w:abstractNumId w:val="236"/>
  </w:num>
  <w:num w:numId="60" w16cid:durableId="159856295">
    <w:abstractNumId w:val="168"/>
  </w:num>
  <w:num w:numId="61" w16cid:durableId="895706988">
    <w:abstractNumId w:val="243"/>
  </w:num>
  <w:num w:numId="62" w16cid:durableId="1272129899">
    <w:abstractNumId w:val="285"/>
  </w:num>
  <w:num w:numId="63" w16cid:durableId="1718967928">
    <w:abstractNumId w:val="78"/>
  </w:num>
  <w:num w:numId="64" w16cid:durableId="432553520">
    <w:abstractNumId w:val="291"/>
  </w:num>
  <w:num w:numId="65" w16cid:durableId="1712917226">
    <w:abstractNumId w:val="270"/>
  </w:num>
  <w:num w:numId="66" w16cid:durableId="1160542555">
    <w:abstractNumId w:val="254"/>
  </w:num>
  <w:num w:numId="67" w16cid:durableId="1299916987">
    <w:abstractNumId w:val="103"/>
  </w:num>
  <w:num w:numId="68" w16cid:durableId="1816723528">
    <w:abstractNumId w:val="147"/>
  </w:num>
  <w:num w:numId="69" w16cid:durableId="1377464093">
    <w:abstractNumId w:val="268"/>
  </w:num>
  <w:num w:numId="70" w16cid:durableId="850921243">
    <w:abstractNumId w:val="6"/>
  </w:num>
  <w:num w:numId="71" w16cid:durableId="469632377">
    <w:abstractNumId w:val="215"/>
  </w:num>
  <w:num w:numId="72" w16cid:durableId="1895004602">
    <w:abstractNumId w:val="242"/>
  </w:num>
  <w:num w:numId="73" w16cid:durableId="499009519">
    <w:abstractNumId w:val="85"/>
  </w:num>
  <w:num w:numId="74" w16cid:durableId="1271278642">
    <w:abstractNumId w:val="273"/>
  </w:num>
  <w:num w:numId="75" w16cid:durableId="1091052398">
    <w:abstractNumId w:val="104"/>
  </w:num>
  <w:num w:numId="76" w16cid:durableId="1408654113">
    <w:abstractNumId w:val="304"/>
  </w:num>
  <w:num w:numId="77" w16cid:durableId="2044548929">
    <w:abstractNumId w:val="142"/>
  </w:num>
  <w:num w:numId="78" w16cid:durableId="1898324148">
    <w:abstractNumId w:val="90"/>
  </w:num>
  <w:num w:numId="79" w16cid:durableId="734739815">
    <w:abstractNumId w:val="232"/>
  </w:num>
  <w:num w:numId="80" w16cid:durableId="164635247">
    <w:abstractNumId w:val="214"/>
  </w:num>
  <w:num w:numId="81" w16cid:durableId="1960141330">
    <w:abstractNumId w:val="150"/>
  </w:num>
  <w:num w:numId="82" w16cid:durableId="1255940036">
    <w:abstractNumId w:val="72"/>
  </w:num>
  <w:num w:numId="83" w16cid:durableId="412047277">
    <w:abstractNumId w:val="208"/>
  </w:num>
  <w:num w:numId="84" w16cid:durableId="993876633">
    <w:abstractNumId w:val="63"/>
  </w:num>
  <w:num w:numId="85" w16cid:durableId="1821656990">
    <w:abstractNumId w:val="293"/>
  </w:num>
  <w:num w:numId="86" w16cid:durableId="965769812">
    <w:abstractNumId w:val="187"/>
  </w:num>
  <w:num w:numId="87" w16cid:durableId="1160199199">
    <w:abstractNumId w:val="120"/>
  </w:num>
  <w:num w:numId="88" w16cid:durableId="2077584279">
    <w:abstractNumId w:val="138"/>
  </w:num>
  <w:num w:numId="89" w16cid:durableId="1496536119">
    <w:abstractNumId w:val="146"/>
  </w:num>
  <w:num w:numId="90" w16cid:durableId="737095991">
    <w:abstractNumId w:val="17"/>
  </w:num>
  <w:num w:numId="91" w16cid:durableId="1704550347">
    <w:abstractNumId w:val="160"/>
  </w:num>
  <w:num w:numId="92" w16cid:durableId="829713673">
    <w:abstractNumId w:val="109"/>
  </w:num>
  <w:num w:numId="93" w16cid:durableId="1715620927">
    <w:abstractNumId w:val="139"/>
  </w:num>
  <w:num w:numId="94" w16cid:durableId="634991553">
    <w:abstractNumId w:val="79"/>
  </w:num>
  <w:num w:numId="95" w16cid:durableId="120535558">
    <w:abstractNumId w:val="130"/>
  </w:num>
  <w:num w:numId="96" w16cid:durableId="1205606137">
    <w:abstractNumId w:val="306"/>
  </w:num>
  <w:num w:numId="97" w16cid:durableId="1510173844">
    <w:abstractNumId w:val="299"/>
  </w:num>
  <w:num w:numId="98" w16cid:durableId="1937206084">
    <w:abstractNumId w:val="145"/>
  </w:num>
  <w:num w:numId="99" w16cid:durableId="192422777">
    <w:abstractNumId w:val="76"/>
  </w:num>
  <w:num w:numId="100" w16cid:durableId="48235171">
    <w:abstractNumId w:val="37"/>
  </w:num>
  <w:num w:numId="101" w16cid:durableId="60253565">
    <w:abstractNumId w:val="172"/>
  </w:num>
  <w:num w:numId="102" w16cid:durableId="1764645069">
    <w:abstractNumId w:val="121"/>
  </w:num>
  <w:num w:numId="103" w16cid:durableId="391734614">
    <w:abstractNumId w:val="165"/>
  </w:num>
  <w:num w:numId="104" w16cid:durableId="1435054547">
    <w:abstractNumId w:val="280"/>
  </w:num>
  <w:num w:numId="105" w16cid:durableId="567805151">
    <w:abstractNumId w:val="53"/>
  </w:num>
  <w:num w:numId="106" w16cid:durableId="374814543">
    <w:abstractNumId w:val="34"/>
  </w:num>
  <w:num w:numId="107" w16cid:durableId="1560019160">
    <w:abstractNumId w:val="14"/>
  </w:num>
  <w:num w:numId="108" w16cid:durableId="785929999">
    <w:abstractNumId w:val="31"/>
  </w:num>
  <w:num w:numId="109" w16cid:durableId="1596133608">
    <w:abstractNumId w:val="43"/>
  </w:num>
  <w:num w:numId="110" w16cid:durableId="1714499878">
    <w:abstractNumId w:val="123"/>
  </w:num>
  <w:num w:numId="111" w16cid:durableId="454376217">
    <w:abstractNumId w:val="35"/>
  </w:num>
  <w:num w:numId="112" w16cid:durableId="2054840795">
    <w:abstractNumId w:val="8"/>
  </w:num>
  <w:num w:numId="113" w16cid:durableId="1045758765">
    <w:abstractNumId w:val="262"/>
  </w:num>
  <w:num w:numId="114" w16cid:durableId="868957664">
    <w:abstractNumId w:val="46"/>
  </w:num>
  <w:num w:numId="115" w16cid:durableId="1133863750">
    <w:abstractNumId w:val="180"/>
  </w:num>
  <w:num w:numId="116" w16cid:durableId="1844516507">
    <w:abstractNumId w:val="186"/>
  </w:num>
  <w:num w:numId="117" w16cid:durableId="354886160">
    <w:abstractNumId w:val="162"/>
  </w:num>
  <w:num w:numId="118" w16cid:durableId="765347904">
    <w:abstractNumId w:val="16"/>
  </w:num>
  <w:num w:numId="119" w16cid:durableId="2038047030">
    <w:abstractNumId w:val="137"/>
  </w:num>
  <w:num w:numId="120" w16cid:durableId="1573731254">
    <w:abstractNumId w:val="220"/>
  </w:num>
  <w:num w:numId="121" w16cid:durableId="172187048">
    <w:abstractNumId w:val="252"/>
  </w:num>
  <w:num w:numId="122" w16cid:durableId="1669021045">
    <w:abstractNumId w:val="152"/>
  </w:num>
  <w:num w:numId="123" w16cid:durableId="1135834714">
    <w:abstractNumId w:val="224"/>
  </w:num>
  <w:num w:numId="124" w16cid:durableId="1670015721">
    <w:abstractNumId w:val="89"/>
  </w:num>
  <w:num w:numId="125" w16cid:durableId="805925971">
    <w:abstractNumId w:val="98"/>
  </w:num>
  <w:num w:numId="126" w16cid:durableId="684750838">
    <w:abstractNumId w:val="204"/>
  </w:num>
  <w:num w:numId="127" w16cid:durableId="1450473347">
    <w:abstractNumId w:val="212"/>
  </w:num>
  <w:num w:numId="128" w16cid:durableId="616259476">
    <w:abstractNumId w:val="185"/>
  </w:num>
  <w:num w:numId="129" w16cid:durableId="959338385">
    <w:abstractNumId w:val="275"/>
  </w:num>
  <w:num w:numId="130" w16cid:durableId="301888280">
    <w:abstractNumId w:val="62"/>
  </w:num>
  <w:num w:numId="131" w16cid:durableId="396321370">
    <w:abstractNumId w:val="128"/>
  </w:num>
  <w:num w:numId="132" w16cid:durableId="1946764593">
    <w:abstractNumId w:val="283"/>
  </w:num>
  <w:num w:numId="133" w16cid:durableId="1825970249">
    <w:abstractNumId w:val="88"/>
  </w:num>
  <w:num w:numId="134" w16cid:durableId="2115902394">
    <w:abstractNumId w:val="195"/>
  </w:num>
  <w:num w:numId="135" w16cid:durableId="1801459393">
    <w:abstractNumId w:val="200"/>
  </w:num>
  <w:num w:numId="136" w16cid:durableId="1053390040">
    <w:abstractNumId w:val="32"/>
  </w:num>
  <w:num w:numId="137" w16cid:durableId="1348214879">
    <w:abstractNumId w:val="240"/>
  </w:num>
  <w:num w:numId="138" w16cid:durableId="1152722483">
    <w:abstractNumId w:val="86"/>
  </w:num>
  <w:num w:numId="139" w16cid:durableId="660155868">
    <w:abstractNumId w:val="246"/>
  </w:num>
  <w:num w:numId="140" w16cid:durableId="1810437032">
    <w:abstractNumId w:val="310"/>
  </w:num>
  <w:num w:numId="141" w16cid:durableId="1488282796">
    <w:abstractNumId w:val="177"/>
  </w:num>
  <w:num w:numId="142" w16cid:durableId="967009205">
    <w:abstractNumId w:val="241"/>
  </w:num>
  <w:num w:numId="143" w16cid:durableId="1461920553">
    <w:abstractNumId w:val="193"/>
  </w:num>
  <w:num w:numId="144" w16cid:durableId="289093149">
    <w:abstractNumId w:val="36"/>
  </w:num>
  <w:num w:numId="145" w16cid:durableId="617879524">
    <w:abstractNumId w:val="169"/>
  </w:num>
  <w:num w:numId="146" w16cid:durableId="458570328">
    <w:abstractNumId w:val="97"/>
  </w:num>
  <w:num w:numId="147" w16cid:durableId="1061947320">
    <w:abstractNumId w:val="30"/>
  </w:num>
  <w:num w:numId="148" w16cid:durableId="1171792049">
    <w:abstractNumId w:val="202"/>
  </w:num>
  <w:num w:numId="149" w16cid:durableId="1561594146">
    <w:abstractNumId w:val="274"/>
  </w:num>
  <w:num w:numId="150" w16cid:durableId="349718161">
    <w:abstractNumId w:val="20"/>
  </w:num>
  <w:num w:numId="151" w16cid:durableId="671225516">
    <w:abstractNumId w:val="239"/>
  </w:num>
  <w:num w:numId="152" w16cid:durableId="433131774">
    <w:abstractNumId w:val="10"/>
  </w:num>
  <w:num w:numId="153" w16cid:durableId="815799214">
    <w:abstractNumId w:val="24"/>
  </w:num>
  <w:num w:numId="154" w16cid:durableId="318964514">
    <w:abstractNumId w:val="52"/>
  </w:num>
  <w:num w:numId="155" w16cid:durableId="1226455762">
    <w:abstractNumId w:val="196"/>
  </w:num>
  <w:num w:numId="156" w16cid:durableId="337390056">
    <w:abstractNumId w:val="167"/>
  </w:num>
  <w:num w:numId="157" w16cid:durableId="2129738671">
    <w:abstractNumId w:val="261"/>
  </w:num>
  <w:num w:numId="158" w16cid:durableId="33388231">
    <w:abstractNumId w:val="260"/>
  </w:num>
  <w:num w:numId="159" w16cid:durableId="1943220241">
    <w:abstractNumId w:val="305"/>
  </w:num>
  <w:num w:numId="160" w16cid:durableId="1855413079">
    <w:abstractNumId w:val="311"/>
  </w:num>
  <w:num w:numId="161" w16cid:durableId="2102800761">
    <w:abstractNumId w:val="235"/>
  </w:num>
  <w:num w:numId="162" w16cid:durableId="218709959">
    <w:abstractNumId w:val="87"/>
  </w:num>
  <w:num w:numId="163" w16cid:durableId="12153316">
    <w:abstractNumId w:val="290"/>
  </w:num>
  <w:num w:numId="164" w16cid:durableId="681516697">
    <w:abstractNumId w:val="51"/>
  </w:num>
  <w:num w:numId="165" w16cid:durableId="1942755587">
    <w:abstractNumId w:val="67"/>
  </w:num>
  <w:num w:numId="166" w16cid:durableId="564684624">
    <w:abstractNumId w:val="117"/>
  </w:num>
  <w:num w:numId="167" w16cid:durableId="2125419884">
    <w:abstractNumId w:val="71"/>
  </w:num>
  <w:num w:numId="168" w16cid:durableId="415832155">
    <w:abstractNumId w:val="256"/>
  </w:num>
  <w:num w:numId="169" w16cid:durableId="705299867">
    <w:abstractNumId w:val="26"/>
  </w:num>
  <w:num w:numId="170" w16cid:durableId="943659525">
    <w:abstractNumId w:val="101"/>
  </w:num>
  <w:num w:numId="171" w16cid:durableId="2045059009">
    <w:abstractNumId w:val="221"/>
  </w:num>
  <w:num w:numId="172" w16cid:durableId="2013331878">
    <w:abstractNumId w:val="288"/>
  </w:num>
  <w:num w:numId="173" w16cid:durableId="763498008">
    <w:abstractNumId w:val="267"/>
  </w:num>
  <w:num w:numId="174" w16cid:durableId="1412388936">
    <w:abstractNumId w:val="198"/>
  </w:num>
  <w:num w:numId="175" w16cid:durableId="1122068213">
    <w:abstractNumId w:val="27"/>
  </w:num>
  <w:num w:numId="176" w16cid:durableId="1630890127">
    <w:abstractNumId w:val="65"/>
  </w:num>
  <w:num w:numId="177" w16cid:durableId="2111269017">
    <w:abstractNumId w:val="13"/>
  </w:num>
  <w:num w:numId="178" w16cid:durableId="594938934">
    <w:abstractNumId w:val="84"/>
  </w:num>
  <w:num w:numId="179" w16cid:durableId="468790996">
    <w:abstractNumId w:val="119"/>
  </w:num>
  <w:num w:numId="180" w16cid:durableId="1846745078">
    <w:abstractNumId w:val="170"/>
  </w:num>
  <w:num w:numId="181" w16cid:durableId="358431226">
    <w:abstractNumId w:val="277"/>
  </w:num>
  <w:num w:numId="182" w16cid:durableId="194777151">
    <w:abstractNumId w:val="250"/>
  </w:num>
  <w:num w:numId="183" w16cid:durableId="1545018137">
    <w:abstractNumId w:val="300"/>
  </w:num>
  <w:num w:numId="184" w16cid:durableId="1978293638">
    <w:abstractNumId w:val="144"/>
  </w:num>
  <w:num w:numId="185" w16cid:durableId="1356350492">
    <w:abstractNumId w:val="77"/>
  </w:num>
  <w:num w:numId="186" w16cid:durableId="1831561222">
    <w:abstractNumId w:val="124"/>
  </w:num>
  <w:num w:numId="187" w16cid:durableId="13657">
    <w:abstractNumId w:val="9"/>
  </w:num>
  <w:num w:numId="188" w16cid:durableId="1536113958">
    <w:abstractNumId w:val="205"/>
  </w:num>
  <w:num w:numId="189" w16cid:durableId="1904369377">
    <w:abstractNumId w:val="22"/>
  </w:num>
  <w:num w:numId="190" w16cid:durableId="932471264">
    <w:abstractNumId w:val="110"/>
  </w:num>
  <w:num w:numId="191" w16cid:durableId="353118777">
    <w:abstractNumId w:val="184"/>
  </w:num>
  <w:num w:numId="192" w16cid:durableId="320669161">
    <w:abstractNumId w:val="179"/>
  </w:num>
  <w:num w:numId="193" w16cid:durableId="1438602221">
    <w:abstractNumId w:val="234"/>
  </w:num>
  <w:num w:numId="194" w16cid:durableId="390663804">
    <w:abstractNumId w:val="295"/>
  </w:num>
  <w:num w:numId="195" w16cid:durableId="1120145227">
    <w:abstractNumId w:val="182"/>
  </w:num>
  <w:num w:numId="196" w16cid:durableId="1705253777">
    <w:abstractNumId w:val="211"/>
  </w:num>
  <w:num w:numId="197" w16cid:durableId="1658803908">
    <w:abstractNumId w:val="122"/>
  </w:num>
  <w:num w:numId="198" w16cid:durableId="1781872239">
    <w:abstractNumId w:val="249"/>
  </w:num>
  <w:num w:numId="199" w16cid:durableId="566767192">
    <w:abstractNumId w:val="309"/>
  </w:num>
  <w:num w:numId="200" w16cid:durableId="114257742">
    <w:abstractNumId w:val="108"/>
  </w:num>
  <w:num w:numId="201" w16cid:durableId="1138767193">
    <w:abstractNumId w:val="230"/>
  </w:num>
  <w:num w:numId="202" w16cid:durableId="962077520">
    <w:abstractNumId w:val="258"/>
  </w:num>
  <w:num w:numId="203" w16cid:durableId="1209301367">
    <w:abstractNumId w:val="228"/>
  </w:num>
  <w:num w:numId="204" w16cid:durableId="1977947273">
    <w:abstractNumId w:val="226"/>
  </w:num>
  <w:num w:numId="205" w16cid:durableId="1967198427">
    <w:abstractNumId w:val="29"/>
  </w:num>
  <w:num w:numId="206" w16cid:durableId="126123390">
    <w:abstractNumId w:val="207"/>
  </w:num>
  <w:num w:numId="207" w16cid:durableId="1494906863">
    <w:abstractNumId w:val="33"/>
  </w:num>
  <w:num w:numId="208" w16cid:durableId="256720077">
    <w:abstractNumId w:val="219"/>
  </w:num>
  <w:num w:numId="209" w16cid:durableId="2102293419">
    <w:abstractNumId w:val="155"/>
  </w:num>
  <w:num w:numId="210" w16cid:durableId="1649017185">
    <w:abstractNumId w:val="209"/>
  </w:num>
  <w:num w:numId="211" w16cid:durableId="1404792883">
    <w:abstractNumId w:val="21"/>
  </w:num>
  <w:num w:numId="212" w16cid:durableId="1077674324">
    <w:abstractNumId w:val="80"/>
  </w:num>
  <w:num w:numId="213" w16cid:durableId="1159886222">
    <w:abstractNumId w:val="100"/>
  </w:num>
  <w:num w:numId="214" w16cid:durableId="2009553340">
    <w:abstractNumId w:val="40"/>
  </w:num>
  <w:num w:numId="215" w16cid:durableId="219218055">
    <w:abstractNumId w:val="206"/>
  </w:num>
  <w:num w:numId="216" w16cid:durableId="439181022">
    <w:abstractNumId w:val="248"/>
  </w:num>
  <w:num w:numId="217" w16cid:durableId="1190265400">
    <w:abstractNumId w:val="135"/>
  </w:num>
  <w:num w:numId="218" w16cid:durableId="1092122067">
    <w:abstractNumId w:val="201"/>
  </w:num>
  <w:num w:numId="219" w16cid:durableId="558828256">
    <w:abstractNumId w:val="107"/>
  </w:num>
  <w:num w:numId="220" w16cid:durableId="473183790">
    <w:abstractNumId w:val="266"/>
  </w:num>
  <w:num w:numId="221" w16cid:durableId="1660843779">
    <w:abstractNumId w:val="141"/>
  </w:num>
  <w:num w:numId="222" w16cid:durableId="10643943">
    <w:abstractNumId w:val="279"/>
  </w:num>
  <w:num w:numId="223" w16cid:durableId="262104783">
    <w:abstractNumId w:val="50"/>
  </w:num>
  <w:num w:numId="224" w16cid:durableId="1895189730">
    <w:abstractNumId w:val="257"/>
  </w:num>
  <w:num w:numId="225" w16cid:durableId="1371875607">
    <w:abstractNumId w:val="134"/>
  </w:num>
  <w:num w:numId="226" w16cid:durableId="391469976">
    <w:abstractNumId w:val="73"/>
  </w:num>
  <w:num w:numId="227" w16cid:durableId="269942934">
    <w:abstractNumId w:val="303"/>
  </w:num>
  <w:num w:numId="228" w16cid:durableId="675350418">
    <w:abstractNumId w:val="133"/>
  </w:num>
  <w:num w:numId="229" w16cid:durableId="181943627">
    <w:abstractNumId w:val="48"/>
  </w:num>
  <w:num w:numId="230" w16cid:durableId="1974015334">
    <w:abstractNumId w:val="96"/>
  </w:num>
  <w:num w:numId="231" w16cid:durableId="1866216148">
    <w:abstractNumId w:val="47"/>
  </w:num>
  <w:num w:numId="232" w16cid:durableId="1285505066">
    <w:abstractNumId w:val="69"/>
  </w:num>
  <w:num w:numId="233" w16cid:durableId="2004434681">
    <w:abstractNumId w:val="163"/>
  </w:num>
  <w:num w:numId="234" w16cid:durableId="274215347">
    <w:abstractNumId w:val="83"/>
  </w:num>
  <w:num w:numId="235" w16cid:durableId="853156312">
    <w:abstractNumId w:val="269"/>
  </w:num>
  <w:num w:numId="236" w16cid:durableId="973365755">
    <w:abstractNumId w:val="55"/>
  </w:num>
  <w:num w:numId="237" w16cid:durableId="405230238">
    <w:abstractNumId w:val="132"/>
  </w:num>
  <w:num w:numId="238" w16cid:durableId="1036085048">
    <w:abstractNumId w:val="102"/>
  </w:num>
  <w:num w:numId="239" w16cid:durableId="430855156">
    <w:abstractNumId w:val="39"/>
  </w:num>
  <w:num w:numId="240" w16cid:durableId="1375158407">
    <w:abstractNumId w:val="287"/>
  </w:num>
  <w:num w:numId="241" w16cid:durableId="665668927">
    <w:abstractNumId w:val="140"/>
  </w:num>
  <w:num w:numId="242" w16cid:durableId="1091468122">
    <w:abstractNumId w:val="136"/>
  </w:num>
  <w:num w:numId="243" w16cid:durableId="1365058987">
    <w:abstractNumId w:val="301"/>
  </w:num>
  <w:num w:numId="244" w16cid:durableId="1856653274">
    <w:abstractNumId w:val="194"/>
  </w:num>
  <w:num w:numId="245" w16cid:durableId="496262093">
    <w:abstractNumId w:val="129"/>
  </w:num>
  <w:num w:numId="246" w16cid:durableId="1743872122">
    <w:abstractNumId w:val="74"/>
  </w:num>
  <w:num w:numId="247" w16cid:durableId="1288321438">
    <w:abstractNumId w:val="70"/>
  </w:num>
  <w:num w:numId="248" w16cid:durableId="577978028">
    <w:abstractNumId w:val="57"/>
  </w:num>
  <w:num w:numId="249" w16cid:durableId="1968267987">
    <w:abstractNumId w:val="308"/>
  </w:num>
  <w:num w:numId="250" w16cid:durableId="1741369684">
    <w:abstractNumId w:val="25"/>
  </w:num>
  <w:num w:numId="251" w16cid:durableId="2058773049">
    <w:abstractNumId w:val="91"/>
  </w:num>
  <w:num w:numId="252" w16cid:durableId="1985507950">
    <w:abstractNumId w:val="263"/>
  </w:num>
  <w:num w:numId="253" w16cid:durableId="1359743959">
    <w:abstractNumId w:val="93"/>
  </w:num>
  <w:num w:numId="254" w16cid:durableId="2121022023">
    <w:abstractNumId w:val="286"/>
  </w:num>
  <w:num w:numId="255" w16cid:durableId="1354071249">
    <w:abstractNumId w:val="28"/>
  </w:num>
  <w:num w:numId="256" w16cid:durableId="787892200">
    <w:abstractNumId w:val="106"/>
  </w:num>
  <w:num w:numId="257" w16cid:durableId="453865125">
    <w:abstractNumId w:val="190"/>
  </w:num>
  <w:num w:numId="258" w16cid:durableId="1326280759">
    <w:abstractNumId w:val="278"/>
  </w:num>
  <w:num w:numId="259" w16cid:durableId="1826773787">
    <w:abstractNumId w:val="112"/>
  </w:num>
  <w:num w:numId="260" w16cid:durableId="1301301155">
    <w:abstractNumId w:val="197"/>
  </w:num>
  <w:num w:numId="261" w16cid:durableId="1782338809">
    <w:abstractNumId w:val="271"/>
  </w:num>
  <w:num w:numId="262" w16cid:durableId="1588465694">
    <w:abstractNumId w:val="95"/>
  </w:num>
  <w:num w:numId="263" w16cid:durableId="2110657760">
    <w:abstractNumId w:val="23"/>
  </w:num>
  <w:num w:numId="264" w16cid:durableId="1435904078">
    <w:abstractNumId w:val="58"/>
  </w:num>
  <w:num w:numId="265" w16cid:durableId="1282566350">
    <w:abstractNumId w:val="294"/>
  </w:num>
  <w:num w:numId="266" w16cid:durableId="1534416521">
    <w:abstractNumId w:val="284"/>
  </w:num>
  <w:num w:numId="267" w16cid:durableId="1047727754">
    <w:abstractNumId w:val="38"/>
  </w:num>
  <w:num w:numId="268" w16cid:durableId="664476615">
    <w:abstractNumId w:val="12"/>
  </w:num>
  <w:num w:numId="269" w16cid:durableId="2006392093">
    <w:abstractNumId w:val="233"/>
  </w:num>
  <w:num w:numId="270" w16cid:durableId="1751661391">
    <w:abstractNumId w:val="82"/>
  </w:num>
  <w:num w:numId="271" w16cid:durableId="48263113">
    <w:abstractNumId w:val="41"/>
  </w:num>
  <w:num w:numId="272" w16cid:durableId="1239704297">
    <w:abstractNumId w:val="127"/>
  </w:num>
  <w:num w:numId="273" w16cid:durableId="1222063940">
    <w:abstractNumId w:val="237"/>
  </w:num>
  <w:num w:numId="274" w16cid:durableId="1842815966">
    <w:abstractNumId w:val="298"/>
  </w:num>
  <w:num w:numId="275" w16cid:durableId="1526020322">
    <w:abstractNumId w:val="92"/>
  </w:num>
  <w:num w:numId="276" w16cid:durableId="389117231">
    <w:abstractNumId w:val="264"/>
  </w:num>
  <w:num w:numId="277" w16cid:durableId="983581131">
    <w:abstractNumId w:val="99"/>
  </w:num>
  <w:num w:numId="278" w16cid:durableId="1693677778">
    <w:abstractNumId w:val="181"/>
  </w:num>
  <w:num w:numId="279" w16cid:durableId="107706400">
    <w:abstractNumId w:val="259"/>
  </w:num>
  <w:num w:numId="280" w16cid:durableId="2003578811">
    <w:abstractNumId w:val="157"/>
  </w:num>
  <w:num w:numId="281" w16cid:durableId="26415758">
    <w:abstractNumId w:val="213"/>
  </w:num>
  <w:num w:numId="282" w16cid:durableId="622273564">
    <w:abstractNumId w:val="15"/>
  </w:num>
  <w:num w:numId="283" w16cid:durableId="1226255479">
    <w:abstractNumId w:val="282"/>
  </w:num>
  <w:num w:numId="284" w16cid:durableId="628437572">
    <w:abstractNumId w:val="11"/>
  </w:num>
  <w:num w:numId="285" w16cid:durableId="1575626754">
    <w:abstractNumId w:val="49"/>
  </w:num>
  <w:num w:numId="286" w16cid:durableId="1748920178">
    <w:abstractNumId w:val="307"/>
  </w:num>
  <w:num w:numId="287" w16cid:durableId="1102258532">
    <w:abstractNumId w:val="223"/>
  </w:num>
  <w:num w:numId="288" w16cid:durableId="1195734711">
    <w:abstractNumId w:val="148"/>
  </w:num>
  <w:num w:numId="289" w16cid:durableId="1342510821">
    <w:abstractNumId w:val="75"/>
  </w:num>
  <w:num w:numId="290" w16cid:durableId="1646003782">
    <w:abstractNumId w:val="302"/>
  </w:num>
  <w:num w:numId="291" w16cid:durableId="1787234025">
    <w:abstractNumId w:val="216"/>
  </w:num>
  <w:num w:numId="292" w16cid:durableId="1520192632">
    <w:abstractNumId w:val="158"/>
  </w:num>
  <w:num w:numId="293" w16cid:durableId="1240015498">
    <w:abstractNumId w:val="178"/>
  </w:num>
  <w:num w:numId="294" w16cid:durableId="230584897">
    <w:abstractNumId w:val="113"/>
  </w:num>
  <w:num w:numId="295" w16cid:durableId="2077507699">
    <w:abstractNumId w:val="81"/>
  </w:num>
  <w:num w:numId="296" w16cid:durableId="978455730">
    <w:abstractNumId w:val="131"/>
  </w:num>
  <w:num w:numId="297" w16cid:durableId="1505317028">
    <w:abstractNumId w:val="183"/>
  </w:num>
  <w:num w:numId="298" w16cid:durableId="197204681">
    <w:abstractNumId w:val="229"/>
  </w:num>
  <w:num w:numId="299" w16cid:durableId="995956980">
    <w:abstractNumId w:val="126"/>
  </w:num>
  <w:num w:numId="300" w16cid:durableId="1064062314">
    <w:abstractNumId w:val="297"/>
  </w:num>
  <w:num w:numId="301" w16cid:durableId="1537158178">
    <w:abstractNumId w:val="54"/>
  </w:num>
  <w:num w:numId="302" w16cid:durableId="1289818091">
    <w:abstractNumId w:val="217"/>
  </w:num>
  <w:num w:numId="303" w16cid:durableId="697194561">
    <w:abstractNumId w:val="153"/>
  </w:num>
  <w:num w:numId="304" w16cid:durableId="588008314">
    <w:abstractNumId w:val="265"/>
  </w:num>
  <w:num w:numId="305" w16cid:durableId="2050255419">
    <w:abstractNumId w:val="192"/>
  </w:num>
  <w:num w:numId="306" w16cid:durableId="216742212">
    <w:abstractNumId w:val="60"/>
  </w:num>
  <w:num w:numId="307" w16cid:durableId="1960530257">
    <w:abstractNumId w:val="44"/>
  </w:num>
  <w:num w:numId="308" w16cid:durableId="136000647">
    <w:abstractNumId w:val="191"/>
  </w:num>
  <w:num w:numId="309" w16cid:durableId="529686705">
    <w:abstractNumId w:val="59"/>
  </w:num>
  <w:num w:numId="310" w16cid:durableId="1745645996">
    <w:abstractNumId w:val="161"/>
  </w:num>
  <w:num w:numId="311" w16cid:durableId="1124040037">
    <w:abstractNumId w:val="94"/>
  </w:num>
  <w:num w:numId="312" w16cid:durableId="484011764">
    <w:abstractNumId w:val="251"/>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47EF"/>
    <w:rsid w:val="000A5A16"/>
    <w:rsid w:val="000B5525"/>
    <w:rsid w:val="0015074B"/>
    <w:rsid w:val="001911B2"/>
    <w:rsid w:val="00196ADD"/>
    <w:rsid w:val="001A1491"/>
    <w:rsid w:val="001B758C"/>
    <w:rsid w:val="001B7B75"/>
    <w:rsid w:val="001F15CE"/>
    <w:rsid w:val="00231854"/>
    <w:rsid w:val="0029639D"/>
    <w:rsid w:val="00302F17"/>
    <w:rsid w:val="00304504"/>
    <w:rsid w:val="003166B8"/>
    <w:rsid w:val="00326F90"/>
    <w:rsid w:val="00372D00"/>
    <w:rsid w:val="003D72AA"/>
    <w:rsid w:val="003E014C"/>
    <w:rsid w:val="00464E12"/>
    <w:rsid w:val="00473117"/>
    <w:rsid w:val="004A2C89"/>
    <w:rsid w:val="004B6338"/>
    <w:rsid w:val="00511565"/>
    <w:rsid w:val="00537AF1"/>
    <w:rsid w:val="005A03C2"/>
    <w:rsid w:val="005B698A"/>
    <w:rsid w:val="005C1CDD"/>
    <w:rsid w:val="005C3E51"/>
    <w:rsid w:val="005E5414"/>
    <w:rsid w:val="005F4B6F"/>
    <w:rsid w:val="0060278C"/>
    <w:rsid w:val="00640E5B"/>
    <w:rsid w:val="0070057D"/>
    <w:rsid w:val="00714557"/>
    <w:rsid w:val="00732483"/>
    <w:rsid w:val="00733C3D"/>
    <w:rsid w:val="00751E29"/>
    <w:rsid w:val="007579A7"/>
    <w:rsid w:val="007A648F"/>
    <w:rsid w:val="007D36AF"/>
    <w:rsid w:val="007E1E4C"/>
    <w:rsid w:val="007F22FD"/>
    <w:rsid w:val="007F59CF"/>
    <w:rsid w:val="00877212"/>
    <w:rsid w:val="008F30D8"/>
    <w:rsid w:val="00906869"/>
    <w:rsid w:val="009572F3"/>
    <w:rsid w:val="00976FAF"/>
    <w:rsid w:val="0098329C"/>
    <w:rsid w:val="00996587"/>
    <w:rsid w:val="009A3A27"/>
    <w:rsid w:val="009C62E1"/>
    <w:rsid w:val="009E3E1E"/>
    <w:rsid w:val="00AA1D8D"/>
    <w:rsid w:val="00AA3BBD"/>
    <w:rsid w:val="00AB1699"/>
    <w:rsid w:val="00AE1DC6"/>
    <w:rsid w:val="00AE5723"/>
    <w:rsid w:val="00B160E3"/>
    <w:rsid w:val="00B47730"/>
    <w:rsid w:val="00B7203F"/>
    <w:rsid w:val="00B74EDB"/>
    <w:rsid w:val="00B9129F"/>
    <w:rsid w:val="00BF6E83"/>
    <w:rsid w:val="00C60AD9"/>
    <w:rsid w:val="00CB0664"/>
    <w:rsid w:val="00CC5AF9"/>
    <w:rsid w:val="00CE2518"/>
    <w:rsid w:val="00D057F6"/>
    <w:rsid w:val="00D52AA0"/>
    <w:rsid w:val="00DA7FAB"/>
    <w:rsid w:val="00DD3B68"/>
    <w:rsid w:val="00DD4487"/>
    <w:rsid w:val="00E02D33"/>
    <w:rsid w:val="00E07398"/>
    <w:rsid w:val="00E12B42"/>
    <w:rsid w:val="00E16F26"/>
    <w:rsid w:val="00E30AD4"/>
    <w:rsid w:val="00E54AD5"/>
    <w:rsid w:val="00E57E6D"/>
    <w:rsid w:val="00E9076A"/>
    <w:rsid w:val="00F95AF1"/>
    <w:rsid w:val="00FC693F"/>
    <w:rsid w:val="00FF37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A786F2"/>
  <w14:defaultImageDpi w14:val="300"/>
  <w15:docId w15:val="{8D9F0113-A4FB-4AFF-B2CB-AD9636FA0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eGrid1">
    <w:name w:val="Table Grid1"/>
    <w:basedOn w:val="TableNormal"/>
    <w:next w:val="TableGrid"/>
    <w:uiPriority w:val="59"/>
    <w:rsid w:val="0098329C"/>
    <w:pPr>
      <w:spacing w:after="0" w:line="240" w:lineRule="auto"/>
    </w:pPr>
    <w:rPr>
      <w:rFonts w:ascii="Cambria" w:eastAsia="MS Mincho" w:hAnsi="Cambr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54AD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dq2pgselectionanchorcontainer">
    <w:name w:val="pdq2pg_selectionanchorcontainer"/>
    <w:basedOn w:val="Normal"/>
    <w:rsid w:val="005F4B6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TOC1">
    <w:name w:val="toc 1"/>
    <w:basedOn w:val="Normal"/>
    <w:next w:val="Normal"/>
    <w:autoRedefine/>
    <w:uiPriority w:val="39"/>
    <w:unhideWhenUsed/>
    <w:rsid w:val="00C60AD9"/>
    <w:pPr>
      <w:spacing w:after="100"/>
    </w:pPr>
  </w:style>
  <w:style w:type="paragraph" w:styleId="TOC2">
    <w:name w:val="toc 2"/>
    <w:basedOn w:val="Normal"/>
    <w:next w:val="Normal"/>
    <w:autoRedefine/>
    <w:uiPriority w:val="39"/>
    <w:unhideWhenUsed/>
    <w:rsid w:val="00C60AD9"/>
    <w:pPr>
      <w:spacing w:after="100"/>
      <w:ind w:left="220"/>
    </w:pPr>
  </w:style>
  <w:style w:type="paragraph" w:styleId="TOC3">
    <w:name w:val="toc 3"/>
    <w:basedOn w:val="Normal"/>
    <w:next w:val="Normal"/>
    <w:autoRedefine/>
    <w:uiPriority w:val="39"/>
    <w:unhideWhenUsed/>
    <w:rsid w:val="00C60AD9"/>
    <w:pPr>
      <w:spacing w:after="100" w:line="278" w:lineRule="auto"/>
      <w:ind w:left="480"/>
    </w:pPr>
    <w:rPr>
      <w:kern w:val="2"/>
      <w:sz w:val="24"/>
      <w:szCs w:val="24"/>
      <w:lang w:val="en-GB" w:eastAsia="en-GB"/>
      <w14:ligatures w14:val="standardContextual"/>
    </w:rPr>
  </w:style>
  <w:style w:type="paragraph" w:styleId="TOC4">
    <w:name w:val="toc 4"/>
    <w:basedOn w:val="Normal"/>
    <w:next w:val="Normal"/>
    <w:autoRedefine/>
    <w:uiPriority w:val="39"/>
    <w:unhideWhenUsed/>
    <w:rsid w:val="00C60AD9"/>
    <w:pPr>
      <w:spacing w:after="100" w:line="278" w:lineRule="auto"/>
      <w:ind w:left="720"/>
    </w:pPr>
    <w:rPr>
      <w:kern w:val="2"/>
      <w:sz w:val="24"/>
      <w:szCs w:val="24"/>
      <w:lang w:val="en-GB" w:eastAsia="en-GB"/>
      <w14:ligatures w14:val="standardContextual"/>
    </w:rPr>
  </w:style>
  <w:style w:type="paragraph" w:styleId="TOC5">
    <w:name w:val="toc 5"/>
    <w:basedOn w:val="Normal"/>
    <w:next w:val="Normal"/>
    <w:autoRedefine/>
    <w:uiPriority w:val="39"/>
    <w:unhideWhenUsed/>
    <w:rsid w:val="00C60AD9"/>
    <w:pPr>
      <w:spacing w:after="100" w:line="278" w:lineRule="auto"/>
      <w:ind w:left="960"/>
    </w:pPr>
    <w:rPr>
      <w:kern w:val="2"/>
      <w:sz w:val="24"/>
      <w:szCs w:val="24"/>
      <w:lang w:val="en-GB" w:eastAsia="en-GB"/>
      <w14:ligatures w14:val="standardContextual"/>
    </w:rPr>
  </w:style>
  <w:style w:type="paragraph" w:styleId="TOC6">
    <w:name w:val="toc 6"/>
    <w:basedOn w:val="Normal"/>
    <w:next w:val="Normal"/>
    <w:autoRedefine/>
    <w:uiPriority w:val="39"/>
    <w:unhideWhenUsed/>
    <w:rsid w:val="00C60AD9"/>
    <w:pPr>
      <w:spacing w:after="100" w:line="278" w:lineRule="auto"/>
      <w:ind w:left="1200"/>
    </w:pPr>
    <w:rPr>
      <w:kern w:val="2"/>
      <w:sz w:val="24"/>
      <w:szCs w:val="24"/>
      <w:lang w:val="en-GB" w:eastAsia="en-GB"/>
      <w14:ligatures w14:val="standardContextual"/>
    </w:rPr>
  </w:style>
  <w:style w:type="paragraph" w:styleId="TOC7">
    <w:name w:val="toc 7"/>
    <w:basedOn w:val="Normal"/>
    <w:next w:val="Normal"/>
    <w:autoRedefine/>
    <w:uiPriority w:val="39"/>
    <w:unhideWhenUsed/>
    <w:rsid w:val="00C60AD9"/>
    <w:pPr>
      <w:spacing w:after="100" w:line="278" w:lineRule="auto"/>
      <w:ind w:left="1440"/>
    </w:pPr>
    <w:rPr>
      <w:kern w:val="2"/>
      <w:sz w:val="24"/>
      <w:szCs w:val="24"/>
      <w:lang w:val="en-GB" w:eastAsia="en-GB"/>
      <w14:ligatures w14:val="standardContextual"/>
    </w:rPr>
  </w:style>
  <w:style w:type="paragraph" w:styleId="TOC8">
    <w:name w:val="toc 8"/>
    <w:basedOn w:val="Normal"/>
    <w:next w:val="Normal"/>
    <w:autoRedefine/>
    <w:uiPriority w:val="39"/>
    <w:unhideWhenUsed/>
    <w:rsid w:val="00C60AD9"/>
    <w:pPr>
      <w:spacing w:after="100" w:line="278" w:lineRule="auto"/>
      <w:ind w:left="1680"/>
    </w:pPr>
    <w:rPr>
      <w:kern w:val="2"/>
      <w:sz w:val="24"/>
      <w:szCs w:val="24"/>
      <w:lang w:val="en-GB" w:eastAsia="en-GB"/>
      <w14:ligatures w14:val="standardContextual"/>
    </w:rPr>
  </w:style>
  <w:style w:type="paragraph" w:styleId="TOC9">
    <w:name w:val="toc 9"/>
    <w:basedOn w:val="Normal"/>
    <w:next w:val="Normal"/>
    <w:autoRedefine/>
    <w:uiPriority w:val="39"/>
    <w:unhideWhenUsed/>
    <w:rsid w:val="00C60AD9"/>
    <w:pPr>
      <w:spacing w:after="100" w:line="278" w:lineRule="auto"/>
      <w:ind w:left="1920"/>
    </w:pPr>
    <w:rPr>
      <w:kern w:val="2"/>
      <w:sz w:val="24"/>
      <w:szCs w:val="24"/>
      <w:lang w:val="en-GB" w:eastAsia="en-GB"/>
      <w14:ligatures w14:val="standardContextual"/>
    </w:rPr>
  </w:style>
  <w:style w:type="character" w:styleId="Hyperlink">
    <w:name w:val="Hyperlink"/>
    <w:basedOn w:val="DefaultParagraphFont"/>
    <w:uiPriority w:val="99"/>
    <w:unhideWhenUsed/>
    <w:rsid w:val="00C60AD9"/>
    <w:rPr>
      <w:color w:val="0000FF" w:themeColor="hyperlink"/>
      <w:u w:val="single"/>
    </w:rPr>
  </w:style>
  <w:style w:type="character" w:styleId="UnresolvedMention">
    <w:name w:val="Unresolved Mention"/>
    <w:basedOn w:val="DefaultParagraphFont"/>
    <w:uiPriority w:val="99"/>
    <w:semiHidden/>
    <w:unhideWhenUsed/>
    <w:rsid w:val="00C60A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2214">
      <w:bodyDiv w:val="1"/>
      <w:marLeft w:val="0"/>
      <w:marRight w:val="0"/>
      <w:marTop w:val="0"/>
      <w:marBottom w:val="0"/>
      <w:divBdr>
        <w:top w:val="none" w:sz="0" w:space="0" w:color="auto"/>
        <w:left w:val="none" w:sz="0" w:space="0" w:color="auto"/>
        <w:bottom w:val="none" w:sz="0" w:space="0" w:color="auto"/>
        <w:right w:val="none" w:sz="0" w:space="0" w:color="auto"/>
      </w:divBdr>
    </w:div>
    <w:div w:id="2442494">
      <w:bodyDiv w:val="1"/>
      <w:marLeft w:val="0"/>
      <w:marRight w:val="0"/>
      <w:marTop w:val="0"/>
      <w:marBottom w:val="0"/>
      <w:divBdr>
        <w:top w:val="none" w:sz="0" w:space="0" w:color="auto"/>
        <w:left w:val="none" w:sz="0" w:space="0" w:color="auto"/>
        <w:bottom w:val="none" w:sz="0" w:space="0" w:color="auto"/>
        <w:right w:val="none" w:sz="0" w:space="0" w:color="auto"/>
      </w:divBdr>
    </w:div>
    <w:div w:id="9065157">
      <w:bodyDiv w:val="1"/>
      <w:marLeft w:val="0"/>
      <w:marRight w:val="0"/>
      <w:marTop w:val="0"/>
      <w:marBottom w:val="0"/>
      <w:divBdr>
        <w:top w:val="none" w:sz="0" w:space="0" w:color="auto"/>
        <w:left w:val="none" w:sz="0" w:space="0" w:color="auto"/>
        <w:bottom w:val="none" w:sz="0" w:space="0" w:color="auto"/>
        <w:right w:val="none" w:sz="0" w:space="0" w:color="auto"/>
      </w:divBdr>
    </w:div>
    <w:div w:id="15035713">
      <w:bodyDiv w:val="1"/>
      <w:marLeft w:val="0"/>
      <w:marRight w:val="0"/>
      <w:marTop w:val="0"/>
      <w:marBottom w:val="0"/>
      <w:divBdr>
        <w:top w:val="none" w:sz="0" w:space="0" w:color="auto"/>
        <w:left w:val="none" w:sz="0" w:space="0" w:color="auto"/>
        <w:bottom w:val="none" w:sz="0" w:space="0" w:color="auto"/>
        <w:right w:val="none" w:sz="0" w:space="0" w:color="auto"/>
      </w:divBdr>
    </w:div>
    <w:div w:id="19205710">
      <w:bodyDiv w:val="1"/>
      <w:marLeft w:val="0"/>
      <w:marRight w:val="0"/>
      <w:marTop w:val="0"/>
      <w:marBottom w:val="0"/>
      <w:divBdr>
        <w:top w:val="none" w:sz="0" w:space="0" w:color="auto"/>
        <w:left w:val="none" w:sz="0" w:space="0" w:color="auto"/>
        <w:bottom w:val="none" w:sz="0" w:space="0" w:color="auto"/>
        <w:right w:val="none" w:sz="0" w:space="0" w:color="auto"/>
      </w:divBdr>
    </w:div>
    <w:div w:id="21250804">
      <w:bodyDiv w:val="1"/>
      <w:marLeft w:val="0"/>
      <w:marRight w:val="0"/>
      <w:marTop w:val="0"/>
      <w:marBottom w:val="0"/>
      <w:divBdr>
        <w:top w:val="none" w:sz="0" w:space="0" w:color="auto"/>
        <w:left w:val="none" w:sz="0" w:space="0" w:color="auto"/>
        <w:bottom w:val="none" w:sz="0" w:space="0" w:color="auto"/>
        <w:right w:val="none" w:sz="0" w:space="0" w:color="auto"/>
      </w:divBdr>
    </w:div>
    <w:div w:id="22705701">
      <w:bodyDiv w:val="1"/>
      <w:marLeft w:val="0"/>
      <w:marRight w:val="0"/>
      <w:marTop w:val="0"/>
      <w:marBottom w:val="0"/>
      <w:divBdr>
        <w:top w:val="none" w:sz="0" w:space="0" w:color="auto"/>
        <w:left w:val="none" w:sz="0" w:space="0" w:color="auto"/>
        <w:bottom w:val="none" w:sz="0" w:space="0" w:color="auto"/>
        <w:right w:val="none" w:sz="0" w:space="0" w:color="auto"/>
      </w:divBdr>
    </w:div>
    <w:div w:id="30111858">
      <w:bodyDiv w:val="1"/>
      <w:marLeft w:val="0"/>
      <w:marRight w:val="0"/>
      <w:marTop w:val="0"/>
      <w:marBottom w:val="0"/>
      <w:divBdr>
        <w:top w:val="none" w:sz="0" w:space="0" w:color="auto"/>
        <w:left w:val="none" w:sz="0" w:space="0" w:color="auto"/>
        <w:bottom w:val="none" w:sz="0" w:space="0" w:color="auto"/>
        <w:right w:val="none" w:sz="0" w:space="0" w:color="auto"/>
      </w:divBdr>
    </w:div>
    <w:div w:id="30885968">
      <w:bodyDiv w:val="1"/>
      <w:marLeft w:val="0"/>
      <w:marRight w:val="0"/>
      <w:marTop w:val="0"/>
      <w:marBottom w:val="0"/>
      <w:divBdr>
        <w:top w:val="none" w:sz="0" w:space="0" w:color="auto"/>
        <w:left w:val="none" w:sz="0" w:space="0" w:color="auto"/>
        <w:bottom w:val="none" w:sz="0" w:space="0" w:color="auto"/>
        <w:right w:val="none" w:sz="0" w:space="0" w:color="auto"/>
      </w:divBdr>
    </w:div>
    <w:div w:id="60060975">
      <w:bodyDiv w:val="1"/>
      <w:marLeft w:val="0"/>
      <w:marRight w:val="0"/>
      <w:marTop w:val="0"/>
      <w:marBottom w:val="0"/>
      <w:divBdr>
        <w:top w:val="none" w:sz="0" w:space="0" w:color="auto"/>
        <w:left w:val="none" w:sz="0" w:space="0" w:color="auto"/>
        <w:bottom w:val="none" w:sz="0" w:space="0" w:color="auto"/>
        <w:right w:val="none" w:sz="0" w:space="0" w:color="auto"/>
      </w:divBdr>
    </w:div>
    <w:div w:id="77530368">
      <w:bodyDiv w:val="1"/>
      <w:marLeft w:val="0"/>
      <w:marRight w:val="0"/>
      <w:marTop w:val="0"/>
      <w:marBottom w:val="0"/>
      <w:divBdr>
        <w:top w:val="none" w:sz="0" w:space="0" w:color="auto"/>
        <w:left w:val="none" w:sz="0" w:space="0" w:color="auto"/>
        <w:bottom w:val="none" w:sz="0" w:space="0" w:color="auto"/>
        <w:right w:val="none" w:sz="0" w:space="0" w:color="auto"/>
      </w:divBdr>
    </w:div>
    <w:div w:id="82381787">
      <w:bodyDiv w:val="1"/>
      <w:marLeft w:val="0"/>
      <w:marRight w:val="0"/>
      <w:marTop w:val="0"/>
      <w:marBottom w:val="0"/>
      <w:divBdr>
        <w:top w:val="none" w:sz="0" w:space="0" w:color="auto"/>
        <w:left w:val="none" w:sz="0" w:space="0" w:color="auto"/>
        <w:bottom w:val="none" w:sz="0" w:space="0" w:color="auto"/>
        <w:right w:val="none" w:sz="0" w:space="0" w:color="auto"/>
      </w:divBdr>
    </w:div>
    <w:div w:id="84349907">
      <w:bodyDiv w:val="1"/>
      <w:marLeft w:val="0"/>
      <w:marRight w:val="0"/>
      <w:marTop w:val="0"/>
      <w:marBottom w:val="0"/>
      <w:divBdr>
        <w:top w:val="none" w:sz="0" w:space="0" w:color="auto"/>
        <w:left w:val="none" w:sz="0" w:space="0" w:color="auto"/>
        <w:bottom w:val="none" w:sz="0" w:space="0" w:color="auto"/>
        <w:right w:val="none" w:sz="0" w:space="0" w:color="auto"/>
      </w:divBdr>
    </w:div>
    <w:div w:id="86200913">
      <w:bodyDiv w:val="1"/>
      <w:marLeft w:val="0"/>
      <w:marRight w:val="0"/>
      <w:marTop w:val="0"/>
      <w:marBottom w:val="0"/>
      <w:divBdr>
        <w:top w:val="none" w:sz="0" w:space="0" w:color="auto"/>
        <w:left w:val="none" w:sz="0" w:space="0" w:color="auto"/>
        <w:bottom w:val="none" w:sz="0" w:space="0" w:color="auto"/>
        <w:right w:val="none" w:sz="0" w:space="0" w:color="auto"/>
      </w:divBdr>
    </w:div>
    <w:div w:id="86389902">
      <w:bodyDiv w:val="1"/>
      <w:marLeft w:val="0"/>
      <w:marRight w:val="0"/>
      <w:marTop w:val="0"/>
      <w:marBottom w:val="0"/>
      <w:divBdr>
        <w:top w:val="none" w:sz="0" w:space="0" w:color="auto"/>
        <w:left w:val="none" w:sz="0" w:space="0" w:color="auto"/>
        <w:bottom w:val="none" w:sz="0" w:space="0" w:color="auto"/>
        <w:right w:val="none" w:sz="0" w:space="0" w:color="auto"/>
      </w:divBdr>
    </w:div>
    <w:div w:id="100685049">
      <w:bodyDiv w:val="1"/>
      <w:marLeft w:val="0"/>
      <w:marRight w:val="0"/>
      <w:marTop w:val="0"/>
      <w:marBottom w:val="0"/>
      <w:divBdr>
        <w:top w:val="none" w:sz="0" w:space="0" w:color="auto"/>
        <w:left w:val="none" w:sz="0" w:space="0" w:color="auto"/>
        <w:bottom w:val="none" w:sz="0" w:space="0" w:color="auto"/>
        <w:right w:val="none" w:sz="0" w:space="0" w:color="auto"/>
      </w:divBdr>
    </w:div>
    <w:div w:id="115567833">
      <w:bodyDiv w:val="1"/>
      <w:marLeft w:val="0"/>
      <w:marRight w:val="0"/>
      <w:marTop w:val="0"/>
      <w:marBottom w:val="0"/>
      <w:divBdr>
        <w:top w:val="none" w:sz="0" w:space="0" w:color="auto"/>
        <w:left w:val="none" w:sz="0" w:space="0" w:color="auto"/>
        <w:bottom w:val="none" w:sz="0" w:space="0" w:color="auto"/>
        <w:right w:val="none" w:sz="0" w:space="0" w:color="auto"/>
      </w:divBdr>
    </w:div>
    <w:div w:id="119039361">
      <w:bodyDiv w:val="1"/>
      <w:marLeft w:val="0"/>
      <w:marRight w:val="0"/>
      <w:marTop w:val="0"/>
      <w:marBottom w:val="0"/>
      <w:divBdr>
        <w:top w:val="none" w:sz="0" w:space="0" w:color="auto"/>
        <w:left w:val="none" w:sz="0" w:space="0" w:color="auto"/>
        <w:bottom w:val="none" w:sz="0" w:space="0" w:color="auto"/>
        <w:right w:val="none" w:sz="0" w:space="0" w:color="auto"/>
      </w:divBdr>
    </w:div>
    <w:div w:id="123818482">
      <w:bodyDiv w:val="1"/>
      <w:marLeft w:val="0"/>
      <w:marRight w:val="0"/>
      <w:marTop w:val="0"/>
      <w:marBottom w:val="0"/>
      <w:divBdr>
        <w:top w:val="none" w:sz="0" w:space="0" w:color="auto"/>
        <w:left w:val="none" w:sz="0" w:space="0" w:color="auto"/>
        <w:bottom w:val="none" w:sz="0" w:space="0" w:color="auto"/>
        <w:right w:val="none" w:sz="0" w:space="0" w:color="auto"/>
      </w:divBdr>
    </w:div>
    <w:div w:id="128523952">
      <w:bodyDiv w:val="1"/>
      <w:marLeft w:val="0"/>
      <w:marRight w:val="0"/>
      <w:marTop w:val="0"/>
      <w:marBottom w:val="0"/>
      <w:divBdr>
        <w:top w:val="none" w:sz="0" w:space="0" w:color="auto"/>
        <w:left w:val="none" w:sz="0" w:space="0" w:color="auto"/>
        <w:bottom w:val="none" w:sz="0" w:space="0" w:color="auto"/>
        <w:right w:val="none" w:sz="0" w:space="0" w:color="auto"/>
      </w:divBdr>
    </w:div>
    <w:div w:id="128938216">
      <w:bodyDiv w:val="1"/>
      <w:marLeft w:val="0"/>
      <w:marRight w:val="0"/>
      <w:marTop w:val="0"/>
      <w:marBottom w:val="0"/>
      <w:divBdr>
        <w:top w:val="none" w:sz="0" w:space="0" w:color="auto"/>
        <w:left w:val="none" w:sz="0" w:space="0" w:color="auto"/>
        <w:bottom w:val="none" w:sz="0" w:space="0" w:color="auto"/>
        <w:right w:val="none" w:sz="0" w:space="0" w:color="auto"/>
      </w:divBdr>
    </w:div>
    <w:div w:id="132411994">
      <w:bodyDiv w:val="1"/>
      <w:marLeft w:val="0"/>
      <w:marRight w:val="0"/>
      <w:marTop w:val="0"/>
      <w:marBottom w:val="0"/>
      <w:divBdr>
        <w:top w:val="none" w:sz="0" w:space="0" w:color="auto"/>
        <w:left w:val="none" w:sz="0" w:space="0" w:color="auto"/>
        <w:bottom w:val="none" w:sz="0" w:space="0" w:color="auto"/>
        <w:right w:val="none" w:sz="0" w:space="0" w:color="auto"/>
      </w:divBdr>
    </w:div>
    <w:div w:id="138810509">
      <w:bodyDiv w:val="1"/>
      <w:marLeft w:val="0"/>
      <w:marRight w:val="0"/>
      <w:marTop w:val="0"/>
      <w:marBottom w:val="0"/>
      <w:divBdr>
        <w:top w:val="none" w:sz="0" w:space="0" w:color="auto"/>
        <w:left w:val="none" w:sz="0" w:space="0" w:color="auto"/>
        <w:bottom w:val="none" w:sz="0" w:space="0" w:color="auto"/>
        <w:right w:val="none" w:sz="0" w:space="0" w:color="auto"/>
      </w:divBdr>
    </w:div>
    <w:div w:id="152570747">
      <w:bodyDiv w:val="1"/>
      <w:marLeft w:val="0"/>
      <w:marRight w:val="0"/>
      <w:marTop w:val="0"/>
      <w:marBottom w:val="0"/>
      <w:divBdr>
        <w:top w:val="none" w:sz="0" w:space="0" w:color="auto"/>
        <w:left w:val="none" w:sz="0" w:space="0" w:color="auto"/>
        <w:bottom w:val="none" w:sz="0" w:space="0" w:color="auto"/>
        <w:right w:val="none" w:sz="0" w:space="0" w:color="auto"/>
      </w:divBdr>
    </w:div>
    <w:div w:id="160581019">
      <w:bodyDiv w:val="1"/>
      <w:marLeft w:val="0"/>
      <w:marRight w:val="0"/>
      <w:marTop w:val="0"/>
      <w:marBottom w:val="0"/>
      <w:divBdr>
        <w:top w:val="none" w:sz="0" w:space="0" w:color="auto"/>
        <w:left w:val="none" w:sz="0" w:space="0" w:color="auto"/>
        <w:bottom w:val="none" w:sz="0" w:space="0" w:color="auto"/>
        <w:right w:val="none" w:sz="0" w:space="0" w:color="auto"/>
      </w:divBdr>
    </w:div>
    <w:div w:id="162089489">
      <w:bodyDiv w:val="1"/>
      <w:marLeft w:val="0"/>
      <w:marRight w:val="0"/>
      <w:marTop w:val="0"/>
      <w:marBottom w:val="0"/>
      <w:divBdr>
        <w:top w:val="none" w:sz="0" w:space="0" w:color="auto"/>
        <w:left w:val="none" w:sz="0" w:space="0" w:color="auto"/>
        <w:bottom w:val="none" w:sz="0" w:space="0" w:color="auto"/>
        <w:right w:val="none" w:sz="0" w:space="0" w:color="auto"/>
      </w:divBdr>
    </w:div>
    <w:div w:id="167258099">
      <w:bodyDiv w:val="1"/>
      <w:marLeft w:val="0"/>
      <w:marRight w:val="0"/>
      <w:marTop w:val="0"/>
      <w:marBottom w:val="0"/>
      <w:divBdr>
        <w:top w:val="none" w:sz="0" w:space="0" w:color="auto"/>
        <w:left w:val="none" w:sz="0" w:space="0" w:color="auto"/>
        <w:bottom w:val="none" w:sz="0" w:space="0" w:color="auto"/>
        <w:right w:val="none" w:sz="0" w:space="0" w:color="auto"/>
      </w:divBdr>
    </w:div>
    <w:div w:id="170681168">
      <w:bodyDiv w:val="1"/>
      <w:marLeft w:val="0"/>
      <w:marRight w:val="0"/>
      <w:marTop w:val="0"/>
      <w:marBottom w:val="0"/>
      <w:divBdr>
        <w:top w:val="none" w:sz="0" w:space="0" w:color="auto"/>
        <w:left w:val="none" w:sz="0" w:space="0" w:color="auto"/>
        <w:bottom w:val="none" w:sz="0" w:space="0" w:color="auto"/>
        <w:right w:val="none" w:sz="0" w:space="0" w:color="auto"/>
      </w:divBdr>
    </w:div>
    <w:div w:id="198012120">
      <w:bodyDiv w:val="1"/>
      <w:marLeft w:val="0"/>
      <w:marRight w:val="0"/>
      <w:marTop w:val="0"/>
      <w:marBottom w:val="0"/>
      <w:divBdr>
        <w:top w:val="none" w:sz="0" w:space="0" w:color="auto"/>
        <w:left w:val="none" w:sz="0" w:space="0" w:color="auto"/>
        <w:bottom w:val="none" w:sz="0" w:space="0" w:color="auto"/>
        <w:right w:val="none" w:sz="0" w:space="0" w:color="auto"/>
      </w:divBdr>
    </w:div>
    <w:div w:id="204102373">
      <w:bodyDiv w:val="1"/>
      <w:marLeft w:val="0"/>
      <w:marRight w:val="0"/>
      <w:marTop w:val="0"/>
      <w:marBottom w:val="0"/>
      <w:divBdr>
        <w:top w:val="none" w:sz="0" w:space="0" w:color="auto"/>
        <w:left w:val="none" w:sz="0" w:space="0" w:color="auto"/>
        <w:bottom w:val="none" w:sz="0" w:space="0" w:color="auto"/>
        <w:right w:val="none" w:sz="0" w:space="0" w:color="auto"/>
      </w:divBdr>
    </w:div>
    <w:div w:id="208811662">
      <w:bodyDiv w:val="1"/>
      <w:marLeft w:val="0"/>
      <w:marRight w:val="0"/>
      <w:marTop w:val="0"/>
      <w:marBottom w:val="0"/>
      <w:divBdr>
        <w:top w:val="none" w:sz="0" w:space="0" w:color="auto"/>
        <w:left w:val="none" w:sz="0" w:space="0" w:color="auto"/>
        <w:bottom w:val="none" w:sz="0" w:space="0" w:color="auto"/>
        <w:right w:val="none" w:sz="0" w:space="0" w:color="auto"/>
      </w:divBdr>
    </w:div>
    <w:div w:id="214463948">
      <w:bodyDiv w:val="1"/>
      <w:marLeft w:val="0"/>
      <w:marRight w:val="0"/>
      <w:marTop w:val="0"/>
      <w:marBottom w:val="0"/>
      <w:divBdr>
        <w:top w:val="none" w:sz="0" w:space="0" w:color="auto"/>
        <w:left w:val="none" w:sz="0" w:space="0" w:color="auto"/>
        <w:bottom w:val="none" w:sz="0" w:space="0" w:color="auto"/>
        <w:right w:val="none" w:sz="0" w:space="0" w:color="auto"/>
      </w:divBdr>
      <w:divsChild>
        <w:div w:id="1364670248">
          <w:marLeft w:val="0"/>
          <w:marRight w:val="0"/>
          <w:marTop w:val="0"/>
          <w:marBottom w:val="0"/>
          <w:divBdr>
            <w:top w:val="none" w:sz="0" w:space="0" w:color="auto"/>
            <w:left w:val="none" w:sz="0" w:space="0" w:color="auto"/>
            <w:bottom w:val="none" w:sz="0" w:space="0" w:color="auto"/>
            <w:right w:val="none" w:sz="0" w:space="0" w:color="auto"/>
          </w:divBdr>
          <w:divsChild>
            <w:div w:id="168377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26475">
      <w:bodyDiv w:val="1"/>
      <w:marLeft w:val="0"/>
      <w:marRight w:val="0"/>
      <w:marTop w:val="0"/>
      <w:marBottom w:val="0"/>
      <w:divBdr>
        <w:top w:val="none" w:sz="0" w:space="0" w:color="auto"/>
        <w:left w:val="none" w:sz="0" w:space="0" w:color="auto"/>
        <w:bottom w:val="none" w:sz="0" w:space="0" w:color="auto"/>
        <w:right w:val="none" w:sz="0" w:space="0" w:color="auto"/>
      </w:divBdr>
    </w:div>
    <w:div w:id="245462818">
      <w:bodyDiv w:val="1"/>
      <w:marLeft w:val="0"/>
      <w:marRight w:val="0"/>
      <w:marTop w:val="0"/>
      <w:marBottom w:val="0"/>
      <w:divBdr>
        <w:top w:val="none" w:sz="0" w:space="0" w:color="auto"/>
        <w:left w:val="none" w:sz="0" w:space="0" w:color="auto"/>
        <w:bottom w:val="none" w:sz="0" w:space="0" w:color="auto"/>
        <w:right w:val="none" w:sz="0" w:space="0" w:color="auto"/>
      </w:divBdr>
    </w:div>
    <w:div w:id="268123854">
      <w:bodyDiv w:val="1"/>
      <w:marLeft w:val="0"/>
      <w:marRight w:val="0"/>
      <w:marTop w:val="0"/>
      <w:marBottom w:val="0"/>
      <w:divBdr>
        <w:top w:val="none" w:sz="0" w:space="0" w:color="auto"/>
        <w:left w:val="none" w:sz="0" w:space="0" w:color="auto"/>
        <w:bottom w:val="none" w:sz="0" w:space="0" w:color="auto"/>
        <w:right w:val="none" w:sz="0" w:space="0" w:color="auto"/>
      </w:divBdr>
    </w:div>
    <w:div w:id="306597091">
      <w:bodyDiv w:val="1"/>
      <w:marLeft w:val="0"/>
      <w:marRight w:val="0"/>
      <w:marTop w:val="0"/>
      <w:marBottom w:val="0"/>
      <w:divBdr>
        <w:top w:val="none" w:sz="0" w:space="0" w:color="auto"/>
        <w:left w:val="none" w:sz="0" w:space="0" w:color="auto"/>
        <w:bottom w:val="none" w:sz="0" w:space="0" w:color="auto"/>
        <w:right w:val="none" w:sz="0" w:space="0" w:color="auto"/>
      </w:divBdr>
    </w:div>
    <w:div w:id="335961679">
      <w:bodyDiv w:val="1"/>
      <w:marLeft w:val="0"/>
      <w:marRight w:val="0"/>
      <w:marTop w:val="0"/>
      <w:marBottom w:val="0"/>
      <w:divBdr>
        <w:top w:val="none" w:sz="0" w:space="0" w:color="auto"/>
        <w:left w:val="none" w:sz="0" w:space="0" w:color="auto"/>
        <w:bottom w:val="none" w:sz="0" w:space="0" w:color="auto"/>
        <w:right w:val="none" w:sz="0" w:space="0" w:color="auto"/>
      </w:divBdr>
    </w:div>
    <w:div w:id="338311633">
      <w:bodyDiv w:val="1"/>
      <w:marLeft w:val="0"/>
      <w:marRight w:val="0"/>
      <w:marTop w:val="0"/>
      <w:marBottom w:val="0"/>
      <w:divBdr>
        <w:top w:val="none" w:sz="0" w:space="0" w:color="auto"/>
        <w:left w:val="none" w:sz="0" w:space="0" w:color="auto"/>
        <w:bottom w:val="none" w:sz="0" w:space="0" w:color="auto"/>
        <w:right w:val="none" w:sz="0" w:space="0" w:color="auto"/>
      </w:divBdr>
    </w:div>
    <w:div w:id="340863044">
      <w:bodyDiv w:val="1"/>
      <w:marLeft w:val="0"/>
      <w:marRight w:val="0"/>
      <w:marTop w:val="0"/>
      <w:marBottom w:val="0"/>
      <w:divBdr>
        <w:top w:val="none" w:sz="0" w:space="0" w:color="auto"/>
        <w:left w:val="none" w:sz="0" w:space="0" w:color="auto"/>
        <w:bottom w:val="none" w:sz="0" w:space="0" w:color="auto"/>
        <w:right w:val="none" w:sz="0" w:space="0" w:color="auto"/>
      </w:divBdr>
    </w:div>
    <w:div w:id="341861479">
      <w:bodyDiv w:val="1"/>
      <w:marLeft w:val="0"/>
      <w:marRight w:val="0"/>
      <w:marTop w:val="0"/>
      <w:marBottom w:val="0"/>
      <w:divBdr>
        <w:top w:val="none" w:sz="0" w:space="0" w:color="auto"/>
        <w:left w:val="none" w:sz="0" w:space="0" w:color="auto"/>
        <w:bottom w:val="none" w:sz="0" w:space="0" w:color="auto"/>
        <w:right w:val="none" w:sz="0" w:space="0" w:color="auto"/>
      </w:divBdr>
    </w:div>
    <w:div w:id="358625289">
      <w:bodyDiv w:val="1"/>
      <w:marLeft w:val="0"/>
      <w:marRight w:val="0"/>
      <w:marTop w:val="0"/>
      <w:marBottom w:val="0"/>
      <w:divBdr>
        <w:top w:val="none" w:sz="0" w:space="0" w:color="auto"/>
        <w:left w:val="none" w:sz="0" w:space="0" w:color="auto"/>
        <w:bottom w:val="none" w:sz="0" w:space="0" w:color="auto"/>
        <w:right w:val="none" w:sz="0" w:space="0" w:color="auto"/>
      </w:divBdr>
    </w:div>
    <w:div w:id="376122624">
      <w:bodyDiv w:val="1"/>
      <w:marLeft w:val="0"/>
      <w:marRight w:val="0"/>
      <w:marTop w:val="0"/>
      <w:marBottom w:val="0"/>
      <w:divBdr>
        <w:top w:val="none" w:sz="0" w:space="0" w:color="auto"/>
        <w:left w:val="none" w:sz="0" w:space="0" w:color="auto"/>
        <w:bottom w:val="none" w:sz="0" w:space="0" w:color="auto"/>
        <w:right w:val="none" w:sz="0" w:space="0" w:color="auto"/>
      </w:divBdr>
    </w:div>
    <w:div w:id="388262282">
      <w:bodyDiv w:val="1"/>
      <w:marLeft w:val="0"/>
      <w:marRight w:val="0"/>
      <w:marTop w:val="0"/>
      <w:marBottom w:val="0"/>
      <w:divBdr>
        <w:top w:val="none" w:sz="0" w:space="0" w:color="auto"/>
        <w:left w:val="none" w:sz="0" w:space="0" w:color="auto"/>
        <w:bottom w:val="none" w:sz="0" w:space="0" w:color="auto"/>
        <w:right w:val="none" w:sz="0" w:space="0" w:color="auto"/>
      </w:divBdr>
    </w:div>
    <w:div w:id="392316215">
      <w:bodyDiv w:val="1"/>
      <w:marLeft w:val="0"/>
      <w:marRight w:val="0"/>
      <w:marTop w:val="0"/>
      <w:marBottom w:val="0"/>
      <w:divBdr>
        <w:top w:val="none" w:sz="0" w:space="0" w:color="auto"/>
        <w:left w:val="none" w:sz="0" w:space="0" w:color="auto"/>
        <w:bottom w:val="none" w:sz="0" w:space="0" w:color="auto"/>
        <w:right w:val="none" w:sz="0" w:space="0" w:color="auto"/>
      </w:divBdr>
    </w:div>
    <w:div w:id="394936215">
      <w:bodyDiv w:val="1"/>
      <w:marLeft w:val="0"/>
      <w:marRight w:val="0"/>
      <w:marTop w:val="0"/>
      <w:marBottom w:val="0"/>
      <w:divBdr>
        <w:top w:val="none" w:sz="0" w:space="0" w:color="auto"/>
        <w:left w:val="none" w:sz="0" w:space="0" w:color="auto"/>
        <w:bottom w:val="none" w:sz="0" w:space="0" w:color="auto"/>
        <w:right w:val="none" w:sz="0" w:space="0" w:color="auto"/>
      </w:divBdr>
    </w:div>
    <w:div w:id="396394240">
      <w:bodyDiv w:val="1"/>
      <w:marLeft w:val="0"/>
      <w:marRight w:val="0"/>
      <w:marTop w:val="0"/>
      <w:marBottom w:val="0"/>
      <w:divBdr>
        <w:top w:val="none" w:sz="0" w:space="0" w:color="auto"/>
        <w:left w:val="none" w:sz="0" w:space="0" w:color="auto"/>
        <w:bottom w:val="none" w:sz="0" w:space="0" w:color="auto"/>
        <w:right w:val="none" w:sz="0" w:space="0" w:color="auto"/>
      </w:divBdr>
    </w:div>
    <w:div w:id="407730879">
      <w:bodyDiv w:val="1"/>
      <w:marLeft w:val="0"/>
      <w:marRight w:val="0"/>
      <w:marTop w:val="0"/>
      <w:marBottom w:val="0"/>
      <w:divBdr>
        <w:top w:val="none" w:sz="0" w:space="0" w:color="auto"/>
        <w:left w:val="none" w:sz="0" w:space="0" w:color="auto"/>
        <w:bottom w:val="none" w:sz="0" w:space="0" w:color="auto"/>
        <w:right w:val="none" w:sz="0" w:space="0" w:color="auto"/>
      </w:divBdr>
    </w:div>
    <w:div w:id="412360730">
      <w:bodyDiv w:val="1"/>
      <w:marLeft w:val="0"/>
      <w:marRight w:val="0"/>
      <w:marTop w:val="0"/>
      <w:marBottom w:val="0"/>
      <w:divBdr>
        <w:top w:val="none" w:sz="0" w:space="0" w:color="auto"/>
        <w:left w:val="none" w:sz="0" w:space="0" w:color="auto"/>
        <w:bottom w:val="none" w:sz="0" w:space="0" w:color="auto"/>
        <w:right w:val="none" w:sz="0" w:space="0" w:color="auto"/>
      </w:divBdr>
    </w:div>
    <w:div w:id="429736368">
      <w:bodyDiv w:val="1"/>
      <w:marLeft w:val="0"/>
      <w:marRight w:val="0"/>
      <w:marTop w:val="0"/>
      <w:marBottom w:val="0"/>
      <w:divBdr>
        <w:top w:val="none" w:sz="0" w:space="0" w:color="auto"/>
        <w:left w:val="none" w:sz="0" w:space="0" w:color="auto"/>
        <w:bottom w:val="none" w:sz="0" w:space="0" w:color="auto"/>
        <w:right w:val="none" w:sz="0" w:space="0" w:color="auto"/>
      </w:divBdr>
    </w:div>
    <w:div w:id="458032132">
      <w:bodyDiv w:val="1"/>
      <w:marLeft w:val="0"/>
      <w:marRight w:val="0"/>
      <w:marTop w:val="0"/>
      <w:marBottom w:val="0"/>
      <w:divBdr>
        <w:top w:val="none" w:sz="0" w:space="0" w:color="auto"/>
        <w:left w:val="none" w:sz="0" w:space="0" w:color="auto"/>
        <w:bottom w:val="none" w:sz="0" w:space="0" w:color="auto"/>
        <w:right w:val="none" w:sz="0" w:space="0" w:color="auto"/>
      </w:divBdr>
    </w:div>
    <w:div w:id="476144006">
      <w:bodyDiv w:val="1"/>
      <w:marLeft w:val="0"/>
      <w:marRight w:val="0"/>
      <w:marTop w:val="0"/>
      <w:marBottom w:val="0"/>
      <w:divBdr>
        <w:top w:val="none" w:sz="0" w:space="0" w:color="auto"/>
        <w:left w:val="none" w:sz="0" w:space="0" w:color="auto"/>
        <w:bottom w:val="none" w:sz="0" w:space="0" w:color="auto"/>
        <w:right w:val="none" w:sz="0" w:space="0" w:color="auto"/>
      </w:divBdr>
    </w:div>
    <w:div w:id="485240719">
      <w:bodyDiv w:val="1"/>
      <w:marLeft w:val="0"/>
      <w:marRight w:val="0"/>
      <w:marTop w:val="0"/>
      <w:marBottom w:val="0"/>
      <w:divBdr>
        <w:top w:val="none" w:sz="0" w:space="0" w:color="auto"/>
        <w:left w:val="none" w:sz="0" w:space="0" w:color="auto"/>
        <w:bottom w:val="none" w:sz="0" w:space="0" w:color="auto"/>
        <w:right w:val="none" w:sz="0" w:space="0" w:color="auto"/>
      </w:divBdr>
    </w:div>
    <w:div w:id="485516436">
      <w:bodyDiv w:val="1"/>
      <w:marLeft w:val="0"/>
      <w:marRight w:val="0"/>
      <w:marTop w:val="0"/>
      <w:marBottom w:val="0"/>
      <w:divBdr>
        <w:top w:val="none" w:sz="0" w:space="0" w:color="auto"/>
        <w:left w:val="none" w:sz="0" w:space="0" w:color="auto"/>
        <w:bottom w:val="none" w:sz="0" w:space="0" w:color="auto"/>
        <w:right w:val="none" w:sz="0" w:space="0" w:color="auto"/>
      </w:divBdr>
    </w:div>
    <w:div w:id="493491581">
      <w:bodyDiv w:val="1"/>
      <w:marLeft w:val="0"/>
      <w:marRight w:val="0"/>
      <w:marTop w:val="0"/>
      <w:marBottom w:val="0"/>
      <w:divBdr>
        <w:top w:val="none" w:sz="0" w:space="0" w:color="auto"/>
        <w:left w:val="none" w:sz="0" w:space="0" w:color="auto"/>
        <w:bottom w:val="none" w:sz="0" w:space="0" w:color="auto"/>
        <w:right w:val="none" w:sz="0" w:space="0" w:color="auto"/>
      </w:divBdr>
    </w:div>
    <w:div w:id="510220682">
      <w:bodyDiv w:val="1"/>
      <w:marLeft w:val="0"/>
      <w:marRight w:val="0"/>
      <w:marTop w:val="0"/>
      <w:marBottom w:val="0"/>
      <w:divBdr>
        <w:top w:val="none" w:sz="0" w:space="0" w:color="auto"/>
        <w:left w:val="none" w:sz="0" w:space="0" w:color="auto"/>
        <w:bottom w:val="none" w:sz="0" w:space="0" w:color="auto"/>
        <w:right w:val="none" w:sz="0" w:space="0" w:color="auto"/>
      </w:divBdr>
    </w:div>
    <w:div w:id="522327667">
      <w:bodyDiv w:val="1"/>
      <w:marLeft w:val="0"/>
      <w:marRight w:val="0"/>
      <w:marTop w:val="0"/>
      <w:marBottom w:val="0"/>
      <w:divBdr>
        <w:top w:val="none" w:sz="0" w:space="0" w:color="auto"/>
        <w:left w:val="none" w:sz="0" w:space="0" w:color="auto"/>
        <w:bottom w:val="none" w:sz="0" w:space="0" w:color="auto"/>
        <w:right w:val="none" w:sz="0" w:space="0" w:color="auto"/>
      </w:divBdr>
    </w:div>
    <w:div w:id="532041426">
      <w:bodyDiv w:val="1"/>
      <w:marLeft w:val="0"/>
      <w:marRight w:val="0"/>
      <w:marTop w:val="0"/>
      <w:marBottom w:val="0"/>
      <w:divBdr>
        <w:top w:val="none" w:sz="0" w:space="0" w:color="auto"/>
        <w:left w:val="none" w:sz="0" w:space="0" w:color="auto"/>
        <w:bottom w:val="none" w:sz="0" w:space="0" w:color="auto"/>
        <w:right w:val="none" w:sz="0" w:space="0" w:color="auto"/>
      </w:divBdr>
    </w:div>
    <w:div w:id="547301111">
      <w:bodyDiv w:val="1"/>
      <w:marLeft w:val="0"/>
      <w:marRight w:val="0"/>
      <w:marTop w:val="0"/>
      <w:marBottom w:val="0"/>
      <w:divBdr>
        <w:top w:val="none" w:sz="0" w:space="0" w:color="auto"/>
        <w:left w:val="none" w:sz="0" w:space="0" w:color="auto"/>
        <w:bottom w:val="none" w:sz="0" w:space="0" w:color="auto"/>
        <w:right w:val="none" w:sz="0" w:space="0" w:color="auto"/>
      </w:divBdr>
    </w:div>
    <w:div w:id="547692414">
      <w:bodyDiv w:val="1"/>
      <w:marLeft w:val="0"/>
      <w:marRight w:val="0"/>
      <w:marTop w:val="0"/>
      <w:marBottom w:val="0"/>
      <w:divBdr>
        <w:top w:val="none" w:sz="0" w:space="0" w:color="auto"/>
        <w:left w:val="none" w:sz="0" w:space="0" w:color="auto"/>
        <w:bottom w:val="none" w:sz="0" w:space="0" w:color="auto"/>
        <w:right w:val="none" w:sz="0" w:space="0" w:color="auto"/>
      </w:divBdr>
    </w:div>
    <w:div w:id="549464357">
      <w:bodyDiv w:val="1"/>
      <w:marLeft w:val="0"/>
      <w:marRight w:val="0"/>
      <w:marTop w:val="0"/>
      <w:marBottom w:val="0"/>
      <w:divBdr>
        <w:top w:val="none" w:sz="0" w:space="0" w:color="auto"/>
        <w:left w:val="none" w:sz="0" w:space="0" w:color="auto"/>
        <w:bottom w:val="none" w:sz="0" w:space="0" w:color="auto"/>
        <w:right w:val="none" w:sz="0" w:space="0" w:color="auto"/>
      </w:divBdr>
    </w:div>
    <w:div w:id="554240695">
      <w:bodyDiv w:val="1"/>
      <w:marLeft w:val="0"/>
      <w:marRight w:val="0"/>
      <w:marTop w:val="0"/>
      <w:marBottom w:val="0"/>
      <w:divBdr>
        <w:top w:val="none" w:sz="0" w:space="0" w:color="auto"/>
        <w:left w:val="none" w:sz="0" w:space="0" w:color="auto"/>
        <w:bottom w:val="none" w:sz="0" w:space="0" w:color="auto"/>
        <w:right w:val="none" w:sz="0" w:space="0" w:color="auto"/>
      </w:divBdr>
    </w:div>
    <w:div w:id="572204067">
      <w:bodyDiv w:val="1"/>
      <w:marLeft w:val="0"/>
      <w:marRight w:val="0"/>
      <w:marTop w:val="0"/>
      <w:marBottom w:val="0"/>
      <w:divBdr>
        <w:top w:val="none" w:sz="0" w:space="0" w:color="auto"/>
        <w:left w:val="none" w:sz="0" w:space="0" w:color="auto"/>
        <w:bottom w:val="none" w:sz="0" w:space="0" w:color="auto"/>
        <w:right w:val="none" w:sz="0" w:space="0" w:color="auto"/>
      </w:divBdr>
    </w:div>
    <w:div w:id="597444201">
      <w:bodyDiv w:val="1"/>
      <w:marLeft w:val="0"/>
      <w:marRight w:val="0"/>
      <w:marTop w:val="0"/>
      <w:marBottom w:val="0"/>
      <w:divBdr>
        <w:top w:val="none" w:sz="0" w:space="0" w:color="auto"/>
        <w:left w:val="none" w:sz="0" w:space="0" w:color="auto"/>
        <w:bottom w:val="none" w:sz="0" w:space="0" w:color="auto"/>
        <w:right w:val="none" w:sz="0" w:space="0" w:color="auto"/>
      </w:divBdr>
    </w:div>
    <w:div w:id="597835825">
      <w:bodyDiv w:val="1"/>
      <w:marLeft w:val="0"/>
      <w:marRight w:val="0"/>
      <w:marTop w:val="0"/>
      <w:marBottom w:val="0"/>
      <w:divBdr>
        <w:top w:val="none" w:sz="0" w:space="0" w:color="auto"/>
        <w:left w:val="none" w:sz="0" w:space="0" w:color="auto"/>
        <w:bottom w:val="none" w:sz="0" w:space="0" w:color="auto"/>
        <w:right w:val="none" w:sz="0" w:space="0" w:color="auto"/>
      </w:divBdr>
    </w:div>
    <w:div w:id="602156452">
      <w:bodyDiv w:val="1"/>
      <w:marLeft w:val="0"/>
      <w:marRight w:val="0"/>
      <w:marTop w:val="0"/>
      <w:marBottom w:val="0"/>
      <w:divBdr>
        <w:top w:val="none" w:sz="0" w:space="0" w:color="auto"/>
        <w:left w:val="none" w:sz="0" w:space="0" w:color="auto"/>
        <w:bottom w:val="none" w:sz="0" w:space="0" w:color="auto"/>
        <w:right w:val="none" w:sz="0" w:space="0" w:color="auto"/>
      </w:divBdr>
    </w:div>
    <w:div w:id="619990043">
      <w:bodyDiv w:val="1"/>
      <w:marLeft w:val="0"/>
      <w:marRight w:val="0"/>
      <w:marTop w:val="0"/>
      <w:marBottom w:val="0"/>
      <w:divBdr>
        <w:top w:val="none" w:sz="0" w:space="0" w:color="auto"/>
        <w:left w:val="none" w:sz="0" w:space="0" w:color="auto"/>
        <w:bottom w:val="none" w:sz="0" w:space="0" w:color="auto"/>
        <w:right w:val="none" w:sz="0" w:space="0" w:color="auto"/>
      </w:divBdr>
    </w:div>
    <w:div w:id="643002906">
      <w:bodyDiv w:val="1"/>
      <w:marLeft w:val="0"/>
      <w:marRight w:val="0"/>
      <w:marTop w:val="0"/>
      <w:marBottom w:val="0"/>
      <w:divBdr>
        <w:top w:val="none" w:sz="0" w:space="0" w:color="auto"/>
        <w:left w:val="none" w:sz="0" w:space="0" w:color="auto"/>
        <w:bottom w:val="none" w:sz="0" w:space="0" w:color="auto"/>
        <w:right w:val="none" w:sz="0" w:space="0" w:color="auto"/>
      </w:divBdr>
    </w:div>
    <w:div w:id="647443478">
      <w:bodyDiv w:val="1"/>
      <w:marLeft w:val="0"/>
      <w:marRight w:val="0"/>
      <w:marTop w:val="0"/>
      <w:marBottom w:val="0"/>
      <w:divBdr>
        <w:top w:val="none" w:sz="0" w:space="0" w:color="auto"/>
        <w:left w:val="none" w:sz="0" w:space="0" w:color="auto"/>
        <w:bottom w:val="none" w:sz="0" w:space="0" w:color="auto"/>
        <w:right w:val="none" w:sz="0" w:space="0" w:color="auto"/>
      </w:divBdr>
    </w:div>
    <w:div w:id="658269020">
      <w:bodyDiv w:val="1"/>
      <w:marLeft w:val="0"/>
      <w:marRight w:val="0"/>
      <w:marTop w:val="0"/>
      <w:marBottom w:val="0"/>
      <w:divBdr>
        <w:top w:val="none" w:sz="0" w:space="0" w:color="auto"/>
        <w:left w:val="none" w:sz="0" w:space="0" w:color="auto"/>
        <w:bottom w:val="none" w:sz="0" w:space="0" w:color="auto"/>
        <w:right w:val="none" w:sz="0" w:space="0" w:color="auto"/>
      </w:divBdr>
    </w:div>
    <w:div w:id="658534238">
      <w:bodyDiv w:val="1"/>
      <w:marLeft w:val="0"/>
      <w:marRight w:val="0"/>
      <w:marTop w:val="0"/>
      <w:marBottom w:val="0"/>
      <w:divBdr>
        <w:top w:val="none" w:sz="0" w:space="0" w:color="auto"/>
        <w:left w:val="none" w:sz="0" w:space="0" w:color="auto"/>
        <w:bottom w:val="none" w:sz="0" w:space="0" w:color="auto"/>
        <w:right w:val="none" w:sz="0" w:space="0" w:color="auto"/>
      </w:divBdr>
    </w:div>
    <w:div w:id="658922704">
      <w:bodyDiv w:val="1"/>
      <w:marLeft w:val="0"/>
      <w:marRight w:val="0"/>
      <w:marTop w:val="0"/>
      <w:marBottom w:val="0"/>
      <w:divBdr>
        <w:top w:val="none" w:sz="0" w:space="0" w:color="auto"/>
        <w:left w:val="none" w:sz="0" w:space="0" w:color="auto"/>
        <w:bottom w:val="none" w:sz="0" w:space="0" w:color="auto"/>
        <w:right w:val="none" w:sz="0" w:space="0" w:color="auto"/>
      </w:divBdr>
    </w:div>
    <w:div w:id="670138091">
      <w:bodyDiv w:val="1"/>
      <w:marLeft w:val="0"/>
      <w:marRight w:val="0"/>
      <w:marTop w:val="0"/>
      <w:marBottom w:val="0"/>
      <w:divBdr>
        <w:top w:val="none" w:sz="0" w:space="0" w:color="auto"/>
        <w:left w:val="none" w:sz="0" w:space="0" w:color="auto"/>
        <w:bottom w:val="none" w:sz="0" w:space="0" w:color="auto"/>
        <w:right w:val="none" w:sz="0" w:space="0" w:color="auto"/>
      </w:divBdr>
    </w:div>
    <w:div w:id="671758613">
      <w:bodyDiv w:val="1"/>
      <w:marLeft w:val="0"/>
      <w:marRight w:val="0"/>
      <w:marTop w:val="0"/>
      <w:marBottom w:val="0"/>
      <w:divBdr>
        <w:top w:val="none" w:sz="0" w:space="0" w:color="auto"/>
        <w:left w:val="none" w:sz="0" w:space="0" w:color="auto"/>
        <w:bottom w:val="none" w:sz="0" w:space="0" w:color="auto"/>
        <w:right w:val="none" w:sz="0" w:space="0" w:color="auto"/>
      </w:divBdr>
    </w:div>
    <w:div w:id="674721527">
      <w:bodyDiv w:val="1"/>
      <w:marLeft w:val="0"/>
      <w:marRight w:val="0"/>
      <w:marTop w:val="0"/>
      <w:marBottom w:val="0"/>
      <w:divBdr>
        <w:top w:val="none" w:sz="0" w:space="0" w:color="auto"/>
        <w:left w:val="none" w:sz="0" w:space="0" w:color="auto"/>
        <w:bottom w:val="none" w:sz="0" w:space="0" w:color="auto"/>
        <w:right w:val="none" w:sz="0" w:space="0" w:color="auto"/>
      </w:divBdr>
    </w:div>
    <w:div w:id="676539972">
      <w:bodyDiv w:val="1"/>
      <w:marLeft w:val="0"/>
      <w:marRight w:val="0"/>
      <w:marTop w:val="0"/>
      <w:marBottom w:val="0"/>
      <w:divBdr>
        <w:top w:val="none" w:sz="0" w:space="0" w:color="auto"/>
        <w:left w:val="none" w:sz="0" w:space="0" w:color="auto"/>
        <w:bottom w:val="none" w:sz="0" w:space="0" w:color="auto"/>
        <w:right w:val="none" w:sz="0" w:space="0" w:color="auto"/>
      </w:divBdr>
    </w:div>
    <w:div w:id="686952071">
      <w:bodyDiv w:val="1"/>
      <w:marLeft w:val="0"/>
      <w:marRight w:val="0"/>
      <w:marTop w:val="0"/>
      <w:marBottom w:val="0"/>
      <w:divBdr>
        <w:top w:val="none" w:sz="0" w:space="0" w:color="auto"/>
        <w:left w:val="none" w:sz="0" w:space="0" w:color="auto"/>
        <w:bottom w:val="none" w:sz="0" w:space="0" w:color="auto"/>
        <w:right w:val="none" w:sz="0" w:space="0" w:color="auto"/>
      </w:divBdr>
    </w:div>
    <w:div w:id="691958649">
      <w:bodyDiv w:val="1"/>
      <w:marLeft w:val="0"/>
      <w:marRight w:val="0"/>
      <w:marTop w:val="0"/>
      <w:marBottom w:val="0"/>
      <w:divBdr>
        <w:top w:val="none" w:sz="0" w:space="0" w:color="auto"/>
        <w:left w:val="none" w:sz="0" w:space="0" w:color="auto"/>
        <w:bottom w:val="none" w:sz="0" w:space="0" w:color="auto"/>
        <w:right w:val="none" w:sz="0" w:space="0" w:color="auto"/>
      </w:divBdr>
    </w:div>
    <w:div w:id="693504430">
      <w:bodyDiv w:val="1"/>
      <w:marLeft w:val="0"/>
      <w:marRight w:val="0"/>
      <w:marTop w:val="0"/>
      <w:marBottom w:val="0"/>
      <w:divBdr>
        <w:top w:val="none" w:sz="0" w:space="0" w:color="auto"/>
        <w:left w:val="none" w:sz="0" w:space="0" w:color="auto"/>
        <w:bottom w:val="none" w:sz="0" w:space="0" w:color="auto"/>
        <w:right w:val="none" w:sz="0" w:space="0" w:color="auto"/>
      </w:divBdr>
    </w:div>
    <w:div w:id="707682163">
      <w:bodyDiv w:val="1"/>
      <w:marLeft w:val="0"/>
      <w:marRight w:val="0"/>
      <w:marTop w:val="0"/>
      <w:marBottom w:val="0"/>
      <w:divBdr>
        <w:top w:val="none" w:sz="0" w:space="0" w:color="auto"/>
        <w:left w:val="none" w:sz="0" w:space="0" w:color="auto"/>
        <w:bottom w:val="none" w:sz="0" w:space="0" w:color="auto"/>
        <w:right w:val="none" w:sz="0" w:space="0" w:color="auto"/>
      </w:divBdr>
    </w:div>
    <w:div w:id="713385236">
      <w:bodyDiv w:val="1"/>
      <w:marLeft w:val="0"/>
      <w:marRight w:val="0"/>
      <w:marTop w:val="0"/>
      <w:marBottom w:val="0"/>
      <w:divBdr>
        <w:top w:val="none" w:sz="0" w:space="0" w:color="auto"/>
        <w:left w:val="none" w:sz="0" w:space="0" w:color="auto"/>
        <w:bottom w:val="none" w:sz="0" w:space="0" w:color="auto"/>
        <w:right w:val="none" w:sz="0" w:space="0" w:color="auto"/>
      </w:divBdr>
    </w:div>
    <w:div w:id="723715599">
      <w:bodyDiv w:val="1"/>
      <w:marLeft w:val="0"/>
      <w:marRight w:val="0"/>
      <w:marTop w:val="0"/>
      <w:marBottom w:val="0"/>
      <w:divBdr>
        <w:top w:val="none" w:sz="0" w:space="0" w:color="auto"/>
        <w:left w:val="none" w:sz="0" w:space="0" w:color="auto"/>
        <w:bottom w:val="none" w:sz="0" w:space="0" w:color="auto"/>
        <w:right w:val="none" w:sz="0" w:space="0" w:color="auto"/>
      </w:divBdr>
    </w:div>
    <w:div w:id="727413873">
      <w:bodyDiv w:val="1"/>
      <w:marLeft w:val="0"/>
      <w:marRight w:val="0"/>
      <w:marTop w:val="0"/>
      <w:marBottom w:val="0"/>
      <w:divBdr>
        <w:top w:val="none" w:sz="0" w:space="0" w:color="auto"/>
        <w:left w:val="none" w:sz="0" w:space="0" w:color="auto"/>
        <w:bottom w:val="none" w:sz="0" w:space="0" w:color="auto"/>
        <w:right w:val="none" w:sz="0" w:space="0" w:color="auto"/>
      </w:divBdr>
    </w:div>
    <w:div w:id="727655374">
      <w:bodyDiv w:val="1"/>
      <w:marLeft w:val="0"/>
      <w:marRight w:val="0"/>
      <w:marTop w:val="0"/>
      <w:marBottom w:val="0"/>
      <w:divBdr>
        <w:top w:val="none" w:sz="0" w:space="0" w:color="auto"/>
        <w:left w:val="none" w:sz="0" w:space="0" w:color="auto"/>
        <w:bottom w:val="none" w:sz="0" w:space="0" w:color="auto"/>
        <w:right w:val="none" w:sz="0" w:space="0" w:color="auto"/>
      </w:divBdr>
    </w:div>
    <w:div w:id="739710704">
      <w:bodyDiv w:val="1"/>
      <w:marLeft w:val="0"/>
      <w:marRight w:val="0"/>
      <w:marTop w:val="0"/>
      <w:marBottom w:val="0"/>
      <w:divBdr>
        <w:top w:val="none" w:sz="0" w:space="0" w:color="auto"/>
        <w:left w:val="none" w:sz="0" w:space="0" w:color="auto"/>
        <w:bottom w:val="none" w:sz="0" w:space="0" w:color="auto"/>
        <w:right w:val="none" w:sz="0" w:space="0" w:color="auto"/>
      </w:divBdr>
    </w:div>
    <w:div w:id="745808432">
      <w:bodyDiv w:val="1"/>
      <w:marLeft w:val="0"/>
      <w:marRight w:val="0"/>
      <w:marTop w:val="0"/>
      <w:marBottom w:val="0"/>
      <w:divBdr>
        <w:top w:val="none" w:sz="0" w:space="0" w:color="auto"/>
        <w:left w:val="none" w:sz="0" w:space="0" w:color="auto"/>
        <w:bottom w:val="none" w:sz="0" w:space="0" w:color="auto"/>
        <w:right w:val="none" w:sz="0" w:space="0" w:color="auto"/>
      </w:divBdr>
    </w:div>
    <w:div w:id="757754133">
      <w:bodyDiv w:val="1"/>
      <w:marLeft w:val="0"/>
      <w:marRight w:val="0"/>
      <w:marTop w:val="0"/>
      <w:marBottom w:val="0"/>
      <w:divBdr>
        <w:top w:val="none" w:sz="0" w:space="0" w:color="auto"/>
        <w:left w:val="none" w:sz="0" w:space="0" w:color="auto"/>
        <w:bottom w:val="none" w:sz="0" w:space="0" w:color="auto"/>
        <w:right w:val="none" w:sz="0" w:space="0" w:color="auto"/>
      </w:divBdr>
    </w:div>
    <w:div w:id="765466798">
      <w:bodyDiv w:val="1"/>
      <w:marLeft w:val="0"/>
      <w:marRight w:val="0"/>
      <w:marTop w:val="0"/>
      <w:marBottom w:val="0"/>
      <w:divBdr>
        <w:top w:val="none" w:sz="0" w:space="0" w:color="auto"/>
        <w:left w:val="none" w:sz="0" w:space="0" w:color="auto"/>
        <w:bottom w:val="none" w:sz="0" w:space="0" w:color="auto"/>
        <w:right w:val="none" w:sz="0" w:space="0" w:color="auto"/>
      </w:divBdr>
    </w:div>
    <w:div w:id="799500360">
      <w:bodyDiv w:val="1"/>
      <w:marLeft w:val="0"/>
      <w:marRight w:val="0"/>
      <w:marTop w:val="0"/>
      <w:marBottom w:val="0"/>
      <w:divBdr>
        <w:top w:val="none" w:sz="0" w:space="0" w:color="auto"/>
        <w:left w:val="none" w:sz="0" w:space="0" w:color="auto"/>
        <w:bottom w:val="none" w:sz="0" w:space="0" w:color="auto"/>
        <w:right w:val="none" w:sz="0" w:space="0" w:color="auto"/>
      </w:divBdr>
    </w:div>
    <w:div w:id="826215339">
      <w:bodyDiv w:val="1"/>
      <w:marLeft w:val="0"/>
      <w:marRight w:val="0"/>
      <w:marTop w:val="0"/>
      <w:marBottom w:val="0"/>
      <w:divBdr>
        <w:top w:val="none" w:sz="0" w:space="0" w:color="auto"/>
        <w:left w:val="none" w:sz="0" w:space="0" w:color="auto"/>
        <w:bottom w:val="none" w:sz="0" w:space="0" w:color="auto"/>
        <w:right w:val="none" w:sz="0" w:space="0" w:color="auto"/>
      </w:divBdr>
    </w:div>
    <w:div w:id="827064465">
      <w:bodyDiv w:val="1"/>
      <w:marLeft w:val="0"/>
      <w:marRight w:val="0"/>
      <w:marTop w:val="0"/>
      <w:marBottom w:val="0"/>
      <w:divBdr>
        <w:top w:val="none" w:sz="0" w:space="0" w:color="auto"/>
        <w:left w:val="none" w:sz="0" w:space="0" w:color="auto"/>
        <w:bottom w:val="none" w:sz="0" w:space="0" w:color="auto"/>
        <w:right w:val="none" w:sz="0" w:space="0" w:color="auto"/>
      </w:divBdr>
    </w:div>
    <w:div w:id="830484719">
      <w:bodyDiv w:val="1"/>
      <w:marLeft w:val="0"/>
      <w:marRight w:val="0"/>
      <w:marTop w:val="0"/>
      <w:marBottom w:val="0"/>
      <w:divBdr>
        <w:top w:val="none" w:sz="0" w:space="0" w:color="auto"/>
        <w:left w:val="none" w:sz="0" w:space="0" w:color="auto"/>
        <w:bottom w:val="none" w:sz="0" w:space="0" w:color="auto"/>
        <w:right w:val="none" w:sz="0" w:space="0" w:color="auto"/>
      </w:divBdr>
    </w:div>
    <w:div w:id="847981972">
      <w:bodyDiv w:val="1"/>
      <w:marLeft w:val="0"/>
      <w:marRight w:val="0"/>
      <w:marTop w:val="0"/>
      <w:marBottom w:val="0"/>
      <w:divBdr>
        <w:top w:val="none" w:sz="0" w:space="0" w:color="auto"/>
        <w:left w:val="none" w:sz="0" w:space="0" w:color="auto"/>
        <w:bottom w:val="none" w:sz="0" w:space="0" w:color="auto"/>
        <w:right w:val="none" w:sz="0" w:space="0" w:color="auto"/>
      </w:divBdr>
    </w:div>
    <w:div w:id="850609384">
      <w:bodyDiv w:val="1"/>
      <w:marLeft w:val="0"/>
      <w:marRight w:val="0"/>
      <w:marTop w:val="0"/>
      <w:marBottom w:val="0"/>
      <w:divBdr>
        <w:top w:val="none" w:sz="0" w:space="0" w:color="auto"/>
        <w:left w:val="none" w:sz="0" w:space="0" w:color="auto"/>
        <w:bottom w:val="none" w:sz="0" w:space="0" w:color="auto"/>
        <w:right w:val="none" w:sz="0" w:space="0" w:color="auto"/>
      </w:divBdr>
    </w:div>
    <w:div w:id="857040188">
      <w:bodyDiv w:val="1"/>
      <w:marLeft w:val="0"/>
      <w:marRight w:val="0"/>
      <w:marTop w:val="0"/>
      <w:marBottom w:val="0"/>
      <w:divBdr>
        <w:top w:val="none" w:sz="0" w:space="0" w:color="auto"/>
        <w:left w:val="none" w:sz="0" w:space="0" w:color="auto"/>
        <w:bottom w:val="none" w:sz="0" w:space="0" w:color="auto"/>
        <w:right w:val="none" w:sz="0" w:space="0" w:color="auto"/>
      </w:divBdr>
    </w:div>
    <w:div w:id="862788886">
      <w:bodyDiv w:val="1"/>
      <w:marLeft w:val="0"/>
      <w:marRight w:val="0"/>
      <w:marTop w:val="0"/>
      <w:marBottom w:val="0"/>
      <w:divBdr>
        <w:top w:val="none" w:sz="0" w:space="0" w:color="auto"/>
        <w:left w:val="none" w:sz="0" w:space="0" w:color="auto"/>
        <w:bottom w:val="none" w:sz="0" w:space="0" w:color="auto"/>
        <w:right w:val="none" w:sz="0" w:space="0" w:color="auto"/>
      </w:divBdr>
    </w:div>
    <w:div w:id="864637075">
      <w:bodyDiv w:val="1"/>
      <w:marLeft w:val="0"/>
      <w:marRight w:val="0"/>
      <w:marTop w:val="0"/>
      <w:marBottom w:val="0"/>
      <w:divBdr>
        <w:top w:val="none" w:sz="0" w:space="0" w:color="auto"/>
        <w:left w:val="none" w:sz="0" w:space="0" w:color="auto"/>
        <w:bottom w:val="none" w:sz="0" w:space="0" w:color="auto"/>
        <w:right w:val="none" w:sz="0" w:space="0" w:color="auto"/>
      </w:divBdr>
    </w:div>
    <w:div w:id="867260755">
      <w:bodyDiv w:val="1"/>
      <w:marLeft w:val="0"/>
      <w:marRight w:val="0"/>
      <w:marTop w:val="0"/>
      <w:marBottom w:val="0"/>
      <w:divBdr>
        <w:top w:val="none" w:sz="0" w:space="0" w:color="auto"/>
        <w:left w:val="none" w:sz="0" w:space="0" w:color="auto"/>
        <w:bottom w:val="none" w:sz="0" w:space="0" w:color="auto"/>
        <w:right w:val="none" w:sz="0" w:space="0" w:color="auto"/>
      </w:divBdr>
    </w:div>
    <w:div w:id="872884248">
      <w:bodyDiv w:val="1"/>
      <w:marLeft w:val="0"/>
      <w:marRight w:val="0"/>
      <w:marTop w:val="0"/>
      <w:marBottom w:val="0"/>
      <w:divBdr>
        <w:top w:val="none" w:sz="0" w:space="0" w:color="auto"/>
        <w:left w:val="none" w:sz="0" w:space="0" w:color="auto"/>
        <w:bottom w:val="none" w:sz="0" w:space="0" w:color="auto"/>
        <w:right w:val="none" w:sz="0" w:space="0" w:color="auto"/>
      </w:divBdr>
    </w:div>
    <w:div w:id="898246579">
      <w:bodyDiv w:val="1"/>
      <w:marLeft w:val="0"/>
      <w:marRight w:val="0"/>
      <w:marTop w:val="0"/>
      <w:marBottom w:val="0"/>
      <w:divBdr>
        <w:top w:val="none" w:sz="0" w:space="0" w:color="auto"/>
        <w:left w:val="none" w:sz="0" w:space="0" w:color="auto"/>
        <w:bottom w:val="none" w:sz="0" w:space="0" w:color="auto"/>
        <w:right w:val="none" w:sz="0" w:space="0" w:color="auto"/>
      </w:divBdr>
    </w:div>
    <w:div w:id="908270164">
      <w:bodyDiv w:val="1"/>
      <w:marLeft w:val="0"/>
      <w:marRight w:val="0"/>
      <w:marTop w:val="0"/>
      <w:marBottom w:val="0"/>
      <w:divBdr>
        <w:top w:val="none" w:sz="0" w:space="0" w:color="auto"/>
        <w:left w:val="none" w:sz="0" w:space="0" w:color="auto"/>
        <w:bottom w:val="none" w:sz="0" w:space="0" w:color="auto"/>
        <w:right w:val="none" w:sz="0" w:space="0" w:color="auto"/>
      </w:divBdr>
    </w:div>
    <w:div w:id="910429041">
      <w:bodyDiv w:val="1"/>
      <w:marLeft w:val="0"/>
      <w:marRight w:val="0"/>
      <w:marTop w:val="0"/>
      <w:marBottom w:val="0"/>
      <w:divBdr>
        <w:top w:val="none" w:sz="0" w:space="0" w:color="auto"/>
        <w:left w:val="none" w:sz="0" w:space="0" w:color="auto"/>
        <w:bottom w:val="none" w:sz="0" w:space="0" w:color="auto"/>
        <w:right w:val="none" w:sz="0" w:space="0" w:color="auto"/>
      </w:divBdr>
    </w:div>
    <w:div w:id="920715770">
      <w:bodyDiv w:val="1"/>
      <w:marLeft w:val="0"/>
      <w:marRight w:val="0"/>
      <w:marTop w:val="0"/>
      <w:marBottom w:val="0"/>
      <w:divBdr>
        <w:top w:val="none" w:sz="0" w:space="0" w:color="auto"/>
        <w:left w:val="none" w:sz="0" w:space="0" w:color="auto"/>
        <w:bottom w:val="none" w:sz="0" w:space="0" w:color="auto"/>
        <w:right w:val="none" w:sz="0" w:space="0" w:color="auto"/>
      </w:divBdr>
    </w:div>
    <w:div w:id="927810109">
      <w:bodyDiv w:val="1"/>
      <w:marLeft w:val="0"/>
      <w:marRight w:val="0"/>
      <w:marTop w:val="0"/>
      <w:marBottom w:val="0"/>
      <w:divBdr>
        <w:top w:val="none" w:sz="0" w:space="0" w:color="auto"/>
        <w:left w:val="none" w:sz="0" w:space="0" w:color="auto"/>
        <w:bottom w:val="none" w:sz="0" w:space="0" w:color="auto"/>
        <w:right w:val="none" w:sz="0" w:space="0" w:color="auto"/>
      </w:divBdr>
    </w:div>
    <w:div w:id="936257138">
      <w:bodyDiv w:val="1"/>
      <w:marLeft w:val="0"/>
      <w:marRight w:val="0"/>
      <w:marTop w:val="0"/>
      <w:marBottom w:val="0"/>
      <w:divBdr>
        <w:top w:val="none" w:sz="0" w:space="0" w:color="auto"/>
        <w:left w:val="none" w:sz="0" w:space="0" w:color="auto"/>
        <w:bottom w:val="none" w:sz="0" w:space="0" w:color="auto"/>
        <w:right w:val="none" w:sz="0" w:space="0" w:color="auto"/>
      </w:divBdr>
    </w:div>
    <w:div w:id="937981686">
      <w:bodyDiv w:val="1"/>
      <w:marLeft w:val="0"/>
      <w:marRight w:val="0"/>
      <w:marTop w:val="0"/>
      <w:marBottom w:val="0"/>
      <w:divBdr>
        <w:top w:val="none" w:sz="0" w:space="0" w:color="auto"/>
        <w:left w:val="none" w:sz="0" w:space="0" w:color="auto"/>
        <w:bottom w:val="none" w:sz="0" w:space="0" w:color="auto"/>
        <w:right w:val="none" w:sz="0" w:space="0" w:color="auto"/>
      </w:divBdr>
    </w:div>
    <w:div w:id="946230791">
      <w:bodyDiv w:val="1"/>
      <w:marLeft w:val="0"/>
      <w:marRight w:val="0"/>
      <w:marTop w:val="0"/>
      <w:marBottom w:val="0"/>
      <w:divBdr>
        <w:top w:val="none" w:sz="0" w:space="0" w:color="auto"/>
        <w:left w:val="none" w:sz="0" w:space="0" w:color="auto"/>
        <w:bottom w:val="none" w:sz="0" w:space="0" w:color="auto"/>
        <w:right w:val="none" w:sz="0" w:space="0" w:color="auto"/>
      </w:divBdr>
    </w:div>
    <w:div w:id="956982619">
      <w:bodyDiv w:val="1"/>
      <w:marLeft w:val="0"/>
      <w:marRight w:val="0"/>
      <w:marTop w:val="0"/>
      <w:marBottom w:val="0"/>
      <w:divBdr>
        <w:top w:val="none" w:sz="0" w:space="0" w:color="auto"/>
        <w:left w:val="none" w:sz="0" w:space="0" w:color="auto"/>
        <w:bottom w:val="none" w:sz="0" w:space="0" w:color="auto"/>
        <w:right w:val="none" w:sz="0" w:space="0" w:color="auto"/>
      </w:divBdr>
    </w:div>
    <w:div w:id="959185528">
      <w:bodyDiv w:val="1"/>
      <w:marLeft w:val="0"/>
      <w:marRight w:val="0"/>
      <w:marTop w:val="0"/>
      <w:marBottom w:val="0"/>
      <w:divBdr>
        <w:top w:val="none" w:sz="0" w:space="0" w:color="auto"/>
        <w:left w:val="none" w:sz="0" w:space="0" w:color="auto"/>
        <w:bottom w:val="none" w:sz="0" w:space="0" w:color="auto"/>
        <w:right w:val="none" w:sz="0" w:space="0" w:color="auto"/>
      </w:divBdr>
    </w:div>
    <w:div w:id="971208583">
      <w:bodyDiv w:val="1"/>
      <w:marLeft w:val="0"/>
      <w:marRight w:val="0"/>
      <w:marTop w:val="0"/>
      <w:marBottom w:val="0"/>
      <w:divBdr>
        <w:top w:val="none" w:sz="0" w:space="0" w:color="auto"/>
        <w:left w:val="none" w:sz="0" w:space="0" w:color="auto"/>
        <w:bottom w:val="none" w:sz="0" w:space="0" w:color="auto"/>
        <w:right w:val="none" w:sz="0" w:space="0" w:color="auto"/>
      </w:divBdr>
    </w:div>
    <w:div w:id="973872107">
      <w:bodyDiv w:val="1"/>
      <w:marLeft w:val="0"/>
      <w:marRight w:val="0"/>
      <w:marTop w:val="0"/>
      <w:marBottom w:val="0"/>
      <w:divBdr>
        <w:top w:val="none" w:sz="0" w:space="0" w:color="auto"/>
        <w:left w:val="none" w:sz="0" w:space="0" w:color="auto"/>
        <w:bottom w:val="none" w:sz="0" w:space="0" w:color="auto"/>
        <w:right w:val="none" w:sz="0" w:space="0" w:color="auto"/>
      </w:divBdr>
    </w:div>
    <w:div w:id="978463183">
      <w:bodyDiv w:val="1"/>
      <w:marLeft w:val="0"/>
      <w:marRight w:val="0"/>
      <w:marTop w:val="0"/>
      <w:marBottom w:val="0"/>
      <w:divBdr>
        <w:top w:val="none" w:sz="0" w:space="0" w:color="auto"/>
        <w:left w:val="none" w:sz="0" w:space="0" w:color="auto"/>
        <w:bottom w:val="none" w:sz="0" w:space="0" w:color="auto"/>
        <w:right w:val="none" w:sz="0" w:space="0" w:color="auto"/>
      </w:divBdr>
    </w:div>
    <w:div w:id="1018048766">
      <w:bodyDiv w:val="1"/>
      <w:marLeft w:val="0"/>
      <w:marRight w:val="0"/>
      <w:marTop w:val="0"/>
      <w:marBottom w:val="0"/>
      <w:divBdr>
        <w:top w:val="none" w:sz="0" w:space="0" w:color="auto"/>
        <w:left w:val="none" w:sz="0" w:space="0" w:color="auto"/>
        <w:bottom w:val="none" w:sz="0" w:space="0" w:color="auto"/>
        <w:right w:val="none" w:sz="0" w:space="0" w:color="auto"/>
      </w:divBdr>
    </w:div>
    <w:div w:id="1037005277">
      <w:bodyDiv w:val="1"/>
      <w:marLeft w:val="0"/>
      <w:marRight w:val="0"/>
      <w:marTop w:val="0"/>
      <w:marBottom w:val="0"/>
      <w:divBdr>
        <w:top w:val="none" w:sz="0" w:space="0" w:color="auto"/>
        <w:left w:val="none" w:sz="0" w:space="0" w:color="auto"/>
        <w:bottom w:val="none" w:sz="0" w:space="0" w:color="auto"/>
        <w:right w:val="none" w:sz="0" w:space="0" w:color="auto"/>
      </w:divBdr>
    </w:div>
    <w:div w:id="1044521529">
      <w:bodyDiv w:val="1"/>
      <w:marLeft w:val="0"/>
      <w:marRight w:val="0"/>
      <w:marTop w:val="0"/>
      <w:marBottom w:val="0"/>
      <w:divBdr>
        <w:top w:val="none" w:sz="0" w:space="0" w:color="auto"/>
        <w:left w:val="none" w:sz="0" w:space="0" w:color="auto"/>
        <w:bottom w:val="none" w:sz="0" w:space="0" w:color="auto"/>
        <w:right w:val="none" w:sz="0" w:space="0" w:color="auto"/>
      </w:divBdr>
    </w:div>
    <w:div w:id="1054815971">
      <w:bodyDiv w:val="1"/>
      <w:marLeft w:val="0"/>
      <w:marRight w:val="0"/>
      <w:marTop w:val="0"/>
      <w:marBottom w:val="0"/>
      <w:divBdr>
        <w:top w:val="none" w:sz="0" w:space="0" w:color="auto"/>
        <w:left w:val="none" w:sz="0" w:space="0" w:color="auto"/>
        <w:bottom w:val="none" w:sz="0" w:space="0" w:color="auto"/>
        <w:right w:val="none" w:sz="0" w:space="0" w:color="auto"/>
      </w:divBdr>
    </w:div>
    <w:div w:id="1058171211">
      <w:bodyDiv w:val="1"/>
      <w:marLeft w:val="0"/>
      <w:marRight w:val="0"/>
      <w:marTop w:val="0"/>
      <w:marBottom w:val="0"/>
      <w:divBdr>
        <w:top w:val="none" w:sz="0" w:space="0" w:color="auto"/>
        <w:left w:val="none" w:sz="0" w:space="0" w:color="auto"/>
        <w:bottom w:val="none" w:sz="0" w:space="0" w:color="auto"/>
        <w:right w:val="none" w:sz="0" w:space="0" w:color="auto"/>
      </w:divBdr>
    </w:div>
    <w:div w:id="1076248418">
      <w:bodyDiv w:val="1"/>
      <w:marLeft w:val="0"/>
      <w:marRight w:val="0"/>
      <w:marTop w:val="0"/>
      <w:marBottom w:val="0"/>
      <w:divBdr>
        <w:top w:val="none" w:sz="0" w:space="0" w:color="auto"/>
        <w:left w:val="none" w:sz="0" w:space="0" w:color="auto"/>
        <w:bottom w:val="none" w:sz="0" w:space="0" w:color="auto"/>
        <w:right w:val="none" w:sz="0" w:space="0" w:color="auto"/>
      </w:divBdr>
    </w:div>
    <w:div w:id="1084455789">
      <w:bodyDiv w:val="1"/>
      <w:marLeft w:val="0"/>
      <w:marRight w:val="0"/>
      <w:marTop w:val="0"/>
      <w:marBottom w:val="0"/>
      <w:divBdr>
        <w:top w:val="none" w:sz="0" w:space="0" w:color="auto"/>
        <w:left w:val="none" w:sz="0" w:space="0" w:color="auto"/>
        <w:bottom w:val="none" w:sz="0" w:space="0" w:color="auto"/>
        <w:right w:val="none" w:sz="0" w:space="0" w:color="auto"/>
      </w:divBdr>
    </w:div>
    <w:div w:id="1090274508">
      <w:bodyDiv w:val="1"/>
      <w:marLeft w:val="0"/>
      <w:marRight w:val="0"/>
      <w:marTop w:val="0"/>
      <w:marBottom w:val="0"/>
      <w:divBdr>
        <w:top w:val="none" w:sz="0" w:space="0" w:color="auto"/>
        <w:left w:val="none" w:sz="0" w:space="0" w:color="auto"/>
        <w:bottom w:val="none" w:sz="0" w:space="0" w:color="auto"/>
        <w:right w:val="none" w:sz="0" w:space="0" w:color="auto"/>
      </w:divBdr>
    </w:div>
    <w:div w:id="1106927608">
      <w:bodyDiv w:val="1"/>
      <w:marLeft w:val="0"/>
      <w:marRight w:val="0"/>
      <w:marTop w:val="0"/>
      <w:marBottom w:val="0"/>
      <w:divBdr>
        <w:top w:val="none" w:sz="0" w:space="0" w:color="auto"/>
        <w:left w:val="none" w:sz="0" w:space="0" w:color="auto"/>
        <w:bottom w:val="none" w:sz="0" w:space="0" w:color="auto"/>
        <w:right w:val="none" w:sz="0" w:space="0" w:color="auto"/>
      </w:divBdr>
    </w:div>
    <w:div w:id="1108085247">
      <w:bodyDiv w:val="1"/>
      <w:marLeft w:val="0"/>
      <w:marRight w:val="0"/>
      <w:marTop w:val="0"/>
      <w:marBottom w:val="0"/>
      <w:divBdr>
        <w:top w:val="none" w:sz="0" w:space="0" w:color="auto"/>
        <w:left w:val="none" w:sz="0" w:space="0" w:color="auto"/>
        <w:bottom w:val="none" w:sz="0" w:space="0" w:color="auto"/>
        <w:right w:val="none" w:sz="0" w:space="0" w:color="auto"/>
      </w:divBdr>
      <w:divsChild>
        <w:div w:id="552812150">
          <w:marLeft w:val="0"/>
          <w:marRight w:val="0"/>
          <w:marTop w:val="0"/>
          <w:marBottom w:val="0"/>
          <w:divBdr>
            <w:top w:val="none" w:sz="0" w:space="0" w:color="auto"/>
            <w:left w:val="none" w:sz="0" w:space="0" w:color="auto"/>
            <w:bottom w:val="none" w:sz="0" w:space="0" w:color="auto"/>
            <w:right w:val="none" w:sz="0" w:space="0" w:color="auto"/>
          </w:divBdr>
          <w:divsChild>
            <w:div w:id="136748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391575">
      <w:bodyDiv w:val="1"/>
      <w:marLeft w:val="0"/>
      <w:marRight w:val="0"/>
      <w:marTop w:val="0"/>
      <w:marBottom w:val="0"/>
      <w:divBdr>
        <w:top w:val="none" w:sz="0" w:space="0" w:color="auto"/>
        <w:left w:val="none" w:sz="0" w:space="0" w:color="auto"/>
        <w:bottom w:val="none" w:sz="0" w:space="0" w:color="auto"/>
        <w:right w:val="none" w:sz="0" w:space="0" w:color="auto"/>
      </w:divBdr>
    </w:div>
    <w:div w:id="1114593017">
      <w:bodyDiv w:val="1"/>
      <w:marLeft w:val="0"/>
      <w:marRight w:val="0"/>
      <w:marTop w:val="0"/>
      <w:marBottom w:val="0"/>
      <w:divBdr>
        <w:top w:val="none" w:sz="0" w:space="0" w:color="auto"/>
        <w:left w:val="none" w:sz="0" w:space="0" w:color="auto"/>
        <w:bottom w:val="none" w:sz="0" w:space="0" w:color="auto"/>
        <w:right w:val="none" w:sz="0" w:space="0" w:color="auto"/>
      </w:divBdr>
    </w:div>
    <w:div w:id="1116758043">
      <w:bodyDiv w:val="1"/>
      <w:marLeft w:val="0"/>
      <w:marRight w:val="0"/>
      <w:marTop w:val="0"/>
      <w:marBottom w:val="0"/>
      <w:divBdr>
        <w:top w:val="none" w:sz="0" w:space="0" w:color="auto"/>
        <w:left w:val="none" w:sz="0" w:space="0" w:color="auto"/>
        <w:bottom w:val="none" w:sz="0" w:space="0" w:color="auto"/>
        <w:right w:val="none" w:sz="0" w:space="0" w:color="auto"/>
      </w:divBdr>
    </w:div>
    <w:div w:id="1118527792">
      <w:bodyDiv w:val="1"/>
      <w:marLeft w:val="0"/>
      <w:marRight w:val="0"/>
      <w:marTop w:val="0"/>
      <w:marBottom w:val="0"/>
      <w:divBdr>
        <w:top w:val="none" w:sz="0" w:space="0" w:color="auto"/>
        <w:left w:val="none" w:sz="0" w:space="0" w:color="auto"/>
        <w:bottom w:val="none" w:sz="0" w:space="0" w:color="auto"/>
        <w:right w:val="none" w:sz="0" w:space="0" w:color="auto"/>
      </w:divBdr>
    </w:div>
    <w:div w:id="1126120494">
      <w:bodyDiv w:val="1"/>
      <w:marLeft w:val="0"/>
      <w:marRight w:val="0"/>
      <w:marTop w:val="0"/>
      <w:marBottom w:val="0"/>
      <w:divBdr>
        <w:top w:val="none" w:sz="0" w:space="0" w:color="auto"/>
        <w:left w:val="none" w:sz="0" w:space="0" w:color="auto"/>
        <w:bottom w:val="none" w:sz="0" w:space="0" w:color="auto"/>
        <w:right w:val="none" w:sz="0" w:space="0" w:color="auto"/>
      </w:divBdr>
    </w:div>
    <w:div w:id="1153912199">
      <w:bodyDiv w:val="1"/>
      <w:marLeft w:val="0"/>
      <w:marRight w:val="0"/>
      <w:marTop w:val="0"/>
      <w:marBottom w:val="0"/>
      <w:divBdr>
        <w:top w:val="none" w:sz="0" w:space="0" w:color="auto"/>
        <w:left w:val="none" w:sz="0" w:space="0" w:color="auto"/>
        <w:bottom w:val="none" w:sz="0" w:space="0" w:color="auto"/>
        <w:right w:val="none" w:sz="0" w:space="0" w:color="auto"/>
      </w:divBdr>
    </w:div>
    <w:div w:id="1171067796">
      <w:bodyDiv w:val="1"/>
      <w:marLeft w:val="0"/>
      <w:marRight w:val="0"/>
      <w:marTop w:val="0"/>
      <w:marBottom w:val="0"/>
      <w:divBdr>
        <w:top w:val="none" w:sz="0" w:space="0" w:color="auto"/>
        <w:left w:val="none" w:sz="0" w:space="0" w:color="auto"/>
        <w:bottom w:val="none" w:sz="0" w:space="0" w:color="auto"/>
        <w:right w:val="none" w:sz="0" w:space="0" w:color="auto"/>
      </w:divBdr>
    </w:div>
    <w:div w:id="1172067265">
      <w:bodyDiv w:val="1"/>
      <w:marLeft w:val="0"/>
      <w:marRight w:val="0"/>
      <w:marTop w:val="0"/>
      <w:marBottom w:val="0"/>
      <w:divBdr>
        <w:top w:val="none" w:sz="0" w:space="0" w:color="auto"/>
        <w:left w:val="none" w:sz="0" w:space="0" w:color="auto"/>
        <w:bottom w:val="none" w:sz="0" w:space="0" w:color="auto"/>
        <w:right w:val="none" w:sz="0" w:space="0" w:color="auto"/>
      </w:divBdr>
    </w:div>
    <w:div w:id="1181427818">
      <w:bodyDiv w:val="1"/>
      <w:marLeft w:val="0"/>
      <w:marRight w:val="0"/>
      <w:marTop w:val="0"/>
      <w:marBottom w:val="0"/>
      <w:divBdr>
        <w:top w:val="none" w:sz="0" w:space="0" w:color="auto"/>
        <w:left w:val="none" w:sz="0" w:space="0" w:color="auto"/>
        <w:bottom w:val="none" w:sz="0" w:space="0" w:color="auto"/>
        <w:right w:val="none" w:sz="0" w:space="0" w:color="auto"/>
      </w:divBdr>
    </w:div>
    <w:div w:id="1186207727">
      <w:bodyDiv w:val="1"/>
      <w:marLeft w:val="0"/>
      <w:marRight w:val="0"/>
      <w:marTop w:val="0"/>
      <w:marBottom w:val="0"/>
      <w:divBdr>
        <w:top w:val="none" w:sz="0" w:space="0" w:color="auto"/>
        <w:left w:val="none" w:sz="0" w:space="0" w:color="auto"/>
        <w:bottom w:val="none" w:sz="0" w:space="0" w:color="auto"/>
        <w:right w:val="none" w:sz="0" w:space="0" w:color="auto"/>
      </w:divBdr>
    </w:div>
    <w:div w:id="1209300824">
      <w:bodyDiv w:val="1"/>
      <w:marLeft w:val="0"/>
      <w:marRight w:val="0"/>
      <w:marTop w:val="0"/>
      <w:marBottom w:val="0"/>
      <w:divBdr>
        <w:top w:val="none" w:sz="0" w:space="0" w:color="auto"/>
        <w:left w:val="none" w:sz="0" w:space="0" w:color="auto"/>
        <w:bottom w:val="none" w:sz="0" w:space="0" w:color="auto"/>
        <w:right w:val="none" w:sz="0" w:space="0" w:color="auto"/>
      </w:divBdr>
    </w:div>
    <w:div w:id="1220092212">
      <w:bodyDiv w:val="1"/>
      <w:marLeft w:val="0"/>
      <w:marRight w:val="0"/>
      <w:marTop w:val="0"/>
      <w:marBottom w:val="0"/>
      <w:divBdr>
        <w:top w:val="none" w:sz="0" w:space="0" w:color="auto"/>
        <w:left w:val="none" w:sz="0" w:space="0" w:color="auto"/>
        <w:bottom w:val="none" w:sz="0" w:space="0" w:color="auto"/>
        <w:right w:val="none" w:sz="0" w:space="0" w:color="auto"/>
      </w:divBdr>
    </w:div>
    <w:div w:id="1225725522">
      <w:bodyDiv w:val="1"/>
      <w:marLeft w:val="0"/>
      <w:marRight w:val="0"/>
      <w:marTop w:val="0"/>
      <w:marBottom w:val="0"/>
      <w:divBdr>
        <w:top w:val="none" w:sz="0" w:space="0" w:color="auto"/>
        <w:left w:val="none" w:sz="0" w:space="0" w:color="auto"/>
        <w:bottom w:val="none" w:sz="0" w:space="0" w:color="auto"/>
        <w:right w:val="none" w:sz="0" w:space="0" w:color="auto"/>
      </w:divBdr>
    </w:div>
    <w:div w:id="1231576129">
      <w:bodyDiv w:val="1"/>
      <w:marLeft w:val="0"/>
      <w:marRight w:val="0"/>
      <w:marTop w:val="0"/>
      <w:marBottom w:val="0"/>
      <w:divBdr>
        <w:top w:val="none" w:sz="0" w:space="0" w:color="auto"/>
        <w:left w:val="none" w:sz="0" w:space="0" w:color="auto"/>
        <w:bottom w:val="none" w:sz="0" w:space="0" w:color="auto"/>
        <w:right w:val="none" w:sz="0" w:space="0" w:color="auto"/>
      </w:divBdr>
    </w:div>
    <w:div w:id="1243031733">
      <w:bodyDiv w:val="1"/>
      <w:marLeft w:val="0"/>
      <w:marRight w:val="0"/>
      <w:marTop w:val="0"/>
      <w:marBottom w:val="0"/>
      <w:divBdr>
        <w:top w:val="none" w:sz="0" w:space="0" w:color="auto"/>
        <w:left w:val="none" w:sz="0" w:space="0" w:color="auto"/>
        <w:bottom w:val="none" w:sz="0" w:space="0" w:color="auto"/>
        <w:right w:val="none" w:sz="0" w:space="0" w:color="auto"/>
      </w:divBdr>
    </w:div>
    <w:div w:id="1248079963">
      <w:bodyDiv w:val="1"/>
      <w:marLeft w:val="0"/>
      <w:marRight w:val="0"/>
      <w:marTop w:val="0"/>
      <w:marBottom w:val="0"/>
      <w:divBdr>
        <w:top w:val="none" w:sz="0" w:space="0" w:color="auto"/>
        <w:left w:val="none" w:sz="0" w:space="0" w:color="auto"/>
        <w:bottom w:val="none" w:sz="0" w:space="0" w:color="auto"/>
        <w:right w:val="none" w:sz="0" w:space="0" w:color="auto"/>
      </w:divBdr>
    </w:div>
    <w:div w:id="1250309176">
      <w:bodyDiv w:val="1"/>
      <w:marLeft w:val="0"/>
      <w:marRight w:val="0"/>
      <w:marTop w:val="0"/>
      <w:marBottom w:val="0"/>
      <w:divBdr>
        <w:top w:val="none" w:sz="0" w:space="0" w:color="auto"/>
        <w:left w:val="none" w:sz="0" w:space="0" w:color="auto"/>
        <w:bottom w:val="none" w:sz="0" w:space="0" w:color="auto"/>
        <w:right w:val="none" w:sz="0" w:space="0" w:color="auto"/>
      </w:divBdr>
    </w:div>
    <w:div w:id="1268150251">
      <w:bodyDiv w:val="1"/>
      <w:marLeft w:val="0"/>
      <w:marRight w:val="0"/>
      <w:marTop w:val="0"/>
      <w:marBottom w:val="0"/>
      <w:divBdr>
        <w:top w:val="none" w:sz="0" w:space="0" w:color="auto"/>
        <w:left w:val="none" w:sz="0" w:space="0" w:color="auto"/>
        <w:bottom w:val="none" w:sz="0" w:space="0" w:color="auto"/>
        <w:right w:val="none" w:sz="0" w:space="0" w:color="auto"/>
      </w:divBdr>
    </w:div>
    <w:div w:id="1288439208">
      <w:bodyDiv w:val="1"/>
      <w:marLeft w:val="0"/>
      <w:marRight w:val="0"/>
      <w:marTop w:val="0"/>
      <w:marBottom w:val="0"/>
      <w:divBdr>
        <w:top w:val="none" w:sz="0" w:space="0" w:color="auto"/>
        <w:left w:val="none" w:sz="0" w:space="0" w:color="auto"/>
        <w:bottom w:val="none" w:sz="0" w:space="0" w:color="auto"/>
        <w:right w:val="none" w:sz="0" w:space="0" w:color="auto"/>
      </w:divBdr>
    </w:div>
    <w:div w:id="1290161512">
      <w:bodyDiv w:val="1"/>
      <w:marLeft w:val="0"/>
      <w:marRight w:val="0"/>
      <w:marTop w:val="0"/>
      <w:marBottom w:val="0"/>
      <w:divBdr>
        <w:top w:val="none" w:sz="0" w:space="0" w:color="auto"/>
        <w:left w:val="none" w:sz="0" w:space="0" w:color="auto"/>
        <w:bottom w:val="none" w:sz="0" w:space="0" w:color="auto"/>
        <w:right w:val="none" w:sz="0" w:space="0" w:color="auto"/>
      </w:divBdr>
      <w:divsChild>
        <w:div w:id="2066416972">
          <w:marLeft w:val="0"/>
          <w:marRight w:val="0"/>
          <w:marTop w:val="0"/>
          <w:marBottom w:val="0"/>
          <w:divBdr>
            <w:top w:val="none" w:sz="0" w:space="0" w:color="auto"/>
            <w:left w:val="none" w:sz="0" w:space="0" w:color="auto"/>
            <w:bottom w:val="none" w:sz="0" w:space="0" w:color="auto"/>
            <w:right w:val="none" w:sz="0" w:space="0" w:color="auto"/>
          </w:divBdr>
          <w:divsChild>
            <w:div w:id="199722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81610">
      <w:bodyDiv w:val="1"/>
      <w:marLeft w:val="0"/>
      <w:marRight w:val="0"/>
      <w:marTop w:val="0"/>
      <w:marBottom w:val="0"/>
      <w:divBdr>
        <w:top w:val="none" w:sz="0" w:space="0" w:color="auto"/>
        <w:left w:val="none" w:sz="0" w:space="0" w:color="auto"/>
        <w:bottom w:val="none" w:sz="0" w:space="0" w:color="auto"/>
        <w:right w:val="none" w:sz="0" w:space="0" w:color="auto"/>
      </w:divBdr>
    </w:div>
    <w:div w:id="1294865830">
      <w:bodyDiv w:val="1"/>
      <w:marLeft w:val="0"/>
      <w:marRight w:val="0"/>
      <w:marTop w:val="0"/>
      <w:marBottom w:val="0"/>
      <w:divBdr>
        <w:top w:val="none" w:sz="0" w:space="0" w:color="auto"/>
        <w:left w:val="none" w:sz="0" w:space="0" w:color="auto"/>
        <w:bottom w:val="none" w:sz="0" w:space="0" w:color="auto"/>
        <w:right w:val="none" w:sz="0" w:space="0" w:color="auto"/>
      </w:divBdr>
      <w:divsChild>
        <w:div w:id="1725332851">
          <w:marLeft w:val="0"/>
          <w:marRight w:val="0"/>
          <w:marTop w:val="0"/>
          <w:marBottom w:val="0"/>
          <w:divBdr>
            <w:top w:val="none" w:sz="0" w:space="0" w:color="auto"/>
            <w:left w:val="none" w:sz="0" w:space="0" w:color="auto"/>
            <w:bottom w:val="none" w:sz="0" w:space="0" w:color="auto"/>
            <w:right w:val="none" w:sz="0" w:space="0" w:color="auto"/>
          </w:divBdr>
          <w:divsChild>
            <w:div w:id="210383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734552">
      <w:bodyDiv w:val="1"/>
      <w:marLeft w:val="0"/>
      <w:marRight w:val="0"/>
      <w:marTop w:val="0"/>
      <w:marBottom w:val="0"/>
      <w:divBdr>
        <w:top w:val="none" w:sz="0" w:space="0" w:color="auto"/>
        <w:left w:val="none" w:sz="0" w:space="0" w:color="auto"/>
        <w:bottom w:val="none" w:sz="0" w:space="0" w:color="auto"/>
        <w:right w:val="none" w:sz="0" w:space="0" w:color="auto"/>
      </w:divBdr>
    </w:div>
    <w:div w:id="1320379200">
      <w:bodyDiv w:val="1"/>
      <w:marLeft w:val="0"/>
      <w:marRight w:val="0"/>
      <w:marTop w:val="0"/>
      <w:marBottom w:val="0"/>
      <w:divBdr>
        <w:top w:val="none" w:sz="0" w:space="0" w:color="auto"/>
        <w:left w:val="none" w:sz="0" w:space="0" w:color="auto"/>
        <w:bottom w:val="none" w:sz="0" w:space="0" w:color="auto"/>
        <w:right w:val="none" w:sz="0" w:space="0" w:color="auto"/>
      </w:divBdr>
    </w:div>
    <w:div w:id="1331254425">
      <w:bodyDiv w:val="1"/>
      <w:marLeft w:val="0"/>
      <w:marRight w:val="0"/>
      <w:marTop w:val="0"/>
      <w:marBottom w:val="0"/>
      <w:divBdr>
        <w:top w:val="none" w:sz="0" w:space="0" w:color="auto"/>
        <w:left w:val="none" w:sz="0" w:space="0" w:color="auto"/>
        <w:bottom w:val="none" w:sz="0" w:space="0" w:color="auto"/>
        <w:right w:val="none" w:sz="0" w:space="0" w:color="auto"/>
      </w:divBdr>
    </w:div>
    <w:div w:id="1342050033">
      <w:bodyDiv w:val="1"/>
      <w:marLeft w:val="0"/>
      <w:marRight w:val="0"/>
      <w:marTop w:val="0"/>
      <w:marBottom w:val="0"/>
      <w:divBdr>
        <w:top w:val="none" w:sz="0" w:space="0" w:color="auto"/>
        <w:left w:val="none" w:sz="0" w:space="0" w:color="auto"/>
        <w:bottom w:val="none" w:sz="0" w:space="0" w:color="auto"/>
        <w:right w:val="none" w:sz="0" w:space="0" w:color="auto"/>
      </w:divBdr>
    </w:div>
    <w:div w:id="1342245428">
      <w:bodyDiv w:val="1"/>
      <w:marLeft w:val="0"/>
      <w:marRight w:val="0"/>
      <w:marTop w:val="0"/>
      <w:marBottom w:val="0"/>
      <w:divBdr>
        <w:top w:val="none" w:sz="0" w:space="0" w:color="auto"/>
        <w:left w:val="none" w:sz="0" w:space="0" w:color="auto"/>
        <w:bottom w:val="none" w:sz="0" w:space="0" w:color="auto"/>
        <w:right w:val="none" w:sz="0" w:space="0" w:color="auto"/>
      </w:divBdr>
    </w:div>
    <w:div w:id="1355375438">
      <w:bodyDiv w:val="1"/>
      <w:marLeft w:val="0"/>
      <w:marRight w:val="0"/>
      <w:marTop w:val="0"/>
      <w:marBottom w:val="0"/>
      <w:divBdr>
        <w:top w:val="none" w:sz="0" w:space="0" w:color="auto"/>
        <w:left w:val="none" w:sz="0" w:space="0" w:color="auto"/>
        <w:bottom w:val="none" w:sz="0" w:space="0" w:color="auto"/>
        <w:right w:val="none" w:sz="0" w:space="0" w:color="auto"/>
      </w:divBdr>
    </w:div>
    <w:div w:id="1356496610">
      <w:bodyDiv w:val="1"/>
      <w:marLeft w:val="0"/>
      <w:marRight w:val="0"/>
      <w:marTop w:val="0"/>
      <w:marBottom w:val="0"/>
      <w:divBdr>
        <w:top w:val="none" w:sz="0" w:space="0" w:color="auto"/>
        <w:left w:val="none" w:sz="0" w:space="0" w:color="auto"/>
        <w:bottom w:val="none" w:sz="0" w:space="0" w:color="auto"/>
        <w:right w:val="none" w:sz="0" w:space="0" w:color="auto"/>
      </w:divBdr>
    </w:div>
    <w:div w:id="1396587348">
      <w:bodyDiv w:val="1"/>
      <w:marLeft w:val="0"/>
      <w:marRight w:val="0"/>
      <w:marTop w:val="0"/>
      <w:marBottom w:val="0"/>
      <w:divBdr>
        <w:top w:val="none" w:sz="0" w:space="0" w:color="auto"/>
        <w:left w:val="none" w:sz="0" w:space="0" w:color="auto"/>
        <w:bottom w:val="none" w:sz="0" w:space="0" w:color="auto"/>
        <w:right w:val="none" w:sz="0" w:space="0" w:color="auto"/>
      </w:divBdr>
    </w:div>
    <w:div w:id="1397505956">
      <w:bodyDiv w:val="1"/>
      <w:marLeft w:val="0"/>
      <w:marRight w:val="0"/>
      <w:marTop w:val="0"/>
      <w:marBottom w:val="0"/>
      <w:divBdr>
        <w:top w:val="none" w:sz="0" w:space="0" w:color="auto"/>
        <w:left w:val="none" w:sz="0" w:space="0" w:color="auto"/>
        <w:bottom w:val="none" w:sz="0" w:space="0" w:color="auto"/>
        <w:right w:val="none" w:sz="0" w:space="0" w:color="auto"/>
      </w:divBdr>
    </w:div>
    <w:div w:id="1399865287">
      <w:bodyDiv w:val="1"/>
      <w:marLeft w:val="0"/>
      <w:marRight w:val="0"/>
      <w:marTop w:val="0"/>
      <w:marBottom w:val="0"/>
      <w:divBdr>
        <w:top w:val="none" w:sz="0" w:space="0" w:color="auto"/>
        <w:left w:val="none" w:sz="0" w:space="0" w:color="auto"/>
        <w:bottom w:val="none" w:sz="0" w:space="0" w:color="auto"/>
        <w:right w:val="none" w:sz="0" w:space="0" w:color="auto"/>
      </w:divBdr>
    </w:div>
    <w:div w:id="1414814868">
      <w:bodyDiv w:val="1"/>
      <w:marLeft w:val="0"/>
      <w:marRight w:val="0"/>
      <w:marTop w:val="0"/>
      <w:marBottom w:val="0"/>
      <w:divBdr>
        <w:top w:val="none" w:sz="0" w:space="0" w:color="auto"/>
        <w:left w:val="none" w:sz="0" w:space="0" w:color="auto"/>
        <w:bottom w:val="none" w:sz="0" w:space="0" w:color="auto"/>
        <w:right w:val="none" w:sz="0" w:space="0" w:color="auto"/>
      </w:divBdr>
    </w:div>
    <w:div w:id="1426341498">
      <w:bodyDiv w:val="1"/>
      <w:marLeft w:val="0"/>
      <w:marRight w:val="0"/>
      <w:marTop w:val="0"/>
      <w:marBottom w:val="0"/>
      <w:divBdr>
        <w:top w:val="none" w:sz="0" w:space="0" w:color="auto"/>
        <w:left w:val="none" w:sz="0" w:space="0" w:color="auto"/>
        <w:bottom w:val="none" w:sz="0" w:space="0" w:color="auto"/>
        <w:right w:val="none" w:sz="0" w:space="0" w:color="auto"/>
      </w:divBdr>
    </w:div>
    <w:div w:id="1441341033">
      <w:bodyDiv w:val="1"/>
      <w:marLeft w:val="0"/>
      <w:marRight w:val="0"/>
      <w:marTop w:val="0"/>
      <w:marBottom w:val="0"/>
      <w:divBdr>
        <w:top w:val="none" w:sz="0" w:space="0" w:color="auto"/>
        <w:left w:val="none" w:sz="0" w:space="0" w:color="auto"/>
        <w:bottom w:val="none" w:sz="0" w:space="0" w:color="auto"/>
        <w:right w:val="none" w:sz="0" w:space="0" w:color="auto"/>
      </w:divBdr>
    </w:div>
    <w:div w:id="1452281353">
      <w:bodyDiv w:val="1"/>
      <w:marLeft w:val="0"/>
      <w:marRight w:val="0"/>
      <w:marTop w:val="0"/>
      <w:marBottom w:val="0"/>
      <w:divBdr>
        <w:top w:val="none" w:sz="0" w:space="0" w:color="auto"/>
        <w:left w:val="none" w:sz="0" w:space="0" w:color="auto"/>
        <w:bottom w:val="none" w:sz="0" w:space="0" w:color="auto"/>
        <w:right w:val="none" w:sz="0" w:space="0" w:color="auto"/>
      </w:divBdr>
    </w:div>
    <w:div w:id="1455439561">
      <w:bodyDiv w:val="1"/>
      <w:marLeft w:val="0"/>
      <w:marRight w:val="0"/>
      <w:marTop w:val="0"/>
      <w:marBottom w:val="0"/>
      <w:divBdr>
        <w:top w:val="none" w:sz="0" w:space="0" w:color="auto"/>
        <w:left w:val="none" w:sz="0" w:space="0" w:color="auto"/>
        <w:bottom w:val="none" w:sz="0" w:space="0" w:color="auto"/>
        <w:right w:val="none" w:sz="0" w:space="0" w:color="auto"/>
      </w:divBdr>
    </w:div>
    <w:div w:id="1456095255">
      <w:bodyDiv w:val="1"/>
      <w:marLeft w:val="0"/>
      <w:marRight w:val="0"/>
      <w:marTop w:val="0"/>
      <w:marBottom w:val="0"/>
      <w:divBdr>
        <w:top w:val="none" w:sz="0" w:space="0" w:color="auto"/>
        <w:left w:val="none" w:sz="0" w:space="0" w:color="auto"/>
        <w:bottom w:val="none" w:sz="0" w:space="0" w:color="auto"/>
        <w:right w:val="none" w:sz="0" w:space="0" w:color="auto"/>
      </w:divBdr>
    </w:div>
    <w:div w:id="1457064733">
      <w:bodyDiv w:val="1"/>
      <w:marLeft w:val="0"/>
      <w:marRight w:val="0"/>
      <w:marTop w:val="0"/>
      <w:marBottom w:val="0"/>
      <w:divBdr>
        <w:top w:val="none" w:sz="0" w:space="0" w:color="auto"/>
        <w:left w:val="none" w:sz="0" w:space="0" w:color="auto"/>
        <w:bottom w:val="none" w:sz="0" w:space="0" w:color="auto"/>
        <w:right w:val="none" w:sz="0" w:space="0" w:color="auto"/>
      </w:divBdr>
    </w:div>
    <w:div w:id="1460417397">
      <w:bodyDiv w:val="1"/>
      <w:marLeft w:val="0"/>
      <w:marRight w:val="0"/>
      <w:marTop w:val="0"/>
      <w:marBottom w:val="0"/>
      <w:divBdr>
        <w:top w:val="none" w:sz="0" w:space="0" w:color="auto"/>
        <w:left w:val="none" w:sz="0" w:space="0" w:color="auto"/>
        <w:bottom w:val="none" w:sz="0" w:space="0" w:color="auto"/>
        <w:right w:val="none" w:sz="0" w:space="0" w:color="auto"/>
      </w:divBdr>
    </w:div>
    <w:div w:id="1461025099">
      <w:bodyDiv w:val="1"/>
      <w:marLeft w:val="0"/>
      <w:marRight w:val="0"/>
      <w:marTop w:val="0"/>
      <w:marBottom w:val="0"/>
      <w:divBdr>
        <w:top w:val="none" w:sz="0" w:space="0" w:color="auto"/>
        <w:left w:val="none" w:sz="0" w:space="0" w:color="auto"/>
        <w:bottom w:val="none" w:sz="0" w:space="0" w:color="auto"/>
        <w:right w:val="none" w:sz="0" w:space="0" w:color="auto"/>
      </w:divBdr>
    </w:div>
    <w:div w:id="1494448602">
      <w:bodyDiv w:val="1"/>
      <w:marLeft w:val="0"/>
      <w:marRight w:val="0"/>
      <w:marTop w:val="0"/>
      <w:marBottom w:val="0"/>
      <w:divBdr>
        <w:top w:val="none" w:sz="0" w:space="0" w:color="auto"/>
        <w:left w:val="none" w:sz="0" w:space="0" w:color="auto"/>
        <w:bottom w:val="none" w:sz="0" w:space="0" w:color="auto"/>
        <w:right w:val="none" w:sz="0" w:space="0" w:color="auto"/>
      </w:divBdr>
    </w:div>
    <w:div w:id="1496873524">
      <w:bodyDiv w:val="1"/>
      <w:marLeft w:val="0"/>
      <w:marRight w:val="0"/>
      <w:marTop w:val="0"/>
      <w:marBottom w:val="0"/>
      <w:divBdr>
        <w:top w:val="none" w:sz="0" w:space="0" w:color="auto"/>
        <w:left w:val="none" w:sz="0" w:space="0" w:color="auto"/>
        <w:bottom w:val="none" w:sz="0" w:space="0" w:color="auto"/>
        <w:right w:val="none" w:sz="0" w:space="0" w:color="auto"/>
      </w:divBdr>
    </w:div>
    <w:div w:id="1497308299">
      <w:bodyDiv w:val="1"/>
      <w:marLeft w:val="0"/>
      <w:marRight w:val="0"/>
      <w:marTop w:val="0"/>
      <w:marBottom w:val="0"/>
      <w:divBdr>
        <w:top w:val="none" w:sz="0" w:space="0" w:color="auto"/>
        <w:left w:val="none" w:sz="0" w:space="0" w:color="auto"/>
        <w:bottom w:val="none" w:sz="0" w:space="0" w:color="auto"/>
        <w:right w:val="none" w:sz="0" w:space="0" w:color="auto"/>
      </w:divBdr>
    </w:div>
    <w:div w:id="1504929185">
      <w:bodyDiv w:val="1"/>
      <w:marLeft w:val="0"/>
      <w:marRight w:val="0"/>
      <w:marTop w:val="0"/>
      <w:marBottom w:val="0"/>
      <w:divBdr>
        <w:top w:val="none" w:sz="0" w:space="0" w:color="auto"/>
        <w:left w:val="none" w:sz="0" w:space="0" w:color="auto"/>
        <w:bottom w:val="none" w:sz="0" w:space="0" w:color="auto"/>
        <w:right w:val="none" w:sz="0" w:space="0" w:color="auto"/>
      </w:divBdr>
    </w:div>
    <w:div w:id="1505433098">
      <w:bodyDiv w:val="1"/>
      <w:marLeft w:val="0"/>
      <w:marRight w:val="0"/>
      <w:marTop w:val="0"/>
      <w:marBottom w:val="0"/>
      <w:divBdr>
        <w:top w:val="none" w:sz="0" w:space="0" w:color="auto"/>
        <w:left w:val="none" w:sz="0" w:space="0" w:color="auto"/>
        <w:bottom w:val="none" w:sz="0" w:space="0" w:color="auto"/>
        <w:right w:val="none" w:sz="0" w:space="0" w:color="auto"/>
      </w:divBdr>
    </w:div>
    <w:div w:id="1518305253">
      <w:bodyDiv w:val="1"/>
      <w:marLeft w:val="0"/>
      <w:marRight w:val="0"/>
      <w:marTop w:val="0"/>
      <w:marBottom w:val="0"/>
      <w:divBdr>
        <w:top w:val="none" w:sz="0" w:space="0" w:color="auto"/>
        <w:left w:val="none" w:sz="0" w:space="0" w:color="auto"/>
        <w:bottom w:val="none" w:sz="0" w:space="0" w:color="auto"/>
        <w:right w:val="none" w:sz="0" w:space="0" w:color="auto"/>
      </w:divBdr>
    </w:div>
    <w:div w:id="1538927410">
      <w:bodyDiv w:val="1"/>
      <w:marLeft w:val="0"/>
      <w:marRight w:val="0"/>
      <w:marTop w:val="0"/>
      <w:marBottom w:val="0"/>
      <w:divBdr>
        <w:top w:val="none" w:sz="0" w:space="0" w:color="auto"/>
        <w:left w:val="none" w:sz="0" w:space="0" w:color="auto"/>
        <w:bottom w:val="none" w:sz="0" w:space="0" w:color="auto"/>
        <w:right w:val="none" w:sz="0" w:space="0" w:color="auto"/>
      </w:divBdr>
    </w:div>
    <w:div w:id="1546678298">
      <w:bodyDiv w:val="1"/>
      <w:marLeft w:val="0"/>
      <w:marRight w:val="0"/>
      <w:marTop w:val="0"/>
      <w:marBottom w:val="0"/>
      <w:divBdr>
        <w:top w:val="none" w:sz="0" w:space="0" w:color="auto"/>
        <w:left w:val="none" w:sz="0" w:space="0" w:color="auto"/>
        <w:bottom w:val="none" w:sz="0" w:space="0" w:color="auto"/>
        <w:right w:val="none" w:sz="0" w:space="0" w:color="auto"/>
      </w:divBdr>
    </w:div>
    <w:div w:id="1549608092">
      <w:bodyDiv w:val="1"/>
      <w:marLeft w:val="0"/>
      <w:marRight w:val="0"/>
      <w:marTop w:val="0"/>
      <w:marBottom w:val="0"/>
      <w:divBdr>
        <w:top w:val="none" w:sz="0" w:space="0" w:color="auto"/>
        <w:left w:val="none" w:sz="0" w:space="0" w:color="auto"/>
        <w:bottom w:val="none" w:sz="0" w:space="0" w:color="auto"/>
        <w:right w:val="none" w:sz="0" w:space="0" w:color="auto"/>
      </w:divBdr>
    </w:div>
    <w:div w:id="1550334898">
      <w:bodyDiv w:val="1"/>
      <w:marLeft w:val="0"/>
      <w:marRight w:val="0"/>
      <w:marTop w:val="0"/>
      <w:marBottom w:val="0"/>
      <w:divBdr>
        <w:top w:val="none" w:sz="0" w:space="0" w:color="auto"/>
        <w:left w:val="none" w:sz="0" w:space="0" w:color="auto"/>
        <w:bottom w:val="none" w:sz="0" w:space="0" w:color="auto"/>
        <w:right w:val="none" w:sz="0" w:space="0" w:color="auto"/>
      </w:divBdr>
    </w:div>
    <w:div w:id="1551919635">
      <w:bodyDiv w:val="1"/>
      <w:marLeft w:val="0"/>
      <w:marRight w:val="0"/>
      <w:marTop w:val="0"/>
      <w:marBottom w:val="0"/>
      <w:divBdr>
        <w:top w:val="none" w:sz="0" w:space="0" w:color="auto"/>
        <w:left w:val="none" w:sz="0" w:space="0" w:color="auto"/>
        <w:bottom w:val="none" w:sz="0" w:space="0" w:color="auto"/>
        <w:right w:val="none" w:sz="0" w:space="0" w:color="auto"/>
      </w:divBdr>
    </w:div>
    <w:div w:id="1573657495">
      <w:bodyDiv w:val="1"/>
      <w:marLeft w:val="0"/>
      <w:marRight w:val="0"/>
      <w:marTop w:val="0"/>
      <w:marBottom w:val="0"/>
      <w:divBdr>
        <w:top w:val="none" w:sz="0" w:space="0" w:color="auto"/>
        <w:left w:val="none" w:sz="0" w:space="0" w:color="auto"/>
        <w:bottom w:val="none" w:sz="0" w:space="0" w:color="auto"/>
        <w:right w:val="none" w:sz="0" w:space="0" w:color="auto"/>
      </w:divBdr>
    </w:div>
    <w:div w:id="1583752823">
      <w:bodyDiv w:val="1"/>
      <w:marLeft w:val="0"/>
      <w:marRight w:val="0"/>
      <w:marTop w:val="0"/>
      <w:marBottom w:val="0"/>
      <w:divBdr>
        <w:top w:val="none" w:sz="0" w:space="0" w:color="auto"/>
        <w:left w:val="none" w:sz="0" w:space="0" w:color="auto"/>
        <w:bottom w:val="none" w:sz="0" w:space="0" w:color="auto"/>
        <w:right w:val="none" w:sz="0" w:space="0" w:color="auto"/>
      </w:divBdr>
    </w:div>
    <w:div w:id="1585913890">
      <w:bodyDiv w:val="1"/>
      <w:marLeft w:val="0"/>
      <w:marRight w:val="0"/>
      <w:marTop w:val="0"/>
      <w:marBottom w:val="0"/>
      <w:divBdr>
        <w:top w:val="none" w:sz="0" w:space="0" w:color="auto"/>
        <w:left w:val="none" w:sz="0" w:space="0" w:color="auto"/>
        <w:bottom w:val="none" w:sz="0" w:space="0" w:color="auto"/>
        <w:right w:val="none" w:sz="0" w:space="0" w:color="auto"/>
      </w:divBdr>
    </w:div>
    <w:div w:id="1594584257">
      <w:bodyDiv w:val="1"/>
      <w:marLeft w:val="0"/>
      <w:marRight w:val="0"/>
      <w:marTop w:val="0"/>
      <w:marBottom w:val="0"/>
      <w:divBdr>
        <w:top w:val="none" w:sz="0" w:space="0" w:color="auto"/>
        <w:left w:val="none" w:sz="0" w:space="0" w:color="auto"/>
        <w:bottom w:val="none" w:sz="0" w:space="0" w:color="auto"/>
        <w:right w:val="none" w:sz="0" w:space="0" w:color="auto"/>
      </w:divBdr>
    </w:div>
    <w:div w:id="1636790339">
      <w:bodyDiv w:val="1"/>
      <w:marLeft w:val="0"/>
      <w:marRight w:val="0"/>
      <w:marTop w:val="0"/>
      <w:marBottom w:val="0"/>
      <w:divBdr>
        <w:top w:val="none" w:sz="0" w:space="0" w:color="auto"/>
        <w:left w:val="none" w:sz="0" w:space="0" w:color="auto"/>
        <w:bottom w:val="none" w:sz="0" w:space="0" w:color="auto"/>
        <w:right w:val="none" w:sz="0" w:space="0" w:color="auto"/>
      </w:divBdr>
    </w:div>
    <w:div w:id="1644580816">
      <w:bodyDiv w:val="1"/>
      <w:marLeft w:val="0"/>
      <w:marRight w:val="0"/>
      <w:marTop w:val="0"/>
      <w:marBottom w:val="0"/>
      <w:divBdr>
        <w:top w:val="none" w:sz="0" w:space="0" w:color="auto"/>
        <w:left w:val="none" w:sz="0" w:space="0" w:color="auto"/>
        <w:bottom w:val="none" w:sz="0" w:space="0" w:color="auto"/>
        <w:right w:val="none" w:sz="0" w:space="0" w:color="auto"/>
      </w:divBdr>
    </w:div>
    <w:div w:id="1656832789">
      <w:bodyDiv w:val="1"/>
      <w:marLeft w:val="0"/>
      <w:marRight w:val="0"/>
      <w:marTop w:val="0"/>
      <w:marBottom w:val="0"/>
      <w:divBdr>
        <w:top w:val="none" w:sz="0" w:space="0" w:color="auto"/>
        <w:left w:val="none" w:sz="0" w:space="0" w:color="auto"/>
        <w:bottom w:val="none" w:sz="0" w:space="0" w:color="auto"/>
        <w:right w:val="none" w:sz="0" w:space="0" w:color="auto"/>
      </w:divBdr>
    </w:div>
    <w:div w:id="1660692839">
      <w:bodyDiv w:val="1"/>
      <w:marLeft w:val="0"/>
      <w:marRight w:val="0"/>
      <w:marTop w:val="0"/>
      <w:marBottom w:val="0"/>
      <w:divBdr>
        <w:top w:val="none" w:sz="0" w:space="0" w:color="auto"/>
        <w:left w:val="none" w:sz="0" w:space="0" w:color="auto"/>
        <w:bottom w:val="none" w:sz="0" w:space="0" w:color="auto"/>
        <w:right w:val="none" w:sz="0" w:space="0" w:color="auto"/>
      </w:divBdr>
    </w:div>
    <w:div w:id="1681278297">
      <w:bodyDiv w:val="1"/>
      <w:marLeft w:val="0"/>
      <w:marRight w:val="0"/>
      <w:marTop w:val="0"/>
      <w:marBottom w:val="0"/>
      <w:divBdr>
        <w:top w:val="none" w:sz="0" w:space="0" w:color="auto"/>
        <w:left w:val="none" w:sz="0" w:space="0" w:color="auto"/>
        <w:bottom w:val="none" w:sz="0" w:space="0" w:color="auto"/>
        <w:right w:val="none" w:sz="0" w:space="0" w:color="auto"/>
      </w:divBdr>
    </w:div>
    <w:div w:id="1686201645">
      <w:bodyDiv w:val="1"/>
      <w:marLeft w:val="0"/>
      <w:marRight w:val="0"/>
      <w:marTop w:val="0"/>
      <w:marBottom w:val="0"/>
      <w:divBdr>
        <w:top w:val="none" w:sz="0" w:space="0" w:color="auto"/>
        <w:left w:val="none" w:sz="0" w:space="0" w:color="auto"/>
        <w:bottom w:val="none" w:sz="0" w:space="0" w:color="auto"/>
        <w:right w:val="none" w:sz="0" w:space="0" w:color="auto"/>
      </w:divBdr>
    </w:div>
    <w:div w:id="1700659721">
      <w:bodyDiv w:val="1"/>
      <w:marLeft w:val="0"/>
      <w:marRight w:val="0"/>
      <w:marTop w:val="0"/>
      <w:marBottom w:val="0"/>
      <w:divBdr>
        <w:top w:val="none" w:sz="0" w:space="0" w:color="auto"/>
        <w:left w:val="none" w:sz="0" w:space="0" w:color="auto"/>
        <w:bottom w:val="none" w:sz="0" w:space="0" w:color="auto"/>
        <w:right w:val="none" w:sz="0" w:space="0" w:color="auto"/>
      </w:divBdr>
    </w:div>
    <w:div w:id="1705864505">
      <w:bodyDiv w:val="1"/>
      <w:marLeft w:val="0"/>
      <w:marRight w:val="0"/>
      <w:marTop w:val="0"/>
      <w:marBottom w:val="0"/>
      <w:divBdr>
        <w:top w:val="none" w:sz="0" w:space="0" w:color="auto"/>
        <w:left w:val="none" w:sz="0" w:space="0" w:color="auto"/>
        <w:bottom w:val="none" w:sz="0" w:space="0" w:color="auto"/>
        <w:right w:val="none" w:sz="0" w:space="0" w:color="auto"/>
      </w:divBdr>
    </w:div>
    <w:div w:id="1710761596">
      <w:bodyDiv w:val="1"/>
      <w:marLeft w:val="0"/>
      <w:marRight w:val="0"/>
      <w:marTop w:val="0"/>
      <w:marBottom w:val="0"/>
      <w:divBdr>
        <w:top w:val="none" w:sz="0" w:space="0" w:color="auto"/>
        <w:left w:val="none" w:sz="0" w:space="0" w:color="auto"/>
        <w:bottom w:val="none" w:sz="0" w:space="0" w:color="auto"/>
        <w:right w:val="none" w:sz="0" w:space="0" w:color="auto"/>
      </w:divBdr>
    </w:div>
    <w:div w:id="1714890183">
      <w:bodyDiv w:val="1"/>
      <w:marLeft w:val="0"/>
      <w:marRight w:val="0"/>
      <w:marTop w:val="0"/>
      <w:marBottom w:val="0"/>
      <w:divBdr>
        <w:top w:val="none" w:sz="0" w:space="0" w:color="auto"/>
        <w:left w:val="none" w:sz="0" w:space="0" w:color="auto"/>
        <w:bottom w:val="none" w:sz="0" w:space="0" w:color="auto"/>
        <w:right w:val="none" w:sz="0" w:space="0" w:color="auto"/>
      </w:divBdr>
    </w:div>
    <w:div w:id="1716156562">
      <w:bodyDiv w:val="1"/>
      <w:marLeft w:val="0"/>
      <w:marRight w:val="0"/>
      <w:marTop w:val="0"/>
      <w:marBottom w:val="0"/>
      <w:divBdr>
        <w:top w:val="none" w:sz="0" w:space="0" w:color="auto"/>
        <w:left w:val="none" w:sz="0" w:space="0" w:color="auto"/>
        <w:bottom w:val="none" w:sz="0" w:space="0" w:color="auto"/>
        <w:right w:val="none" w:sz="0" w:space="0" w:color="auto"/>
      </w:divBdr>
    </w:div>
    <w:div w:id="1723285384">
      <w:bodyDiv w:val="1"/>
      <w:marLeft w:val="0"/>
      <w:marRight w:val="0"/>
      <w:marTop w:val="0"/>
      <w:marBottom w:val="0"/>
      <w:divBdr>
        <w:top w:val="none" w:sz="0" w:space="0" w:color="auto"/>
        <w:left w:val="none" w:sz="0" w:space="0" w:color="auto"/>
        <w:bottom w:val="none" w:sz="0" w:space="0" w:color="auto"/>
        <w:right w:val="none" w:sz="0" w:space="0" w:color="auto"/>
      </w:divBdr>
    </w:div>
    <w:div w:id="1724020138">
      <w:bodyDiv w:val="1"/>
      <w:marLeft w:val="0"/>
      <w:marRight w:val="0"/>
      <w:marTop w:val="0"/>
      <w:marBottom w:val="0"/>
      <w:divBdr>
        <w:top w:val="none" w:sz="0" w:space="0" w:color="auto"/>
        <w:left w:val="none" w:sz="0" w:space="0" w:color="auto"/>
        <w:bottom w:val="none" w:sz="0" w:space="0" w:color="auto"/>
        <w:right w:val="none" w:sz="0" w:space="0" w:color="auto"/>
      </w:divBdr>
    </w:div>
    <w:div w:id="1744066656">
      <w:bodyDiv w:val="1"/>
      <w:marLeft w:val="0"/>
      <w:marRight w:val="0"/>
      <w:marTop w:val="0"/>
      <w:marBottom w:val="0"/>
      <w:divBdr>
        <w:top w:val="none" w:sz="0" w:space="0" w:color="auto"/>
        <w:left w:val="none" w:sz="0" w:space="0" w:color="auto"/>
        <w:bottom w:val="none" w:sz="0" w:space="0" w:color="auto"/>
        <w:right w:val="none" w:sz="0" w:space="0" w:color="auto"/>
      </w:divBdr>
    </w:div>
    <w:div w:id="1765954158">
      <w:bodyDiv w:val="1"/>
      <w:marLeft w:val="0"/>
      <w:marRight w:val="0"/>
      <w:marTop w:val="0"/>
      <w:marBottom w:val="0"/>
      <w:divBdr>
        <w:top w:val="none" w:sz="0" w:space="0" w:color="auto"/>
        <w:left w:val="none" w:sz="0" w:space="0" w:color="auto"/>
        <w:bottom w:val="none" w:sz="0" w:space="0" w:color="auto"/>
        <w:right w:val="none" w:sz="0" w:space="0" w:color="auto"/>
      </w:divBdr>
    </w:div>
    <w:div w:id="1768967065">
      <w:bodyDiv w:val="1"/>
      <w:marLeft w:val="0"/>
      <w:marRight w:val="0"/>
      <w:marTop w:val="0"/>
      <w:marBottom w:val="0"/>
      <w:divBdr>
        <w:top w:val="none" w:sz="0" w:space="0" w:color="auto"/>
        <w:left w:val="none" w:sz="0" w:space="0" w:color="auto"/>
        <w:bottom w:val="none" w:sz="0" w:space="0" w:color="auto"/>
        <w:right w:val="none" w:sz="0" w:space="0" w:color="auto"/>
      </w:divBdr>
    </w:div>
    <w:div w:id="1786390801">
      <w:bodyDiv w:val="1"/>
      <w:marLeft w:val="0"/>
      <w:marRight w:val="0"/>
      <w:marTop w:val="0"/>
      <w:marBottom w:val="0"/>
      <w:divBdr>
        <w:top w:val="none" w:sz="0" w:space="0" w:color="auto"/>
        <w:left w:val="none" w:sz="0" w:space="0" w:color="auto"/>
        <w:bottom w:val="none" w:sz="0" w:space="0" w:color="auto"/>
        <w:right w:val="none" w:sz="0" w:space="0" w:color="auto"/>
      </w:divBdr>
    </w:div>
    <w:div w:id="1791783707">
      <w:bodyDiv w:val="1"/>
      <w:marLeft w:val="0"/>
      <w:marRight w:val="0"/>
      <w:marTop w:val="0"/>
      <w:marBottom w:val="0"/>
      <w:divBdr>
        <w:top w:val="none" w:sz="0" w:space="0" w:color="auto"/>
        <w:left w:val="none" w:sz="0" w:space="0" w:color="auto"/>
        <w:bottom w:val="none" w:sz="0" w:space="0" w:color="auto"/>
        <w:right w:val="none" w:sz="0" w:space="0" w:color="auto"/>
      </w:divBdr>
    </w:div>
    <w:div w:id="1805349157">
      <w:bodyDiv w:val="1"/>
      <w:marLeft w:val="0"/>
      <w:marRight w:val="0"/>
      <w:marTop w:val="0"/>
      <w:marBottom w:val="0"/>
      <w:divBdr>
        <w:top w:val="none" w:sz="0" w:space="0" w:color="auto"/>
        <w:left w:val="none" w:sz="0" w:space="0" w:color="auto"/>
        <w:bottom w:val="none" w:sz="0" w:space="0" w:color="auto"/>
        <w:right w:val="none" w:sz="0" w:space="0" w:color="auto"/>
      </w:divBdr>
    </w:div>
    <w:div w:id="1827865757">
      <w:bodyDiv w:val="1"/>
      <w:marLeft w:val="0"/>
      <w:marRight w:val="0"/>
      <w:marTop w:val="0"/>
      <w:marBottom w:val="0"/>
      <w:divBdr>
        <w:top w:val="none" w:sz="0" w:space="0" w:color="auto"/>
        <w:left w:val="none" w:sz="0" w:space="0" w:color="auto"/>
        <w:bottom w:val="none" w:sz="0" w:space="0" w:color="auto"/>
        <w:right w:val="none" w:sz="0" w:space="0" w:color="auto"/>
      </w:divBdr>
    </w:div>
    <w:div w:id="1839540635">
      <w:bodyDiv w:val="1"/>
      <w:marLeft w:val="0"/>
      <w:marRight w:val="0"/>
      <w:marTop w:val="0"/>
      <w:marBottom w:val="0"/>
      <w:divBdr>
        <w:top w:val="none" w:sz="0" w:space="0" w:color="auto"/>
        <w:left w:val="none" w:sz="0" w:space="0" w:color="auto"/>
        <w:bottom w:val="none" w:sz="0" w:space="0" w:color="auto"/>
        <w:right w:val="none" w:sz="0" w:space="0" w:color="auto"/>
      </w:divBdr>
    </w:div>
    <w:div w:id="1846631640">
      <w:bodyDiv w:val="1"/>
      <w:marLeft w:val="0"/>
      <w:marRight w:val="0"/>
      <w:marTop w:val="0"/>
      <w:marBottom w:val="0"/>
      <w:divBdr>
        <w:top w:val="none" w:sz="0" w:space="0" w:color="auto"/>
        <w:left w:val="none" w:sz="0" w:space="0" w:color="auto"/>
        <w:bottom w:val="none" w:sz="0" w:space="0" w:color="auto"/>
        <w:right w:val="none" w:sz="0" w:space="0" w:color="auto"/>
      </w:divBdr>
    </w:div>
    <w:div w:id="1849367702">
      <w:bodyDiv w:val="1"/>
      <w:marLeft w:val="0"/>
      <w:marRight w:val="0"/>
      <w:marTop w:val="0"/>
      <w:marBottom w:val="0"/>
      <w:divBdr>
        <w:top w:val="none" w:sz="0" w:space="0" w:color="auto"/>
        <w:left w:val="none" w:sz="0" w:space="0" w:color="auto"/>
        <w:bottom w:val="none" w:sz="0" w:space="0" w:color="auto"/>
        <w:right w:val="none" w:sz="0" w:space="0" w:color="auto"/>
      </w:divBdr>
    </w:div>
    <w:div w:id="1849785710">
      <w:bodyDiv w:val="1"/>
      <w:marLeft w:val="0"/>
      <w:marRight w:val="0"/>
      <w:marTop w:val="0"/>
      <w:marBottom w:val="0"/>
      <w:divBdr>
        <w:top w:val="none" w:sz="0" w:space="0" w:color="auto"/>
        <w:left w:val="none" w:sz="0" w:space="0" w:color="auto"/>
        <w:bottom w:val="none" w:sz="0" w:space="0" w:color="auto"/>
        <w:right w:val="none" w:sz="0" w:space="0" w:color="auto"/>
      </w:divBdr>
    </w:div>
    <w:div w:id="1853227482">
      <w:bodyDiv w:val="1"/>
      <w:marLeft w:val="0"/>
      <w:marRight w:val="0"/>
      <w:marTop w:val="0"/>
      <w:marBottom w:val="0"/>
      <w:divBdr>
        <w:top w:val="none" w:sz="0" w:space="0" w:color="auto"/>
        <w:left w:val="none" w:sz="0" w:space="0" w:color="auto"/>
        <w:bottom w:val="none" w:sz="0" w:space="0" w:color="auto"/>
        <w:right w:val="none" w:sz="0" w:space="0" w:color="auto"/>
      </w:divBdr>
    </w:div>
    <w:div w:id="1861965768">
      <w:bodyDiv w:val="1"/>
      <w:marLeft w:val="0"/>
      <w:marRight w:val="0"/>
      <w:marTop w:val="0"/>
      <w:marBottom w:val="0"/>
      <w:divBdr>
        <w:top w:val="none" w:sz="0" w:space="0" w:color="auto"/>
        <w:left w:val="none" w:sz="0" w:space="0" w:color="auto"/>
        <w:bottom w:val="none" w:sz="0" w:space="0" w:color="auto"/>
        <w:right w:val="none" w:sz="0" w:space="0" w:color="auto"/>
      </w:divBdr>
    </w:div>
    <w:div w:id="1862745703">
      <w:bodyDiv w:val="1"/>
      <w:marLeft w:val="0"/>
      <w:marRight w:val="0"/>
      <w:marTop w:val="0"/>
      <w:marBottom w:val="0"/>
      <w:divBdr>
        <w:top w:val="none" w:sz="0" w:space="0" w:color="auto"/>
        <w:left w:val="none" w:sz="0" w:space="0" w:color="auto"/>
        <w:bottom w:val="none" w:sz="0" w:space="0" w:color="auto"/>
        <w:right w:val="none" w:sz="0" w:space="0" w:color="auto"/>
      </w:divBdr>
    </w:div>
    <w:div w:id="1885825116">
      <w:bodyDiv w:val="1"/>
      <w:marLeft w:val="0"/>
      <w:marRight w:val="0"/>
      <w:marTop w:val="0"/>
      <w:marBottom w:val="0"/>
      <w:divBdr>
        <w:top w:val="none" w:sz="0" w:space="0" w:color="auto"/>
        <w:left w:val="none" w:sz="0" w:space="0" w:color="auto"/>
        <w:bottom w:val="none" w:sz="0" w:space="0" w:color="auto"/>
        <w:right w:val="none" w:sz="0" w:space="0" w:color="auto"/>
      </w:divBdr>
    </w:div>
    <w:div w:id="1901744775">
      <w:bodyDiv w:val="1"/>
      <w:marLeft w:val="0"/>
      <w:marRight w:val="0"/>
      <w:marTop w:val="0"/>
      <w:marBottom w:val="0"/>
      <w:divBdr>
        <w:top w:val="none" w:sz="0" w:space="0" w:color="auto"/>
        <w:left w:val="none" w:sz="0" w:space="0" w:color="auto"/>
        <w:bottom w:val="none" w:sz="0" w:space="0" w:color="auto"/>
        <w:right w:val="none" w:sz="0" w:space="0" w:color="auto"/>
      </w:divBdr>
    </w:div>
    <w:div w:id="1904487803">
      <w:bodyDiv w:val="1"/>
      <w:marLeft w:val="0"/>
      <w:marRight w:val="0"/>
      <w:marTop w:val="0"/>
      <w:marBottom w:val="0"/>
      <w:divBdr>
        <w:top w:val="none" w:sz="0" w:space="0" w:color="auto"/>
        <w:left w:val="none" w:sz="0" w:space="0" w:color="auto"/>
        <w:bottom w:val="none" w:sz="0" w:space="0" w:color="auto"/>
        <w:right w:val="none" w:sz="0" w:space="0" w:color="auto"/>
      </w:divBdr>
    </w:div>
    <w:div w:id="1914967704">
      <w:bodyDiv w:val="1"/>
      <w:marLeft w:val="0"/>
      <w:marRight w:val="0"/>
      <w:marTop w:val="0"/>
      <w:marBottom w:val="0"/>
      <w:divBdr>
        <w:top w:val="none" w:sz="0" w:space="0" w:color="auto"/>
        <w:left w:val="none" w:sz="0" w:space="0" w:color="auto"/>
        <w:bottom w:val="none" w:sz="0" w:space="0" w:color="auto"/>
        <w:right w:val="none" w:sz="0" w:space="0" w:color="auto"/>
      </w:divBdr>
    </w:div>
    <w:div w:id="1920823894">
      <w:bodyDiv w:val="1"/>
      <w:marLeft w:val="0"/>
      <w:marRight w:val="0"/>
      <w:marTop w:val="0"/>
      <w:marBottom w:val="0"/>
      <w:divBdr>
        <w:top w:val="none" w:sz="0" w:space="0" w:color="auto"/>
        <w:left w:val="none" w:sz="0" w:space="0" w:color="auto"/>
        <w:bottom w:val="none" w:sz="0" w:space="0" w:color="auto"/>
        <w:right w:val="none" w:sz="0" w:space="0" w:color="auto"/>
      </w:divBdr>
    </w:div>
    <w:div w:id="1930042594">
      <w:bodyDiv w:val="1"/>
      <w:marLeft w:val="0"/>
      <w:marRight w:val="0"/>
      <w:marTop w:val="0"/>
      <w:marBottom w:val="0"/>
      <w:divBdr>
        <w:top w:val="none" w:sz="0" w:space="0" w:color="auto"/>
        <w:left w:val="none" w:sz="0" w:space="0" w:color="auto"/>
        <w:bottom w:val="none" w:sz="0" w:space="0" w:color="auto"/>
        <w:right w:val="none" w:sz="0" w:space="0" w:color="auto"/>
      </w:divBdr>
    </w:div>
    <w:div w:id="1964463889">
      <w:bodyDiv w:val="1"/>
      <w:marLeft w:val="0"/>
      <w:marRight w:val="0"/>
      <w:marTop w:val="0"/>
      <w:marBottom w:val="0"/>
      <w:divBdr>
        <w:top w:val="none" w:sz="0" w:space="0" w:color="auto"/>
        <w:left w:val="none" w:sz="0" w:space="0" w:color="auto"/>
        <w:bottom w:val="none" w:sz="0" w:space="0" w:color="auto"/>
        <w:right w:val="none" w:sz="0" w:space="0" w:color="auto"/>
      </w:divBdr>
    </w:div>
    <w:div w:id="1972904360">
      <w:bodyDiv w:val="1"/>
      <w:marLeft w:val="0"/>
      <w:marRight w:val="0"/>
      <w:marTop w:val="0"/>
      <w:marBottom w:val="0"/>
      <w:divBdr>
        <w:top w:val="none" w:sz="0" w:space="0" w:color="auto"/>
        <w:left w:val="none" w:sz="0" w:space="0" w:color="auto"/>
        <w:bottom w:val="none" w:sz="0" w:space="0" w:color="auto"/>
        <w:right w:val="none" w:sz="0" w:space="0" w:color="auto"/>
      </w:divBdr>
    </w:div>
    <w:div w:id="1975526305">
      <w:bodyDiv w:val="1"/>
      <w:marLeft w:val="0"/>
      <w:marRight w:val="0"/>
      <w:marTop w:val="0"/>
      <w:marBottom w:val="0"/>
      <w:divBdr>
        <w:top w:val="none" w:sz="0" w:space="0" w:color="auto"/>
        <w:left w:val="none" w:sz="0" w:space="0" w:color="auto"/>
        <w:bottom w:val="none" w:sz="0" w:space="0" w:color="auto"/>
        <w:right w:val="none" w:sz="0" w:space="0" w:color="auto"/>
      </w:divBdr>
    </w:div>
    <w:div w:id="1979800275">
      <w:bodyDiv w:val="1"/>
      <w:marLeft w:val="0"/>
      <w:marRight w:val="0"/>
      <w:marTop w:val="0"/>
      <w:marBottom w:val="0"/>
      <w:divBdr>
        <w:top w:val="none" w:sz="0" w:space="0" w:color="auto"/>
        <w:left w:val="none" w:sz="0" w:space="0" w:color="auto"/>
        <w:bottom w:val="none" w:sz="0" w:space="0" w:color="auto"/>
        <w:right w:val="none" w:sz="0" w:space="0" w:color="auto"/>
      </w:divBdr>
    </w:div>
    <w:div w:id="1980526029">
      <w:bodyDiv w:val="1"/>
      <w:marLeft w:val="0"/>
      <w:marRight w:val="0"/>
      <w:marTop w:val="0"/>
      <w:marBottom w:val="0"/>
      <w:divBdr>
        <w:top w:val="none" w:sz="0" w:space="0" w:color="auto"/>
        <w:left w:val="none" w:sz="0" w:space="0" w:color="auto"/>
        <w:bottom w:val="none" w:sz="0" w:space="0" w:color="auto"/>
        <w:right w:val="none" w:sz="0" w:space="0" w:color="auto"/>
      </w:divBdr>
    </w:div>
    <w:div w:id="1983996159">
      <w:bodyDiv w:val="1"/>
      <w:marLeft w:val="0"/>
      <w:marRight w:val="0"/>
      <w:marTop w:val="0"/>
      <w:marBottom w:val="0"/>
      <w:divBdr>
        <w:top w:val="none" w:sz="0" w:space="0" w:color="auto"/>
        <w:left w:val="none" w:sz="0" w:space="0" w:color="auto"/>
        <w:bottom w:val="none" w:sz="0" w:space="0" w:color="auto"/>
        <w:right w:val="none" w:sz="0" w:space="0" w:color="auto"/>
      </w:divBdr>
    </w:div>
    <w:div w:id="1992589151">
      <w:bodyDiv w:val="1"/>
      <w:marLeft w:val="0"/>
      <w:marRight w:val="0"/>
      <w:marTop w:val="0"/>
      <w:marBottom w:val="0"/>
      <w:divBdr>
        <w:top w:val="none" w:sz="0" w:space="0" w:color="auto"/>
        <w:left w:val="none" w:sz="0" w:space="0" w:color="auto"/>
        <w:bottom w:val="none" w:sz="0" w:space="0" w:color="auto"/>
        <w:right w:val="none" w:sz="0" w:space="0" w:color="auto"/>
      </w:divBdr>
    </w:div>
    <w:div w:id="1995336912">
      <w:bodyDiv w:val="1"/>
      <w:marLeft w:val="0"/>
      <w:marRight w:val="0"/>
      <w:marTop w:val="0"/>
      <w:marBottom w:val="0"/>
      <w:divBdr>
        <w:top w:val="none" w:sz="0" w:space="0" w:color="auto"/>
        <w:left w:val="none" w:sz="0" w:space="0" w:color="auto"/>
        <w:bottom w:val="none" w:sz="0" w:space="0" w:color="auto"/>
        <w:right w:val="none" w:sz="0" w:space="0" w:color="auto"/>
      </w:divBdr>
    </w:div>
    <w:div w:id="2001344311">
      <w:bodyDiv w:val="1"/>
      <w:marLeft w:val="0"/>
      <w:marRight w:val="0"/>
      <w:marTop w:val="0"/>
      <w:marBottom w:val="0"/>
      <w:divBdr>
        <w:top w:val="none" w:sz="0" w:space="0" w:color="auto"/>
        <w:left w:val="none" w:sz="0" w:space="0" w:color="auto"/>
        <w:bottom w:val="none" w:sz="0" w:space="0" w:color="auto"/>
        <w:right w:val="none" w:sz="0" w:space="0" w:color="auto"/>
      </w:divBdr>
      <w:divsChild>
        <w:div w:id="502622785">
          <w:marLeft w:val="0"/>
          <w:marRight w:val="0"/>
          <w:marTop w:val="0"/>
          <w:marBottom w:val="0"/>
          <w:divBdr>
            <w:top w:val="none" w:sz="0" w:space="0" w:color="auto"/>
            <w:left w:val="none" w:sz="0" w:space="0" w:color="auto"/>
            <w:bottom w:val="none" w:sz="0" w:space="0" w:color="auto"/>
            <w:right w:val="none" w:sz="0" w:space="0" w:color="auto"/>
          </w:divBdr>
          <w:divsChild>
            <w:div w:id="120975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5808">
      <w:bodyDiv w:val="1"/>
      <w:marLeft w:val="0"/>
      <w:marRight w:val="0"/>
      <w:marTop w:val="0"/>
      <w:marBottom w:val="0"/>
      <w:divBdr>
        <w:top w:val="none" w:sz="0" w:space="0" w:color="auto"/>
        <w:left w:val="none" w:sz="0" w:space="0" w:color="auto"/>
        <w:bottom w:val="none" w:sz="0" w:space="0" w:color="auto"/>
        <w:right w:val="none" w:sz="0" w:space="0" w:color="auto"/>
      </w:divBdr>
    </w:div>
    <w:div w:id="2026053467">
      <w:bodyDiv w:val="1"/>
      <w:marLeft w:val="0"/>
      <w:marRight w:val="0"/>
      <w:marTop w:val="0"/>
      <w:marBottom w:val="0"/>
      <w:divBdr>
        <w:top w:val="none" w:sz="0" w:space="0" w:color="auto"/>
        <w:left w:val="none" w:sz="0" w:space="0" w:color="auto"/>
        <w:bottom w:val="none" w:sz="0" w:space="0" w:color="auto"/>
        <w:right w:val="none" w:sz="0" w:space="0" w:color="auto"/>
      </w:divBdr>
    </w:div>
    <w:div w:id="2041514866">
      <w:bodyDiv w:val="1"/>
      <w:marLeft w:val="0"/>
      <w:marRight w:val="0"/>
      <w:marTop w:val="0"/>
      <w:marBottom w:val="0"/>
      <w:divBdr>
        <w:top w:val="none" w:sz="0" w:space="0" w:color="auto"/>
        <w:left w:val="none" w:sz="0" w:space="0" w:color="auto"/>
        <w:bottom w:val="none" w:sz="0" w:space="0" w:color="auto"/>
        <w:right w:val="none" w:sz="0" w:space="0" w:color="auto"/>
      </w:divBdr>
    </w:div>
    <w:div w:id="2057582771">
      <w:bodyDiv w:val="1"/>
      <w:marLeft w:val="0"/>
      <w:marRight w:val="0"/>
      <w:marTop w:val="0"/>
      <w:marBottom w:val="0"/>
      <w:divBdr>
        <w:top w:val="none" w:sz="0" w:space="0" w:color="auto"/>
        <w:left w:val="none" w:sz="0" w:space="0" w:color="auto"/>
        <w:bottom w:val="none" w:sz="0" w:space="0" w:color="auto"/>
        <w:right w:val="none" w:sz="0" w:space="0" w:color="auto"/>
      </w:divBdr>
    </w:div>
    <w:div w:id="2060592100">
      <w:bodyDiv w:val="1"/>
      <w:marLeft w:val="0"/>
      <w:marRight w:val="0"/>
      <w:marTop w:val="0"/>
      <w:marBottom w:val="0"/>
      <w:divBdr>
        <w:top w:val="none" w:sz="0" w:space="0" w:color="auto"/>
        <w:left w:val="none" w:sz="0" w:space="0" w:color="auto"/>
        <w:bottom w:val="none" w:sz="0" w:space="0" w:color="auto"/>
        <w:right w:val="none" w:sz="0" w:space="0" w:color="auto"/>
      </w:divBdr>
    </w:div>
    <w:div w:id="2061199839">
      <w:bodyDiv w:val="1"/>
      <w:marLeft w:val="0"/>
      <w:marRight w:val="0"/>
      <w:marTop w:val="0"/>
      <w:marBottom w:val="0"/>
      <w:divBdr>
        <w:top w:val="none" w:sz="0" w:space="0" w:color="auto"/>
        <w:left w:val="none" w:sz="0" w:space="0" w:color="auto"/>
        <w:bottom w:val="none" w:sz="0" w:space="0" w:color="auto"/>
        <w:right w:val="none" w:sz="0" w:space="0" w:color="auto"/>
      </w:divBdr>
    </w:div>
    <w:div w:id="2067795465">
      <w:bodyDiv w:val="1"/>
      <w:marLeft w:val="0"/>
      <w:marRight w:val="0"/>
      <w:marTop w:val="0"/>
      <w:marBottom w:val="0"/>
      <w:divBdr>
        <w:top w:val="none" w:sz="0" w:space="0" w:color="auto"/>
        <w:left w:val="none" w:sz="0" w:space="0" w:color="auto"/>
        <w:bottom w:val="none" w:sz="0" w:space="0" w:color="auto"/>
        <w:right w:val="none" w:sz="0" w:space="0" w:color="auto"/>
      </w:divBdr>
    </w:div>
    <w:div w:id="2112428873">
      <w:bodyDiv w:val="1"/>
      <w:marLeft w:val="0"/>
      <w:marRight w:val="0"/>
      <w:marTop w:val="0"/>
      <w:marBottom w:val="0"/>
      <w:divBdr>
        <w:top w:val="none" w:sz="0" w:space="0" w:color="auto"/>
        <w:left w:val="none" w:sz="0" w:space="0" w:color="auto"/>
        <w:bottom w:val="none" w:sz="0" w:space="0" w:color="auto"/>
        <w:right w:val="none" w:sz="0" w:space="0" w:color="auto"/>
      </w:divBdr>
    </w:div>
    <w:div w:id="2120949609">
      <w:bodyDiv w:val="1"/>
      <w:marLeft w:val="0"/>
      <w:marRight w:val="0"/>
      <w:marTop w:val="0"/>
      <w:marBottom w:val="0"/>
      <w:divBdr>
        <w:top w:val="none" w:sz="0" w:space="0" w:color="auto"/>
        <w:left w:val="none" w:sz="0" w:space="0" w:color="auto"/>
        <w:bottom w:val="none" w:sz="0" w:space="0" w:color="auto"/>
        <w:right w:val="none" w:sz="0" w:space="0" w:color="auto"/>
      </w:divBdr>
    </w:div>
    <w:div w:id="2122601939">
      <w:bodyDiv w:val="1"/>
      <w:marLeft w:val="0"/>
      <w:marRight w:val="0"/>
      <w:marTop w:val="0"/>
      <w:marBottom w:val="0"/>
      <w:divBdr>
        <w:top w:val="none" w:sz="0" w:space="0" w:color="auto"/>
        <w:left w:val="none" w:sz="0" w:space="0" w:color="auto"/>
        <w:bottom w:val="none" w:sz="0" w:space="0" w:color="auto"/>
        <w:right w:val="none" w:sz="0" w:space="0" w:color="auto"/>
      </w:divBdr>
    </w:div>
    <w:div w:id="2136674077">
      <w:bodyDiv w:val="1"/>
      <w:marLeft w:val="0"/>
      <w:marRight w:val="0"/>
      <w:marTop w:val="0"/>
      <w:marBottom w:val="0"/>
      <w:divBdr>
        <w:top w:val="none" w:sz="0" w:space="0" w:color="auto"/>
        <w:left w:val="none" w:sz="0" w:space="0" w:color="auto"/>
        <w:bottom w:val="none" w:sz="0" w:space="0" w:color="auto"/>
        <w:right w:val="none" w:sz="0" w:space="0" w:color="auto"/>
      </w:divBdr>
    </w:div>
    <w:div w:id="21414188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36</Pages>
  <Words>7782</Words>
  <Characters>44358</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52036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Jamel Haughton</cp:lastModifiedBy>
  <cp:revision>27</cp:revision>
  <dcterms:created xsi:type="dcterms:W3CDTF">2026-08-09T16:14:00Z</dcterms:created>
  <dcterms:modified xsi:type="dcterms:W3CDTF">2026-08-10T09:00:00Z</dcterms:modified>
  <cp:category/>
</cp:coreProperties>
</file>