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4C78F080" w:rsidR="003166B8" w:rsidRDefault="00000000">
      <w:pPr>
        <w:jc w:val="center"/>
      </w:pPr>
      <w:r>
        <w:rPr>
          <w:b/>
          <w:sz w:val="40"/>
        </w:rPr>
        <w:t xml:space="preserve">BOOK </w:t>
      </w:r>
      <w:r w:rsidR="00474602">
        <w:rPr>
          <w:b/>
          <w:sz w:val="40"/>
        </w:rPr>
        <w:t>1</w:t>
      </w:r>
      <w:r w:rsidR="00562A90">
        <w:rPr>
          <w:b/>
          <w:sz w:val="40"/>
        </w:rPr>
        <w:t>1</w:t>
      </w:r>
      <w:r>
        <w:rPr>
          <w:b/>
          <w:sz w:val="40"/>
        </w:rPr>
        <w:br/>
      </w:r>
      <w:r w:rsidR="00562A90">
        <w:rPr>
          <w:b/>
          <w:sz w:val="48"/>
        </w:rPr>
        <w:t>Cookie</w:t>
      </w:r>
      <w:r w:rsidR="00CC2D8B">
        <w:rPr>
          <w:b/>
          <w:sz w:val="48"/>
        </w:rPr>
        <w:t xml:space="preserve"> Policy</w:t>
      </w:r>
      <w:r>
        <w:rPr>
          <w:sz w:val="28"/>
        </w:rPr>
        <w:br/>
      </w:r>
      <w:r>
        <w:t>Version 1.0</w:t>
      </w:r>
      <w:r>
        <w:br/>
        <w:t>August 2026</w:t>
      </w:r>
    </w:p>
    <w:p w14:paraId="37C2219E" w14:textId="09B9DA92" w:rsidR="005C7EE4" w:rsidRPr="005C7EE4" w:rsidRDefault="00000000" w:rsidP="005C7EE4">
      <w:pPr>
        <w:rPr>
          <w:lang w:val="en-GB"/>
        </w:rPr>
      </w:pPr>
      <w:r>
        <w:br w:type="page"/>
      </w:r>
      <w:bookmarkStart w:id="0" w:name="_Hlk237198328"/>
    </w:p>
    <w:sdt>
      <w:sdtPr>
        <w:rPr>
          <w:rFonts w:asciiTheme="minorHAnsi" w:eastAsiaTheme="minorEastAsia" w:hAnsiTheme="minorHAnsi" w:cstheme="minorBidi"/>
          <w:b w:val="0"/>
          <w:bCs w:val="0"/>
          <w:color w:val="auto"/>
          <w:sz w:val="22"/>
          <w:szCs w:val="22"/>
        </w:rPr>
        <w:id w:val="752471337"/>
        <w:docPartObj>
          <w:docPartGallery w:val="Table of Contents"/>
          <w:docPartUnique/>
        </w:docPartObj>
      </w:sdtPr>
      <w:sdtEndPr>
        <w:rPr>
          <w:noProof/>
        </w:rPr>
      </w:sdtEndPr>
      <w:sdtContent>
        <w:p w14:paraId="16D5F0C5" w14:textId="2084819B" w:rsidR="005C7EE4" w:rsidRDefault="005C7EE4">
          <w:pPr>
            <w:pStyle w:val="TOCHeading"/>
          </w:pPr>
          <w:r>
            <w:t>Table of Contents</w:t>
          </w:r>
        </w:p>
        <w:p w14:paraId="2F478B0B" w14:textId="20E2F031" w:rsidR="00767D30" w:rsidRDefault="005C7EE4">
          <w:pPr>
            <w:pStyle w:val="TOC1"/>
            <w:tabs>
              <w:tab w:val="right" w:leader="dot" w:pos="8630"/>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7251580" w:history="1">
            <w:r w:rsidR="00767D30" w:rsidRPr="00016846">
              <w:rPr>
                <w:rStyle w:val="Hyperlink"/>
                <w:noProof/>
              </w:rPr>
              <w:t>1. Introduction</w:t>
            </w:r>
            <w:r w:rsidR="00767D30">
              <w:rPr>
                <w:noProof/>
                <w:webHidden/>
              </w:rPr>
              <w:tab/>
            </w:r>
            <w:r w:rsidR="00767D30">
              <w:rPr>
                <w:noProof/>
                <w:webHidden/>
              </w:rPr>
              <w:fldChar w:fldCharType="begin"/>
            </w:r>
            <w:r w:rsidR="00767D30">
              <w:rPr>
                <w:noProof/>
                <w:webHidden/>
              </w:rPr>
              <w:instrText xml:space="preserve"> PAGEREF _Toc237251580 \h </w:instrText>
            </w:r>
            <w:r w:rsidR="00767D30">
              <w:rPr>
                <w:noProof/>
                <w:webHidden/>
              </w:rPr>
            </w:r>
            <w:r w:rsidR="00767D30">
              <w:rPr>
                <w:noProof/>
                <w:webHidden/>
              </w:rPr>
              <w:fldChar w:fldCharType="separate"/>
            </w:r>
            <w:r w:rsidR="00767D30">
              <w:rPr>
                <w:noProof/>
                <w:webHidden/>
              </w:rPr>
              <w:t>4</w:t>
            </w:r>
            <w:r w:rsidR="00767D30">
              <w:rPr>
                <w:noProof/>
                <w:webHidden/>
              </w:rPr>
              <w:fldChar w:fldCharType="end"/>
            </w:r>
          </w:hyperlink>
        </w:p>
        <w:p w14:paraId="66ADF4DE" w14:textId="49D0DFA2" w:rsidR="00767D30" w:rsidRDefault="00767D30">
          <w:pPr>
            <w:pStyle w:val="TOC2"/>
            <w:tabs>
              <w:tab w:val="right" w:leader="dot" w:pos="8630"/>
            </w:tabs>
            <w:rPr>
              <w:noProof/>
              <w:kern w:val="2"/>
              <w:sz w:val="24"/>
              <w:szCs w:val="24"/>
              <w:lang w:val="en-GB" w:eastAsia="en-GB"/>
              <w14:ligatures w14:val="standardContextual"/>
            </w:rPr>
          </w:pPr>
          <w:hyperlink w:anchor="_Toc237251581" w:history="1">
            <w:r w:rsidRPr="00016846">
              <w:rPr>
                <w:rStyle w:val="Hyperlink"/>
                <w:noProof/>
              </w:rPr>
              <w:t>1.1 Purpose of this Policy</w:t>
            </w:r>
            <w:r>
              <w:rPr>
                <w:noProof/>
                <w:webHidden/>
              </w:rPr>
              <w:tab/>
            </w:r>
            <w:r>
              <w:rPr>
                <w:noProof/>
                <w:webHidden/>
              </w:rPr>
              <w:fldChar w:fldCharType="begin"/>
            </w:r>
            <w:r>
              <w:rPr>
                <w:noProof/>
                <w:webHidden/>
              </w:rPr>
              <w:instrText xml:space="preserve"> PAGEREF _Toc237251581 \h </w:instrText>
            </w:r>
            <w:r>
              <w:rPr>
                <w:noProof/>
                <w:webHidden/>
              </w:rPr>
            </w:r>
            <w:r>
              <w:rPr>
                <w:noProof/>
                <w:webHidden/>
              </w:rPr>
              <w:fldChar w:fldCharType="separate"/>
            </w:r>
            <w:r>
              <w:rPr>
                <w:noProof/>
                <w:webHidden/>
              </w:rPr>
              <w:t>5</w:t>
            </w:r>
            <w:r>
              <w:rPr>
                <w:noProof/>
                <w:webHidden/>
              </w:rPr>
              <w:fldChar w:fldCharType="end"/>
            </w:r>
          </w:hyperlink>
        </w:p>
        <w:p w14:paraId="3A97DA9D" w14:textId="21719BE0" w:rsidR="00767D30" w:rsidRDefault="00767D30">
          <w:pPr>
            <w:pStyle w:val="TOC2"/>
            <w:tabs>
              <w:tab w:val="right" w:leader="dot" w:pos="8630"/>
            </w:tabs>
            <w:rPr>
              <w:noProof/>
              <w:kern w:val="2"/>
              <w:sz w:val="24"/>
              <w:szCs w:val="24"/>
              <w:lang w:val="en-GB" w:eastAsia="en-GB"/>
              <w14:ligatures w14:val="standardContextual"/>
            </w:rPr>
          </w:pPr>
          <w:hyperlink w:anchor="_Toc237251582" w:history="1">
            <w:r w:rsidRPr="00016846">
              <w:rPr>
                <w:rStyle w:val="Hyperlink"/>
                <w:noProof/>
              </w:rPr>
              <w:t>1.2 Scope</w:t>
            </w:r>
            <w:r>
              <w:rPr>
                <w:noProof/>
                <w:webHidden/>
              </w:rPr>
              <w:tab/>
            </w:r>
            <w:r>
              <w:rPr>
                <w:noProof/>
                <w:webHidden/>
              </w:rPr>
              <w:fldChar w:fldCharType="begin"/>
            </w:r>
            <w:r>
              <w:rPr>
                <w:noProof/>
                <w:webHidden/>
              </w:rPr>
              <w:instrText xml:space="preserve"> PAGEREF _Toc237251582 \h </w:instrText>
            </w:r>
            <w:r>
              <w:rPr>
                <w:noProof/>
                <w:webHidden/>
              </w:rPr>
            </w:r>
            <w:r>
              <w:rPr>
                <w:noProof/>
                <w:webHidden/>
              </w:rPr>
              <w:fldChar w:fldCharType="separate"/>
            </w:r>
            <w:r>
              <w:rPr>
                <w:noProof/>
                <w:webHidden/>
              </w:rPr>
              <w:t>5</w:t>
            </w:r>
            <w:r>
              <w:rPr>
                <w:noProof/>
                <w:webHidden/>
              </w:rPr>
              <w:fldChar w:fldCharType="end"/>
            </w:r>
          </w:hyperlink>
        </w:p>
        <w:p w14:paraId="6EAA9D70" w14:textId="78938395" w:rsidR="00767D30" w:rsidRDefault="00767D30">
          <w:pPr>
            <w:pStyle w:val="TOC2"/>
            <w:tabs>
              <w:tab w:val="right" w:leader="dot" w:pos="8630"/>
            </w:tabs>
            <w:rPr>
              <w:noProof/>
              <w:kern w:val="2"/>
              <w:sz w:val="24"/>
              <w:szCs w:val="24"/>
              <w:lang w:val="en-GB" w:eastAsia="en-GB"/>
              <w14:ligatures w14:val="standardContextual"/>
            </w:rPr>
          </w:pPr>
          <w:hyperlink w:anchor="_Toc237251583" w:history="1">
            <w:r w:rsidRPr="00016846">
              <w:rPr>
                <w:rStyle w:val="Hyperlink"/>
                <w:noProof/>
              </w:rPr>
              <w:t>1.3 Relationship with Other Policies</w:t>
            </w:r>
            <w:r>
              <w:rPr>
                <w:noProof/>
                <w:webHidden/>
              </w:rPr>
              <w:tab/>
            </w:r>
            <w:r>
              <w:rPr>
                <w:noProof/>
                <w:webHidden/>
              </w:rPr>
              <w:fldChar w:fldCharType="begin"/>
            </w:r>
            <w:r>
              <w:rPr>
                <w:noProof/>
                <w:webHidden/>
              </w:rPr>
              <w:instrText xml:space="preserve"> PAGEREF _Toc237251583 \h </w:instrText>
            </w:r>
            <w:r>
              <w:rPr>
                <w:noProof/>
                <w:webHidden/>
              </w:rPr>
            </w:r>
            <w:r>
              <w:rPr>
                <w:noProof/>
                <w:webHidden/>
              </w:rPr>
              <w:fldChar w:fldCharType="separate"/>
            </w:r>
            <w:r>
              <w:rPr>
                <w:noProof/>
                <w:webHidden/>
              </w:rPr>
              <w:t>6</w:t>
            </w:r>
            <w:r>
              <w:rPr>
                <w:noProof/>
                <w:webHidden/>
              </w:rPr>
              <w:fldChar w:fldCharType="end"/>
            </w:r>
          </w:hyperlink>
        </w:p>
        <w:p w14:paraId="2266BAD0" w14:textId="56F97F2A" w:rsidR="00767D30" w:rsidRDefault="00767D30">
          <w:pPr>
            <w:pStyle w:val="TOC2"/>
            <w:tabs>
              <w:tab w:val="right" w:leader="dot" w:pos="8630"/>
            </w:tabs>
            <w:rPr>
              <w:noProof/>
              <w:kern w:val="2"/>
              <w:sz w:val="24"/>
              <w:szCs w:val="24"/>
              <w:lang w:val="en-GB" w:eastAsia="en-GB"/>
              <w14:ligatures w14:val="standardContextual"/>
            </w:rPr>
          </w:pPr>
          <w:hyperlink w:anchor="_Toc237251584" w:history="1">
            <w:r w:rsidRPr="00016846">
              <w:rPr>
                <w:rStyle w:val="Hyperlink"/>
                <w:noProof/>
              </w:rPr>
              <w:t>1.4 Changes to this Policy</w:t>
            </w:r>
            <w:r>
              <w:rPr>
                <w:noProof/>
                <w:webHidden/>
              </w:rPr>
              <w:tab/>
            </w:r>
            <w:r>
              <w:rPr>
                <w:noProof/>
                <w:webHidden/>
              </w:rPr>
              <w:fldChar w:fldCharType="begin"/>
            </w:r>
            <w:r>
              <w:rPr>
                <w:noProof/>
                <w:webHidden/>
              </w:rPr>
              <w:instrText xml:space="preserve"> PAGEREF _Toc237251584 \h </w:instrText>
            </w:r>
            <w:r>
              <w:rPr>
                <w:noProof/>
                <w:webHidden/>
              </w:rPr>
            </w:r>
            <w:r>
              <w:rPr>
                <w:noProof/>
                <w:webHidden/>
              </w:rPr>
              <w:fldChar w:fldCharType="separate"/>
            </w:r>
            <w:r>
              <w:rPr>
                <w:noProof/>
                <w:webHidden/>
              </w:rPr>
              <w:t>6</w:t>
            </w:r>
            <w:r>
              <w:rPr>
                <w:noProof/>
                <w:webHidden/>
              </w:rPr>
              <w:fldChar w:fldCharType="end"/>
            </w:r>
          </w:hyperlink>
        </w:p>
        <w:p w14:paraId="5A199168" w14:textId="24570AE8" w:rsidR="00767D30" w:rsidRDefault="00767D30">
          <w:pPr>
            <w:pStyle w:val="TOC2"/>
            <w:tabs>
              <w:tab w:val="right" w:leader="dot" w:pos="8630"/>
            </w:tabs>
            <w:rPr>
              <w:noProof/>
              <w:kern w:val="2"/>
              <w:sz w:val="24"/>
              <w:szCs w:val="24"/>
              <w:lang w:val="en-GB" w:eastAsia="en-GB"/>
              <w14:ligatures w14:val="standardContextual"/>
            </w:rPr>
          </w:pPr>
          <w:hyperlink w:anchor="_Toc237251585" w:history="1">
            <w:r w:rsidRPr="00016846">
              <w:rPr>
                <w:rStyle w:val="Hyperlink"/>
                <w:noProof/>
              </w:rPr>
              <w:t>1.5 Our Commitment</w:t>
            </w:r>
            <w:r>
              <w:rPr>
                <w:noProof/>
                <w:webHidden/>
              </w:rPr>
              <w:tab/>
            </w:r>
            <w:r>
              <w:rPr>
                <w:noProof/>
                <w:webHidden/>
              </w:rPr>
              <w:fldChar w:fldCharType="begin"/>
            </w:r>
            <w:r>
              <w:rPr>
                <w:noProof/>
                <w:webHidden/>
              </w:rPr>
              <w:instrText xml:space="preserve"> PAGEREF _Toc237251585 \h </w:instrText>
            </w:r>
            <w:r>
              <w:rPr>
                <w:noProof/>
                <w:webHidden/>
              </w:rPr>
            </w:r>
            <w:r>
              <w:rPr>
                <w:noProof/>
                <w:webHidden/>
              </w:rPr>
              <w:fldChar w:fldCharType="separate"/>
            </w:r>
            <w:r>
              <w:rPr>
                <w:noProof/>
                <w:webHidden/>
              </w:rPr>
              <w:t>6</w:t>
            </w:r>
            <w:r>
              <w:rPr>
                <w:noProof/>
                <w:webHidden/>
              </w:rPr>
              <w:fldChar w:fldCharType="end"/>
            </w:r>
          </w:hyperlink>
        </w:p>
        <w:p w14:paraId="21EC2670" w14:textId="6B849631" w:rsidR="00767D30" w:rsidRDefault="00767D30">
          <w:pPr>
            <w:pStyle w:val="TOC1"/>
            <w:tabs>
              <w:tab w:val="right" w:leader="dot" w:pos="8630"/>
            </w:tabs>
            <w:rPr>
              <w:noProof/>
              <w:kern w:val="2"/>
              <w:sz w:val="24"/>
              <w:szCs w:val="24"/>
              <w:lang w:val="en-GB" w:eastAsia="en-GB"/>
              <w14:ligatures w14:val="standardContextual"/>
            </w:rPr>
          </w:pPr>
          <w:hyperlink w:anchor="_Toc237251586" w:history="1">
            <w:r w:rsidRPr="00016846">
              <w:rPr>
                <w:rStyle w:val="Hyperlink"/>
                <w:noProof/>
              </w:rPr>
              <w:t>2. What Are Cookies?</w:t>
            </w:r>
            <w:r>
              <w:rPr>
                <w:noProof/>
                <w:webHidden/>
              </w:rPr>
              <w:tab/>
            </w:r>
            <w:r>
              <w:rPr>
                <w:noProof/>
                <w:webHidden/>
              </w:rPr>
              <w:fldChar w:fldCharType="begin"/>
            </w:r>
            <w:r>
              <w:rPr>
                <w:noProof/>
                <w:webHidden/>
              </w:rPr>
              <w:instrText xml:space="preserve"> PAGEREF _Toc237251586 \h </w:instrText>
            </w:r>
            <w:r>
              <w:rPr>
                <w:noProof/>
                <w:webHidden/>
              </w:rPr>
            </w:r>
            <w:r>
              <w:rPr>
                <w:noProof/>
                <w:webHidden/>
              </w:rPr>
              <w:fldChar w:fldCharType="separate"/>
            </w:r>
            <w:r>
              <w:rPr>
                <w:noProof/>
                <w:webHidden/>
              </w:rPr>
              <w:t>6</w:t>
            </w:r>
            <w:r>
              <w:rPr>
                <w:noProof/>
                <w:webHidden/>
              </w:rPr>
              <w:fldChar w:fldCharType="end"/>
            </w:r>
          </w:hyperlink>
        </w:p>
        <w:p w14:paraId="7B8B607D" w14:textId="2A1BE168" w:rsidR="00767D30" w:rsidRDefault="00767D30">
          <w:pPr>
            <w:pStyle w:val="TOC2"/>
            <w:tabs>
              <w:tab w:val="right" w:leader="dot" w:pos="8630"/>
            </w:tabs>
            <w:rPr>
              <w:noProof/>
              <w:kern w:val="2"/>
              <w:sz w:val="24"/>
              <w:szCs w:val="24"/>
              <w:lang w:val="en-GB" w:eastAsia="en-GB"/>
              <w14:ligatures w14:val="standardContextual"/>
            </w:rPr>
          </w:pPr>
          <w:hyperlink w:anchor="_Toc237251587" w:history="1">
            <w:r w:rsidRPr="00016846">
              <w:rPr>
                <w:rStyle w:val="Hyperlink"/>
                <w:noProof/>
              </w:rPr>
              <w:t>2.1 Why Cookies Are Used</w:t>
            </w:r>
            <w:r>
              <w:rPr>
                <w:noProof/>
                <w:webHidden/>
              </w:rPr>
              <w:tab/>
            </w:r>
            <w:r>
              <w:rPr>
                <w:noProof/>
                <w:webHidden/>
              </w:rPr>
              <w:fldChar w:fldCharType="begin"/>
            </w:r>
            <w:r>
              <w:rPr>
                <w:noProof/>
                <w:webHidden/>
              </w:rPr>
              <w:instrText xml:space="preserve"> PAGEREF _Toc237251587 \h </w:instrText>
            </w:r>
            <w:r>
              <w:rPr>
                <w:noProof/>
                <w:webHidden/>
              </w:rPr>
            </w:r>
            <w:r>
              <w:rPr>
                <w:noProof/>
                <w:webHidden/>
              </w:rPr>
              <w:fldChar w:fldCharType="separate"/>
            </w:r>
            <w:r>
              <w:rPr>
                <w:noProof/>
                <w:webHidden/>
              </w:rPr>
              <w:t>7</w:t>
            </w:r>
            <w:r>
              <w:rPr>
                <w:noProof/>
                <w:webHidden/>
              </w:rPr>
              <w:fldChar w:fldCharType="end"/>
            </w:r>
          </w:hyperlink>
        </w:p>
        <w:p w14:paraId="2D019864" w14:textId="5CC1900C" w:rsidR="00767D30" w:rsidRDefault="00767D30">
          <w:pPr>
            <w:pStyle w:val="TOC2"/>
            <w:tabs>
              <w:tab w:val="right" w:leader="dot" w:pos="8630"/>
            </w:tabs>
            <w:rPr>
              <w:noProof/>
              <w:kern w:val="2"/>
              <w:sz w:val="24"/>
              <w:szCs w:val="24"/>
              <w:lang w:val="en-GB" w:eastAsia="en-GB"/>
              <w14:ligatures w14:val="standardContextual"/>
            </w:rPr>
          </w:pPr>
          <w:hyperlink w:anchor="_Toc237251588" w:history="1">
            <w:r w:rsidRPr="00016846">
              <w:rPr>
                <w:rStyle w:val="Hyperlink"/>
                <w:noProof/>
              </w:rPr>
              <w:t>2.2 Session Cookies</w:t>
            </w:r>
            <w:r>
              <w:rPr>
                <w:noProof/>
                <w:webHidden/>
              </w:rPr>
              <w:tab/>
            </w:r>
            <w:r>
              <w:rPr>
                <w:noProof/>
                <w:webHidden/>
              </w:rPr>
              <w:fldChar w:fldCharType="begin"/>
            </w:r>
            <w:r>
              <w:rPr>
                <w:noProof/>
                <w:webHidden/>
              </w:rPr>
              <w:instrText xml:space="preserve"> PAGEREF _Toc237251588 \h </w:instrText>
            </w:r>
            <w:r>
              <w:rPr>
                <w:noProof/>
                <w:webHidden/>
              </w:rPr>
            </w:r>
            <w:r>
              <w:rPr>
                <w:noProof/>
                <w:webHidden/>
              </w:rPr>
              <w:fldChar w:fldCharType="separate"/>
            </w:r>
            <w:r>
              <w:rPr>
                <w:noProof/>
                <w:webHidden/>
              </w:rPr>
              <w:t>7</w:t>
            </w:r>
            <w:r>
              <w:rPr>
                <w:noProof/>
                <w:webHidden/>
              </w:rPr>
              <w:fldChar w:fldCharType="end"/>
            </w:r>
          </w:hyperlink>
        </w:p>
        <w:p w14:paraId="31400D45" w14:textId="0A65B199" w:rsidR="00767D30" w:rsidRDefault="00767D30">
          <w:pPr>
            <w:pStyle w:val="TOC2"/>
            <w:tabs>
              <w:tab w:val="right" w:leader="dot" w:pos="8630"/>
            </w:tabs>
            <w:rPr>
              <w:noProof/>
              <w:kern w:val="2"/>
              <w:sz w:val="24"/>
              <w:szCs w:val="24"/>
              <w:lang w:val="en-GB" w:eastAsia="en-GB"/>
              <w14:ligatures w14:val="standardContextual"/>
            </w:rPr>
          </w:pPr>
          <w:hyperlink w:anchor="_Toc237251589" w:history="1">
            <w:r w:rsidRPr="00016846">
              <w:rPr>
                <w:rStyle w:val="Hyperlink"/>
                <w:noProof/>
              </w:rPr>
              <w:t>2.3 Persistent Cookies</w:t>
            </w:r>
            <w:r>
              <w:rPr>
                <w:noProof/>
                <w:webHidden/>
              </w:rPr>
              <w:tab/>
            </w:r>
            <w:r>
              <w:rPr>
                <w:noProof/>
                <w:webHidden/>
              </w:rPr>
              <w:fldChar w:fldCharType="begin"/>
            </w:r>
            <w:r>
              <w:rPr>
                <w:noProof/>
                <w:webHidden/>
              </w:rPr>
              <w:instrText xml:space="preserve"> PAGEREF _Toc237251589 \h </w:instrText>
            </w:r>
            <w:r>
              <w:rPr>
                <w:noProof/>
                <w:webHidden/>
              </w:rPr>
            </w:r>
            <w:r>
              <w:rPr>
                <w:noProof/>
                <w:webHidden/>
              </w:rPr>
              <w:fldChar w:fldCharType="separate"/>
            </w:r>
            <w:r>
              <w:rPr>
                <w:noProof/>
                <w:webHidden/>
              </w:rPr>
              <w:t>7</w:t>
            </w:r>
            <w:r>
              <w:rPr>
                <w:noProof/>
                <w:webHidden/>
              </w:rPr>
              <w:fldChar w:fldCharType="end"/>
            </w:r>
          </w:hyperlink>
        </w:p>
        <w:p w14:paraId="0149DAD9" w14:textId="45DE931D" w:rsidR="00767D30" w:rsidRDefault="00767D30">
          <w:pPr>
            <w:pStyle w:val="TOC2"/>
            <w:tabs>
              <w:tab w:val="right" w:leader="dot" w:pos="8630"/>
            </w:tabs>
            <w:rPr>
              <w:noProof/>
              <w:kern w:val="2"/>
              <w:sz w:val="24"/>
              <w:szCs w:val="24"/>
              <w:lang w:val="en-GB" w:eastAsia="en-GB"/>
              <w14:ligatures w14:val="standardContextual"/>
            </w:rPr>
          </w:pPr>
          <w:hyperlink w:anchor="_Toc237251590" w:history="1">
            <w:r w:rsidRPr="00016846">
              <w:rPr>
                <w:rStyle w:val="Hyperlink"/>
                <w:noProof/>
              </w:rPr>
              <w:t>2.4 First-Party Cookies</w:t>
            </w:r>
            <w:r>
              <w:rPr>
                <w:noProof/>
                <w:webHidden/>
              </w:rPr>
              <w:tab/>
            </w:r>
            <w:r>
              <w:rPr>
                <w:noProof/>
                <w:webHidden/>
              </w:rPr>
              <w:fldChar w:fldCharType="begin"/>
            </w:r>
            <w:r>
              <w:rPr>
                <w:noProof/>
                <w:webHidden/>
              </w:rPr>
              <w:instrText xml:space="preserve"> PAGEREF _Toc237251590 \h </w:instrText>
            </w:r>
            <w:r>
              <w:rPr>
                <w:noProof/>
                <w:webHidden/>
              </w:rPr>
            </w:r>
            <w:r>
              <w:rPr>
                <w:noProof/>
                <w:webHidden/>
              </w:rPr>
              <w:fldChar w:fldCharType="separate"/>
            </w:r>
            <w:r>
              <w:rPr>
                <w:noProof/>
                <w:webHidden/>
              </w:rPr>
              <w:t>8</w:t>
            </w:r>
            <w:r>
              <w:rPr>
                <w:noProof/>
                <w:webHidden/>
              </w:rPr>
              <w:fldChar w:fldCharType="end"/>
            </w:r>
          </w:hyperlink>
        </w:p>
        <w:p w14:paraId="095D74F4" w14:textId="295CDA6C" w:rsidR="00767D30" w:rsidRDefault="00767D30">
          <w:pPr>
            <w:pStyle w:val="TOC2"/>
            <w:tabs>
              <w:tab w:val="right" w:leader="dot" w:pos="8630"/>
            </w:tabs>
            <w:rPr>
              <w:noProof/>
              <w:kern w:val="2"/>
              <w:sz w:val="24"/>
              <w:szCs w:val="24"/>
              <w:lang w:val="en-GB" w:eastAsia="en-GB"/>
              <w14:ligatures w14:val="standardContextual"/>
            </w:rPr>
          </w:pPr>
          <w:hyperlink w:anchor="_Toc237251591" w:history="1">
            <w:r w:rsidRPr="00016846">
              <w:rPr>
                <w:rStyle w:val="Hyperlink"/>
                <w:noProof/>
              </w:rPr>
              <w:t>2.5 Third-Party Cookies</w:t>
            </w:r>
            <w:r>
              <w:rPr>
                <w:noProof/>
                <w:webHidden/>
              </w:rPr>
              <w:tab/>
            </w:r>
            <w:r>
              <w:rPr>
                <w:noProof/>
                <w:webHidden/>
              </w:rPr>
              <w:fldChar w:fldCharType="begin"/>
            </w:r>
            <w:r>
              <w:rPr>
                <w:noProof/>
                <w:webHidden/>
              </w:rPr>
              <w:instrText xml:space="preserve"> PAGEREF _Toc237251591 \h </w:instrText>
            </w:r>
            <w:r>
              <w:rPr>
                <w:noProof/>
                <w:webHidden/>
              </w:rPr>
            </w:r>
            <w:r>
              <w:rPr>
                <w:noProof/>
                <w:webHidden/>
              </w:rPr>
              <w:fldChar w:fldCharType="separate"/>
            </w:r>
            <w:r>
              <w:rPr>
                <w:noProof/>
                <w:webHidden/>
              </w:rPr>
              <w:t>8</w:t>
            </w:r>
            <w:r>
              <w:rPr>
                <w:noProof/>
                <w:webHidden/>
              </w:rPr>
              <w:fldChar w:fldCharType="end"/>
            </w:r>
          </w:hyperlink>
        </w:p>
        <w:p w14:paraId="615C5802" w14:textId="001CDE99" w:rsidR="00767D30" w:rsidRDefault="00767D30">
          <w:pPr>
            <w:pStyle w:val="TOC2"/>
            <w:tabs>
              <w:tab w:val="right" w:leader="dot" w:pos="8630"/>
            </w:tabs>
            <w:rPr>
              <w:noProof/>
              <w:kern w:val="2"/>
              <w:sz w:val="24"/>
              <w:szCs w:val="24"/>
              <w:lang w:val="en-GB" w:eastAsia="en-GB"/>
              <w14:ligatures w14:val="standardContextual"/>
            </w:rPr>
          </w:pPr>
          <w:hyperlink w:anchor="_Toc237251592" w:history="1">
            <w:r w:rsidRPr="00016846">
              <w:rPr>
                <w:rStyle w:val="Hyperlink"/>
                <w:noProof/>
              </w:rPr>
              <w:t>2.6 Similar Technologies</w:t>
            </w:r>
            <w:r>
              <w:rPr>
                <w:noProof/>
                <w:webHidden/>
              </w:rPr>
              <w:tab/>
            </w:r>
            <w:r>
              <w:rPr>
                <w:noProof/>
                <w:webHidden/>
              </w:rPr>
              <w:fldChar w:fldCharType="begin"/>
            </w:r>
            <w:r>
              <w:rPr>
                <w:noProof/>
                <w:webHidden/>
              </w:rPr>
              <w:instrText xml:space="preserve"> PAGEREF _Toc237251592 \h </w:instrText>
            </w:r>
            <w:r>
              <w:rPr>
                <w:noProof/>
                <w:webHidden/>
              </w:rPr>
            </w:r>
            <w:r>
              <w:rPr>
                <w:noProof/>
                <w:webHidden/>
              </w:rPr>
              <w:fldChar w:fldCharType="separate"/>
            </w:r>
            <w:r>
              <w:rPr>
                <w:noProof/>
                <w:webHidden/>
              </w:rPr>
              <w:t>8</w:t>
            </w:r>
            <w:r>
              <w:rPr>
                <w:noProof/>
                <w:webHidden/>
              </w:rPr>
              <w:fldChar w:fldCharType="end"/>
            </w:r>
          </w:hyperlink>
        </w:p>
        <w:p w14:paraId="2EA91FE1" w14:textId="1B72A9F1" w:rsidR="00767D30" w:rsidRDefault="00767D30">
          <w:pPr>
            <w:pStyle w:val="TOC2"/>
            <w:tabs>
              <w:tab w:val="right" w:leader="dot" w:pos="8630"/>
            </w:tabs>
            <w:rPr>
              <w:noProof/>
              <w:kern w:val="2"/>
              <w:sz w:val="24"/>
              <w:szCs w:val="24"/>
              <w:lang w:val="en-GB" w:eastAsia="en-GB"/>
              <w14:ligatures w14:val="standardContextual"/>
            </w:rPr>
          </w:pPr>
          <w:hyperlink w:anchor="_Toc237251593" w:history="1">
            <w:r w:rsidRPr="00016846">
              <w:rPr>
                <w:rStyle w:val="Hyperlink"/>
                <w:noProof/>
              </w:rPr>
              <w:t>2.7 Cookies and Privacy</w:t>
            </w:r>
            <w:r>
              <w:rPr>
                <w:noProof/>
                <w:webHidden/>
              </w:rPr>
              <w:tab/>
            </w:r>
            <w:r>
              <w:rPr>
                <w:noProof/>
                <w:webHidden/>
              </w:rPr>
              <w:fldChar w:fldCharType="begin"/>
            </w:r>
            <w:r>
              <w:rPr>
                <w:noProof/>
                <w:webHidden/>
              </w:rPr>
              <w:instrText xml:space="preserve"> PAGEREF _Toc237251593 \h </w:instrText>
            </w:r>
            <w:r>
              <w:rPr>
                <w:noProof/>
                <w:webHidden/>
              </w:rPr>
            </w:r>
            <w:r>
              <w:rPr>
                <w:noProof/>
                <w:webHidden/>
              </w:rPr>
              <w:fldChar w:fldCharType="separate"/>
            </w:r>
            <w:r>
              <w:rPr>
                <w:noProof/>
                <w:webHidden/>
              </w:rPr>
              <w:t>9</w:t>
            </w:r>
            <w:r>
              <w:rPr>
                <w:noProof/>
                <w:webHidden/>
              </w:rPr>
              <w:fldChar w:fldCharType="end"/>
            </w:r>
          </w:hyperlink>
        </w:p>
        <w:p w14:paraId="2938C020" w14:textId="561C11DD" w:rsidR="00767D30" w:rsidRDefault="00767D30">
          <w:pPr>
            <w:pStyle w:val="TOC2"/>
            <w:tabs>
              <w:tab w:val="right" w:leader="dot" w:pos="8630"/>
            </w:tabs>
            <w:rPr>
              <w:noProof/>
              <w:kern w:val="2"/>
              <w:sz w:val="24"/>
              <w:szCs w:val="24"/>
              <w:lang w:val="en-GB" w:eastAsia="en-GB"/>
              <w14:ligatures w14:val="standardContextual"/>
            </w:rPr>
          </w:pPr>
          <w:hyperlink w:anchor="_Toc237251594" w:history="1">
            <w:r w:rsidRPr="00016846">
              <w:rPr>
                <w:rStyle w:val="Hyperlink"/>
                <w:noProof/>
              </w:rPr>
              <w:t>2.8 User Choice</w:t>
            </w:r>
            <w:r>
              <w:rPr>
                <w:noProof/>
                <w:webHidden/>
              </w:rPr>
              <w:tab/>
            </w:r>
            <w:r>
              <w:rPr>
                <w:noProof/>
                <w:webHidden/>
              </w:rPr>
              <w:fldChar w:fldCharType="begin"/>
            </w:r>
            <w:r>
              <w:rPr>
                <w:noProof/>
                <w:webHidden/>
              </w:rPr>
              <w:instrText xml:space="preserve"> PAGEREF _Toc237251594 \h </w:instrText>
            </w:r>
            <w:r>
              <w:rPr>
                <w:noProof/>
                <w:webHidden/>
              </w:rPr>
            </w:r>
            <w:r>
              <w:rPr>
                <w:noProof/>
                <w:webHidden/>
              </w:rPr>
              <w:fldChar w:fldCharType="separate"/>
            </w:r>
            <w:r>
              <w:rPr>
                <w:noProof/>
                <w:webHidden/>
              </w:rPr>
              <w:t>9</w:t>
            </w:r>
            <w:r>
              <w:rPr>
                <w:noProof/>
                <w:webHidden/>
              </w:rPr>
              <w:fldChar w:fldCharType="end"/>
            </w:r>
          </w:hyperlink>
        </w:p>
        <w:p w14:paraId="012F46BF" w14:textId="2F354E5F" w:rsidR="00767D30" w:rsidRDefault="00767D30">
          <w:pPr>
            <w:pStyle w:val="TOC2"/>
            <w:tabs>
              <w:tab w:val="right" w:leader="dot" w:pos="8630"/>
            </w:tabs>
            <w:rPr>
              <w:noProof/>
              <w:kern w:val="2"/>
              <w:sz w:val="24"/>
              <w:szCs w:val="24"/>
              <w:lang w:val="en-GB" w:eastAsia="en-GB"/>
              <w14:ligatures w14:val="standardContextual"/>
            </w:rPr>
          </w:pPr>
          <w:hyperlink w:anchor="_Toc237251595" w:history="1">
            <w:r w:rsidRPr="00016846">
              <w:rPr>
                <w:rStyle w:val="Hyperlink"/>
                <w:noProof/>
              </w:rPr>
              <w:t>2.9 Transparency</w:t>
            </w:r>
            <w:r>
              <w:rPr>
                <w:noProof/>
                <w:webHidden/>
              </w:rPr>
              <w:tab/>
            </w:r>
            <w:r>
              <w:rPr>
                <w:noProof/>
                <w:webHidden/>
              </w:rPr>
              <w:fldChar w:fldCharType="begin"/>
            </w:r>
            <w:r>
              <w:rPr>
                <w:noProof/>
                <w:webHidden/>
              </w:rPr>
              <w:instrText xml:space="preserve"> PAGEREF _Toc237251595 \h </w:instrText>
            </w:r>
            <w:r>
              <w:rPr>
                <w:noProof/>
                <w:webHidden/>
              </w:rPr>
            </w:r>
            <w:r>
              <w:rPr>
                <w:noProof/>
                <w:webHidden/>
              </w:rPr>
              <w:fldChar w:fldCharType="separate"/>
            </w:r>
            <w:r>
              <w:rPr>
                <w:noProof/>
                <w:webHidden/>
              </w:rPr>
              <w:t>9</w:t>
            </w:r>
            <w:r>
              <w:rPr>
                <w:noProof/>
                <w:webHidden/>
              </w:rPr>
              <w:fldChar w:fldCharType="end"/>
            </w:r>
          </w:hyperlink>
        </w:p>
        <w:p w14:paraId="0DB9CCEE" w14:textId="30E4A55C" w:rsidR="00767D30" w:rsidRDefault="00767D30">
          <w:pPr>
            <w:pStyle w:val="TOC2"/>
            <w:tabs>
              <w:tab w:val="right" w:leader="dot" w:pos="8630"/>
            </w:tabs>
            <w:rPr>
              <w:noProof/>
              <w:kern w:val="2"/>
              <w:sz w:val="24"/>
              <w:szCs w:val="24"/>
              <w:lang w:val="en-GB" w:eastAsia="en-GB"/>
              <w14:ligatures w14:val="standardContextual"/>
            </w:rPr>
          </w:pPr>
          <w:hyperlink w:anchor="_Toc237251596" w:history="1">
            <w:r w:rsidRPr="00016846">
              <w:rPr>
                <w:rStyle w:val="Hyperlink"/>
                <w:noProof/>
              </w:rPr>
              <w:t>2.10 Our Commitment</w:t>
            </w:r>
            <w:r>
              <w:rPr>
                <w:noProof/>
                <w:webHidden/>
              </w:rPr>
              <w:tab/>
            </w:r>
            <w:r>
              <w:rPr>
                <w:noProof/>
                <w:webHidden/>
              </w:rPr>
              <w:fldChar w:fldCharType="begin"/>
            </w:r>
            <w:r>
              <w:rPr>
                <w:noProof/>
                <w:webHidden/>
              </w:rPr>
              <w:instrText xml:space="preserve"> PAGEREF _Toc237251596 \h </w:instrText>
            </w:r>
            <w:r>
              <w:rPr>
                <w:noProof/>
                <w:webHidden/>
              </w:rPr>
            </w:r>
            <w:r>
              <w:rPr>
                <w:noProof/>
                <w:webHidden/>
              </w:rPr>
              <w:fldChar w:fldCharType="separate"/>
            </w:r>
            <w:r>
              <w:rPr>
                <w:noProof/>
                <w:webHidden/>
              </w:rPr>
              <w:t>9</w:t>
            </w:r>
            <w:r>
              <w:rPr>
                <w:noProof/>
                <w:webHidden/>
              </w:rPr>
              <w:fldChar w:fldCharType="end"/>
            </w:r>
          </w:hyperlink>
        </w:p>
        <w:p w14:paraId="2BF77B23" w14:textId="3D7DC293" w:rsidR="00767D30" w:rsidRDefault="00767D30">
          <w:pPr>
            <w:pStyle w:val="TOC1"/>
            <w:tabs>
              <w:tab w:val="right" w:leader="dot" w:pos="8630"/>
            </w:tabs>
            <w:rPr>
              <w:noProof/>
              <w:kern w:val="2"/>
              <w:sz w:val="24"/>
              <w:szCs w:val="24"/>
              <w:lang w:val="en-GB" w:eastAsia="en-GB"/>
              <w14:ligatures w14:val="standardContextual"/>
            </w:rPr>
          </w:pPr>
          <w:hyperlink w:anchor="_Toc237251597" w:history="1">
            <w:r w:rsidRPr="00016846">
              <w:rPr>
                <w:rStyle w:val="Hyperlink"/>
                <w:noProof/>
              </w:rPr>
              <w:t>3. How We Use Cookies</w:t>
            </w:r>
            <w:r>
              <w:rPr>
                <w:noProof/>
                <w:webHidden/>
              </w:rPr>
              <w:tab/>
            </w:r>
            <w:r>
              <w:rPr>
                <w:noProof/>
                <w:webHidden/>
              </w:rPr>
              <w:fldChar w:fldCharType="begin"/>
            </w:r>
            <w:r>
              <w:rPr>
                <w:noProof/>
                <w:webHidden/>
              </w:rPr>
              <w:instrText xml:space="preserve"> PAGEREF _Toc237251597 \h </w:instrText>
            </w:r>
            <w:r>
              <w:rPr>
                <w:noProof/>
                <w:webHidden/>
              </w:rPr>
            </w:r>
            <w:r>
              <w:rPr>
                <w:noProof/>
                <w:webHidden/>
              </w:rPr>
              <w:fldChar w:fldCharType="separate"/>
            </w:r>
            <w:r>
              <w:rPr>
                <w:noProof/>
                <w:webHidden/>
              </w:rPr>
              <w:t>9</w:t>
            </w:r>
            <w:r>
              <w:rPr>
                <w:noProof/>
                <w:webHidden/>
              </w:rPr>
              <w:fldChar w:fldCharType="end"/>
            </w:r>
          </w:hyperlink>
        </w:p>
        <w:p w14:paraId="503BC74A" w14:textId="0A6A87FC" w:rsidR="00767D30" w:rsidRDefault="00767D30">
          <w:pPr>
            <w:pStyle w:val="TOC2"/>
            <w:tabs>
              <w:tab w:val="right" w:leader="dot" w:pos="8630"/>
            </w:tabs>
            <w:rPr>
              <w:noProof/>
              <w:kern w:val="2"/>
              <w:sz w:val="24"/>
              <w:szCs w:val="24"/>
              <w:lang w:val="en-GB" w:eastAsia="en-GB"/>
              <w14:ligatures w14:val="standardContextual"/>
            </w:rPr>
          </w:pPr>
          <w:hyperlink w:anchor="_Toc237251598" w:history="1">
            <w:r w:rsidRPr="00016846">
              <w:rPr>
                <w:rStyle w:val="Hyperlink"/>
                <w:noProof/>
              </w:rPr>
              <w:t>3.1 Essential Cookies</w:t>
            </w:r>
            <w:r>
              <w:rPr>
                <w:noProof/>
                <w:webHidden/>
              </w:rPr>
              <w:tab/>
            </w:r>
            <w:r>
              <w:rPr>
                <w:noProof/>
                <w:webHidden/>
              </w:rPr>
              <w:fldChar w:fldCharType="begin"/>
            </w:r>
            <w:r>
              <w:rPr>
                <w:noProof/>
                <w:webHidden/>
              </w:rPr>
              <w:instrText xml:space="preserve"> PAGEREF _Toc237251598 \h </w:instrText>
            </w:r>
            <w:r>
              <w:rPr>
                <w:noProof/>
                <w:webHidden/>
              </w:rPr>
            </w:r>
            <w:r>
              <w:rPr>
                <w:noProof/>
                <w:webHidden/>
              </w:rPr>
              <w:fldChar w:fldCharType="separate"/>
            </w:r>
            <w:r>
              <w:rPr>
                <w:noProof/>
                <w:webHidden/>
              </w:rPr>
              <w:t>10</w:t>
            </w:r>
            <w:r>
              <w:rPr>
                <w:noProof/>
                <w:webHidden/>
              </w:rPr>
              <w:fldChar w:fldCharType="end"/>
            </w:r>
          </w:hyperlink>
        </w:p>
        <w:p w14:paraId="205954B6" w14:textId="6F0C03A4" w:rsidR="00767D30" w:rsidRDefault="00767D30">
          <w:pPr>
            <w:pStyle w:val="TOC2"/>
            <w:tabs>
              <w:tab w:val="right" w:leader="dot" w:pos="8630"/>
            </w:tabs>
            <w:rPr>
              <w:noProof/>
              <w:kern w:val="2"/>
              <w:sz w:val="24"/>
              <w:szCs w:val="24"/>
              <w:lang w:val="en-GB" w:eastAsia="en-GB"/>
              <w14:ligatures w14:val="standardContextual"/>
            </w:rPr>
          </w:pPr>
          <w:hyperlink w:anchor="_Toc237251599" w:history="1">
            <w:r w:rsidRPr="00016846">
              <w:rPr>
                <w:rStyle w:val="Hyperlink"/>
                <w:noProof/>
              </w:rPr>
              <w:t>3.2 Functional Cookies</w:t>
            </w:r>
            <w:r>
              <w:rPr>
                <w:noProof/>
                <w:webHidden/>
              </w:rPr>
              <w:tab/>
            </w:r>
            <w:r>
              <w:rPr>
                <w:noProof/>
                <w:webHidden/>
              </w:rPr>
              <w:fldChar w:fldCharType="begin"/>
            </w:r>
            <w:r>
              <w:rPr>
                <w:noProof/>
                <w:webHidden/>
              </w:rPr>
              <w:instrText xml:space="preserve"> PAGEREF _Toc237251599 \h </w:instrText>
            </w:r>
            <w:r>
              <w:rPr>
                <w:noProof/>
                <w:webHidden/>
              </w:rPr>
            </w:r>
            <w:r>
              <w:rPr>
                <w:noProof/>
                <w:webHidden/>
              </w:rPr>
              <w:fldChar w:fldCharType="separate"/>
            </w:r>
            <w:r>
              <w:rPr>
                <w:noProof/>
                <w:webHidden/>
              </w:rPr>
              <w:t>10</w:t>
            </w:r>
            <w:r>
              <w:rPr>
                <w:noProof/>
                <w:webHidden/>
              </w:rPr>
              <w:fldChar w:fldCharType="end"/>
            </w:r>
          </w:hyperlink>
        </w:p>
        <w:p w14:paraId="1E139ECA" w14:textId="36E7B12B" w:rsidR="00767D30" w:rsidRDefault="00767D30">
          <w:pPr>
            <w:pStyle w:val="TOC2"/>
            <w:tabs>
              <w:tab w:val="right" w:leader="dot" w:pos="8630"/>
            </w:tabs>
            <w:rPr>
              <w:noProof/>
              <w:kern w:val="2"/>
              <w:sz w:val="24"/>
              <w:szCs w:val="24"/>
              <w:lang w:val="en-GB" w:eastAsia="en-GB"/>
              <w14:ligatures w14:val="standardContextual"/>
            </w:rPr>
          </w:pPr>
          <w:hyperlink w:anchor="_Toc237251600" w:history="1">
            <w:r w:rsidRPr="00016846">
              <w:rPr>
                <w:rStyle w:val="Hyperlink"/>
                <w:noProof/>
              </w:rPr>
              <w:t>3.3 Performance and Analytics Cookies</w:t>
            </w:r>
            <w:r>
              <w:rPr>
                <w:noProof/>
                <w:webHidden/>
              </w:rPr>
              <w:tab/>
            </w:r>
            <w:r>
              <w:rPr>
                <w:noProof/>
                <w:webHidden/>
              </w:rPr>
              <w:fldChar w:fldCharType="begin"/>
            </w:r>
            <w:r>
              <w:rPr>
                <w:noProof/>
                <w:webHidden/>
              </w:rPr>
              <w:instrText xml:space="preserve"> PAGEREF _Toc237251600 \h </w:instrText>
            </w:r>
            <w:r>
              <w:rPr>
                <w:noProof/>
                <w:webHidden/>
              </w:rPr>
            </w:r>
            <w:r>
              <w:rPr>
                <w:noProof/>
                <w:webHidden/>
              </w:rPr>
              <w:fldChar w:fldCharType="separate"/>
            </w:r>
            <w:r>
              <w:rPr>
                <w:noProof/>
                <w:webHidden/>
              </w:rPr>
              <w:t>10</w:t>
            </w:r>
            <w:r>
              <w:rPr>
                <w:noProof/>
                <w:webHidden/>
              </w:rPr>
              <w:fldChar w:fldCharType="end"/>
            </w:r>
          </w:hyperlink>
        </w:p>
        <w:p w14:paraId="71BF6899" w14:textId="5A1404CC" w:rsidR="00767D30" w:rsidRDefault="00767D30">
          <w:pPr>
            <w:pStyle w:val="TOC2"/>
            <w:tabs>
              <w:tab w:val="right" w:leader="dot" w:pos="8630"/>
            </w:tabs>
            <w:rPr>
              <w:noProof/>
              <w:kern w:val="2"/>
              <w:sz w:val="24"/>
              <w:szCs w:val="24"/>
              <w:lang w:val="en-GB" w:eastAsia="en-GB"/>
              <w14:ligatures w14:val="standardContextual"/>
            </w:rPr>
          </w:pPr>
          <w:hyperlink w:anchor="_Toc237251601" w:history="1">
            <w:r w:rsidRPr="00016846">
              <w:rPr>
                <w:rStyle w:val="Hyperlink"/>
                <w:noProof/>
              </w:rPr>
              <w:t>3.4 Security Cookies</w:t>
            </w:r>
            <w:r>
              <w:rPr>
                <w:noProof/>
                <w:webHidden/>
              </w:rPr>
              <w:tab/>
            </w:r>
            <w:r>
              <w:rPr>
                <w:noProof/>
                <w:webHidden/>
              </w:rPr>
              <w:fldChar w:fldCharType="begin"/>
            </w:r>
            <w:r>
              <w:rPr>
                <w:noProof/>
                <w:webHidden/>
              </w:rPr>
              <w:instrText xml:space="preserve"> PAGEREF _Toc237251601 \h </w:instrText>
            </w:r>
            <w:r>
              <w:rPr>
                <w:noProof/>
                <w:webHidden/>
              </w:rPr>
            </w:r>
            <w:r>
              <w:rPr>
                <w:noProof/>
                <w:webHidden/>
              </w:rPr>
              <w:fldChar w:fldCharType="separate"/>
            </w:r>
            <w:r>
              <w:rPr>
                <w:noProof/>
                <w:webHidden/>
              </w:rPr>
              <w:t>11</w:t>
            </w:r>
            <w:r>
              <w:rPr>
                <w:noProof/>
                <w:webHidden/>
              </w:rPr>
              <w:fldChar w:fldCharType="end"/>
            </w:r>
          </w:hyperlink>
        </w:p>
        <w:p w14:paraId="571C9EC8" w14:textId="3C2A7708" w:rsidR="00767D30" w:rsidRDefault="00767D30">
          <w:pPr>
            <w:pStyle w:val="TOC2"/>
            <w:tabs>
              <w:tab w:val="right" w:leader="dot" w:pos="8630"/>
            </w:tabs>
            <w:rPr>
              <w:noProof/>
              <w:kern w:val="2"/>
              <w:sz w:val="24"/>
              <w:szCs w:val="24"/>
              <w:lang w:val="en-GB" w:eastAsia="en-GB"/>
              <w14:ligatures w14:val="standardContextual"/>
            </w:rPr>
          </w:pPr>
          <w:hyperlink w:anchor="_Toc237251602" w:history="1">
            <w:r w:rsidRPr="00016846">
              <w:rPr>
                <w:rStyle w:val="Hyperlink"/>
                <w:noProof/>
              </w:rPr>
              <w:t>3.5 Preference Cookies</w:t>
            </w:r>
            <w:r>
              <w:rPr>
                <w:noProof/>
                <w:webHidden/>
              </w:rPr>
              <w:tab/>
            </w:r>
            <w:r>
              <w:rPr>
                <w:noProof/>
                <w:webHidden/>
              </w:rPr>
              <w:fldChar w:fldCharType="begin"/>
            </w:r>
            <w:r>
              <w:rPr>
                <w:noProof/>
                <w:webHidden/>
              </w:rPr>
              <w:instrText xml:space="preserve"> PAGEREF _Toc237251602 \h </w:instrText>
            </w:r>
            <w:r>
              <w:rPr>
                <w:noProof/>
                <w:webHidden/>
              </w:rPr>
            </w:r>
            <w:r>
              <w:rPr>
                <w:noProof/>
                <w:webHidden/>
              </w:rPr>
              <w:fldChar w:fldCharType="separate"/>
            </w:r>
            <w:r>
              <w:rPr>
                <w:noProof/>
                <w:webHidden/>
              </w:rPr>
              <w:t>11</w:t>
            </w:r>
            <w:r>
              <w:rPr>
                <w:noProof/>
                <w:webHidden/>
              </w:rPr>
              <w:fldChar w:fldCharType="end"/>
            </w:r>
          </w:hyperlink>
        </w:p>
        <w:p w14:paraId="00043966" w14:textId="74C26293" w:rsidR="00767D30" w:rsidRDefault="00767D30">
          <w:pPr>
            <w:pStyle w:val="TOC2"/>
            <w:tabs>
              <w:tab w:val="right" w:leader="dot" w:pos="8630"/>
            </w:tabs>
            <w:rPr>
              <w:noProof/>
              <w:kern w:val="2"/>
              <w:sz w:val="24"/>
              <w:szCs w:val="24"/>
              <w:lang w:val="en-GB" w:eastAsia="en-GB"/>
              <w14:ligatures w14:val="standardContextual"/>
            </w:rPr>
          </w:pPr>
          <w:hyperlink w:anchor="_Toc237251603" w:history="1">
            <w:r w:rsidRPr="00016846">
              <w:rPr>
                <w:rStyle w:val="Hyperlink"/>
                <w:noProof/>
              </w:rPr>
              <w:t>3.6 Improving the Platform</w:t>
            </w:r>
            <w:r>
              <w:rPr>
                <w:noProof/>
                <w:webHidden/>
              </w:rPr>
              <w:tab/>
            </w:r>
            <w:r>
              <w:rPr>
                <w:noProof/>
                <w:webHidden/>
              </w:rPr>
              <w:fldChar w:fldCharType="begin"/>
            </w:r>
            <w:r>
              <w:rPr>
                <w:noProof/>
                <w:webHidden/>
              </w:rPr>
              <w:instrText xml:space="preserve"> PAGEREF _Toc237251603 \h </w:instrText>
            </w:r>
            <w:r>
              <w:rPr>
                <w:noProof/>
                <w:webHidden/>
              </w:rPr>
            </w:r>
            <w:r>
              <w:rPr>
                <w:noProof/>
                <w:webHidden/>
              </w:rPr>
              <w:fldChar w:fldCharType="separate"/>
            </w:r>
            <w:r>
              <w:rPr>
                <w:noProof/>
                <w:webHidden/>
              </w:rPr>
              <w:t>11</w:t>
            </w:r>
            <w:r>
              <w:rPr>
                <w:noProof/>
                <w:webHidden/>
              </w:rPr>
              <w:fldChar w:fldCharType="end"/>
            </w:r>
          </w:hyperlink>
        </w:p>
        <w:p w14:paraId="3D1AB042" w14:textId="2ABA8E47" w:rsidR="00767D30" w:rsidRDefault="00767D30">
          <w:pPr>
            <w:pStyle w:val="TOC2"/>
            <w:tabs>
              <w:tab w:val="right" w:leader="dot" w:pos="8630"/>
            </w:tabs>
            <w:rPr>
              <w:noProof/>
              <w:kern w:val="2"/>
              <w:sz w:val="24"/>
              <w:szCs w:val="24"/>
              <w:lang w:val="en-GB" w:eastAsia="en-GB"/>
              <w14:ligatures w14:val="standardContextual"/>
            </w:rPr>
          </w:pPr>
          <w:hyperlink w:anchor="_Toc237251604" w:history="1">
            <w:r w:rsidRPr="00016846">
              <w:rPr>
                <w:rStyle w:val="Hyperlink"/>
                <w:noProof/>
              </w:rPr>
              <w:t>3.7 Lawful Use of Cookies</w:t>
            </w:r>
            <w:r>
              <w:rPr>
                <w:noProof/>
                <w:webHidden/>
              </w:rPr>
              <w:tab/>
            </w:r>
            <w:r>
              <w:rPr>
                <w:noProof/>
                <w:webHidden/>
              </w:rPr>
              <w:fldChar w:fldCharType="begin"/>
            </w:r>
            <w:r>
              <w:rPr>
                <w:noProof/>
                <w:webHidden/>
              </w:rPr>
              <w:instrText xml:space="preserve"> PAGEREF _Toc237251604 \h </w:instrText>
            </w:r>
            <w:r>
              <w:rPr>
                <w:noProof/>
                <w:webHidden/>
              </w:rPr>
            </w:r>
            <w:r>
              <w:rPr>
                <w:noProof/>
                <w:webHidden/>
              </w:rPr>
              <w:fldChar w:fldCharType="separate"/>
            </w:r>
            <w:r>
              <w:rPr>
                <w:noProof/>
                <w:webHidden/>
              </w:rPr>
              <w:t>12</w:t>
            </w:r>
            <w:r>
              <w:rPr>
                <w:noProof/>
                <w:webHidden/>
              </w:rPr>
              <w:fldChar w:fldCharType="end"/>
            </w:r>
          </w:hyperlink>
        </w:p>
        <w:p w14:paraId="43E8A247" w14:textId="4A45B651" w:rsidR="00767D30" w:rsidRDefault="00767D30">
          <w:pPr>
            <w:pStyle w:val="TOC2"/>
            <w:tabs>
              <w:tab w:val="right" w:leader="dot" w:pos="8630"/>
            </w:tabs>
            <w:rPr>
              <w:noProof/>
              <w:kern w:val="2"/>
              <w:sz w:val="24"/>
              <w:szCs w:val="24"/>
              <w:lang w:val="en-GB" w:eastAsia="en-GB"/>
              <w14:ligatures w14:val="standardContextual"/>
            </w:rPr>
          </w:pPr>
          <w:hyperlink w:anchor="_Toc237251605" w:history="1">
            <w:r w:rsidRPr="00016846">
              <w:rPr>
                <w:rStyle w:val="Hyperlink"/>
                <w:noProof/>
              </w:rPr>
              <w:t>3.8 User Control</w:t>
            </w:r>
            <w:r>
              <w:rPr>
                <w:noProof/>
                <w:webHidden/>
              </w:rPr>
              <w:tab/>
            </w:r>
            <w:r>
              <w:rPr>
                <w:noProof/>
                <w:webHidden/>
              </w:rPr>
              <w:fldChar w:fldCharType="begin"/>
            </w:r>
            <w:r>
              <w:rPr>
                <w:noProof/>
                <w:webHidden/>
              </w:rPr>
              <w:instrText xml:space="preserve"> PAGEREF _Toc237251605 \h </w:instrText>
            </w:r>
            <w:r>
              <w:rPr>
                <w:noProof/>
                <w:webHidden/>
              </w:rPr>
            </w:r>
            <w:r>
              <w:rPr>
                <w:noProof/>
                <w:webHidden/>
              </w:rPr>
              <w:fldChar w:fldCharType="separate"/>
            </w:r>
            <w:r>
              <w:rPr>
                <w:noProof/>
                <w:webHidden/>
              </w:rPr>
              <w:t>12</w:t>
            </w:r>
            <w:r>
              <w:rPr>
                <w:noProof/>
                <w:webHidden/>
              </w:rPr>
              <w:fldChar w:fldCharType="end"/>
            </w:r>
          </w:hyperlink>
        </w:p>
        <w:p w14:paraId="4EA65E60" w14:textId="2AE58E8C" w:rsidR="00767D30" w:rsidRDefault="00767D30">
          <w:pPr>
            <w:pStyle w:val="TOC2"/>
            <w:tabs>
              <w:tab w:val="right" w:leader="dot" w:pos="8630"/>
            </w:tabs>
            <w:rPr>
              <w:noProof/>
              <w:kern w:val="2"/>
              <w:sz w:val="24"/>
              <w:szCs w:val="24"/>
              <w:lang w:val="en-GB" w:eastAsia="en-GB"/>
              <w14:ligatures w14:val="standardContextual"/>
            </w:rPr>
          </w:pPr>
          <w:hyperlink w:anchor="_Toc237251606" w:history="1">
            <w:r w:rsidRPr="00016846">
              <w:rPr>
                <w:rStyle w:val="Hyperlink"/>
                <w:noProof/>
              </w:rPr>
              <w:t>3.9 Transparency</w:t>
            </w:r>
            <w:r>
              <w:rPr>
                <w:noProof/>
                <w:webHidden/>
              </w:rPr>
              <w:tab/>
            </w:r>
            <w:r>
              <w:rPr>
                <w:noProof/>
                <w:webHidden/>
              </w:rPr>
              <w:fldChar w:fldCharType="begin"/>
            </w:r>
            <w:r>
              <w:rPr>
                <w:noProof/>
                <w:webHidden/>
              </w:rPr>
              <w:instrText xml:space="preserve"> PAGEREF _Toc237251606 \h </w:instrText>
            </w:r>
            <w:r>
              <w:rPr>
                <w:noProof/>
                <w:webHidden/>
              </w:rPr>
            </w:r>
            <w:r>
              <w:rPr>
                <w:noProof/>
                <w:webHidden/>
              </w:rPr>
              <w:fldChar w:fldCharType="separate"/>
            </w:r>
            <w:r>
              <w:rPr>
                <w:noProof/>
                <w:webHidden/>
              </w:rPr>
              <w:t>12</w:t>
            </w:r>
            <w:r>
              <w:rPr>
                <w:noProof/>
                <w:webHidden/>
              </w:rPr>
              <w:fldChar w:fldCharType="end"/>
            </w:r>
          </w:hyperlink>
        </w:p>
        <w:p w14:paraId="5F7F67E2" w14:textId="426C0737" w:rsidR="00767D30" w:rsidRDefault="00767D30">
          <w:pPr>
            <w:pStyle w:val="TOC2"/>
            <w:tabs>
              <w:tab w:val="right" w:leader="dot" w:pos="8630"/>
            </w:tabs>
            <w:rPr>
              <w:noProof/>
              <w:kern w:val="2"/>
              <w:sz w:val="24"/>
              <w:szCs w:val="24"/>
              <w:lang w:val="en-GB" w:eastAsia="en-GB"/>
              <w14:ligatures w14:val="standardContextual"/>
            </w:rPr>
          </w:pPr>
          <w:hyperlink w:anchor="_Toc237251607" w:history="1">
            <w:r w:rsidRPr="00016846">
              <w:rPr>
                <w:rStyle w:val="Hyperlink"/>
                <w:noProof/>
              </w:rPr>
              <w:t>3.10 Our Commitment</w:t>
            </w:r>
            <w:r>
              <w:rPr>
                <w:noProof/>
                <w:webHidden/>
              </w:rPr>
              <w:tab/>
            </w:r>
            <w:r>
              <w:rPr>
                <w:noProof/>
                <w:webHidden/>
              </w:rPr>
              <w:fldChar w:fldCharType="begin"/>
            </w:r>
            <w:r>
              <w:rPr>
                <w:noProof/>
                <w:webHidden/>
              </w:rPr>
              <w:instrText xml:space="preserve"> PAGEREF _Toc237251607 \h </w:instrText>
            </w:r>
            <w:r>
              <w:rPr>
                <w:noProof/>
                <w:webHidden/>
              </w:rPr>
            </w:r>
            <w:r>
              <w:rPr>
                <w:noProof/>
                <w:webHidden/>
              </w:rPr>
              <w:fldChar w:fldCharType="separate"/>
            </w:r>
            <w:r>
              <w:rPr>
                <w:noProof/>
                <w:webHidden/>
              </w:rPr>
              <w:t>12</w:t>
            </w:r>
            <w:r>
              <w:rPr>
                <w:noProof/>
                <w:webHidden/>
              </w:rPr>
              <w:fldChar w:fldCharType="end"/>
            </w:r>
          </w:hyperlink>
        </w:p>
        <w:p w14:paraId="35C12F3B" w14:textId="6EBB10B0" w:rsidR="00767D30" w:rsidRDefault="00767D30">
          <w:pPr>
            <w:pStyle w:val="TOC1"/>
            <w:tabs>
              <w:tab w:val="right" w:leader="dot" w:pos="8630"/>
            </w:tabs>
            <w:rPr>
              <w:noProof/>
              <w:kern w:val="2"/>
              <w:sz w:val="24"/>
              <w:szCs w:val="24"/>
              <w:lang w:val="en-GB" w:eastAsia="en-GB"/>
              <w14:ligatures w14:val="standardContextual"/>
            </w:rPr>
          </w:pPr>
          <w:hyperlink w:anchor="_Toc237251608" w:history="1">
            <w:r w:rsidRPr="00016846">
              <w:rPr>
                <w:rStyle w:val="Hyperlink"/>
                <w:noProof/>
              </w:rPr>
              <w:t>4. Types of Cookies We Use</w:t>
            </w:r>
            <w:r>
              <w:rPr>
                <w:noProof/>
                <w:webHidden/>
              </w:rPr>
              <w:tab/>
            </w:r>
            <w:r>
              <w:rPr>
                <w:noProof/>
                <w:webHidden/>
              </w:rPr>
              <w:fldChar w:fldCharType="begin"/>
            </w:r>
            <w:r>
              <w:rPr>
                <w:noProof/>
                <w:webHidden/>
              </w:rPr>
              <w:instrText xml:space="preserve"> PAGEREF _Toc237251608 \h </w:instrText>
            </w:r>
            <w:r>
              <w:rPr>
                <w:noProof/>
                <w:webHidden/>
              </w:rPr>
            </w:r>
            <w:r>
              <w:rPr>
                <w:noProof/>
                <w:webHidden/>
              </w:rPr>
              <w:fldChar w:fldCharType="separate"/>
            </w:r>
            <w:r>
              <w:rPr>
                <w:noProof/>
                <w:webHidden/>
              </w:rPr>
              <w:t>12</w:t>
            </w:r>
            <w:r>
              <w:rPr>
                <w:noProof/>
                <w:webHidden/>
              </w:rPr>
              <w:fldChar w:fldCharType="end"/>
            </w:r>
          </w:hyperlink>
        </w:p>
        <w:p w14:paraId="4F3DB403" w14:textId="0D67C6C7" w:rsidR="00767D30" w:rsidRDefault="00767D30">
          <w:pPr>
            <w:pStyle w:val="TOC2"/>
            <w:tabs>
              <w:tab w:val="right" w:leader="dot" w:pos="8630"/>
            </w:tabs>
            <w:rPr>
              <w:noProof/>
              <w:kern w:val="2"/>
              <w:sz w:val="24"/>
              <w:szCs w:val="24"/>
              <w:lang w:val="en-GB" w:eastAsia="en-GB"/>
              <w14:ligatures w14:val="standardContextual"/>
            </w:rPr>
          </w:pPr>
          <w:hyperlink w:anchor="_Toc237251609" w:history="1">
            <w:r w:rsidRPr="00016846">
              <w:rPr>
                <w:rStyle w:val="Hyperlink"/>
                <w:noProof/>
              </w:rPr>
              <w:t>4.1 Strictly Necessary Cookies</w:t>
            </w:r>
            <w:r>
              <w:rPr>
                <w:noProof/>
                <w:webHidden/>
              </w:rPr>
              <w:tab/>
            </w:r>
            <w:r>
              <w:rPr>
                <w:noProof/>
                <w:webHidden/>
              </w:rPr>
              <w:fldChar w:fldCharType="begin"/>
            </w:r>
            <w:r>
              <w:rPr>
                <w:noProof/>
                <w:webHidden/>
              </w:rPr>
              <w:instrText xml:space="preserve"> PAGEREF _Toc237251609 \h </w:instrText>
            </w:r>
            <w:r>
              <w:rPr>
                <w:noProof/>
                <w:webHidden/>
              </w:rPr>
            </w:r>
            <w:r>
              <w:rPr>
                <w:noProof/>
                <w:webHidden/>
              </w:rPr>
              <w:fldChar w:fldCharType="separate"/>
            </w:r>
            <w:r>
              <w:rPr>
                <w:noProof/>
                <w:webHidden/>
              </w:rPr>
              <w:t>13</w:t>
            </w:r>
            <w:r>
              <w:rPr>
                <w:noProof/>
                <w:webHidden/>
              </w:rPr>
              <w:fldChar w:fldCharType="end"/>
            </w:r>
          </w:hyperlink>
        </w:p>
        <w:p w14:paraId="0D2FBF2B" w14:textId="140796B7" w:rsidR="00767D30" w:rsidRDefault="00767D30">
          <w:pPr>
            <w:pStyle w:val="TOC2"/>
            <w:tabs>
              <w:tab w:val="right" w:leader="dot" w:pos="8630"/>
            </w:tabs>
            <w:rPr>
              <w:noProof/>
              <w:kern w:val="2"/>
              <w:sz w:val="24"/>
              <w:szCs w:val="24"/>
              <w:lang w:val="en-GB" w:eastAsia="en-GB"/>
              <w14:ligatures w14:val="standardContextual"/>
            </w:rPr>
          </w:pPr>
          <w:hyperlink w:anchor="_Toc237251610" w:history="1">
            <w:r w:rsidRPr="00016846">
              <w:rPr>
                <w:rStyle w:val="Hyperlink"/>
                <w:noProof/>
              </w:rPr>
              <w:t>4.2 Functional Cookies</w:t>
            </w:r>
            <w:r>
              <w:rPr>
                <w:noProof/>
                <w:webHidden/>
              </w:rPr>
              <w:tab/>
            </w:r>
            <w:r>
              <w:rPr>
                <w:noProof/>
                <w:webHidden/>
              </w:rPr>
              <w:fldChar w:fldCharType="begin"/>
            </w:r>
            <w:r>
              <w:rPr>
                <w:noProof/>
                <w:webHidden/>
              </w:rPr>
              <w:instrText xml:space="preserve"> PAGEREF _Toc237251610 \h </w:instrText>
            </w:r>
            <w:r>
              <w:rPr>
                <w:noProof/>
                <w:webHidden/>
              </w:rPr>
            </w:r>
            <w:r>
              <w:rPr>
                <w:noProof/>
                <w:webHidden/>
              </w:rPr>
              <w:fldChar w:fldCharType="separate"/>
            </w:r>
            <w:r>
              <w:rPr>
                <w:noProof/>
                <w:webHidden/>
              </w:rPr>
              <w:t>13</w:t>
            </w:r>
            <w:r>
              <w:rPr>
                <w:noProof/>
                <w:webHidden/>
              </w:rPr>
              <w:fldChar w:fldCharType="end"/>
            </w:r>
          </w:hyperlink>
        </w:p>
        <w:p w14:paraId="7BC5938F" w14:textId="3A630DFA" w:rsidR="00767D30" w:rsidRDefault="00767D30">
          <w:pPr>
            <w:pStyle w:val="TOC2"/>
            <w:tabs>
              <w:tab w:val="right" w:leader="dot" w:pos="8630"/>
            </w:tabs>
            <w:rPr>
              <w:noProof/>
              <w:kern w:val="2"/>
              <w:sz w:val="24"/>
              <w:szCs w:val="24"/>
              <w:lang w:val="en-GB" w:eastAsia="en-GB"/>
              <w14:ligatures w14:val="standardContextual"/>
            </w:rPr>
          </w:pPr>
          <w:hyperlink w:anchor="_Toc237251611" w:history="1">
            <w:r w:rsidRPr="00016846">
              <w:rPr>
                <w:rStyle w:val="Hyperlink"/>
                <w:noProof/>
              </w:rPr>
              <w:t>4.3 Performance Cookies</w:t>
            </w:r>
            <w:r>
              <w:rPr>
                <w:noProof/>
                <w:webHidden/>
              </w:rPr>
              <w:tab/>
            </w:r>
            <w:r>
              <w:rPr>
                <w:noProof/>
                <w:webHidden/>
              </w:rPr>
              <w:fldChar w:fldCharType="begin"/>
            </w:r>
            <w:r>
              <w:rPr>
                <w:noProof/>
                <w:webHidden/>
              </w:rPr>
              <w:instrText xml:space="preserve"> PAGEREF _Toc237251611 \h </w:instrText>
            </w:r>
            <w:r>
              <w:rPr>
                <w:noProof/>
                <w:webHidden/>
              </w:rPr>
            </w:r>
            <w:r>
              <w:rPr>
                <w:noProof/>
                <w:webHidden/>
              </w:rPr>
              <w:fldChar w:fldCharType="separate"/>
            </w:r>
            <w:r>
              <w:rPr>
                <w:noProof/>
                <w:webHidden/>
              </w:rPr>
              <w:t>13</w:t>
            </w:r>
            <w:r>
              <w:rPr>
                <w:noProof/>
                <w:webHidden/>
              </w:rPr>
              <w:fldChar w:fldCharType="end"/>
            </w:r>
          </w:hyperlink>
        </w:p>
        <w:p w14:paraId="65BAC4F7" w14:textId="52B3049E" w:rsidR="00767D30" w:rsidRDefault="00767D30">
          <w:pPr>
            <w:pStyle w:val="TOC2"/>
            <w:tabs>
              <w:tab w:val="right" w:leader="dot" w:pos="8630"/>
            </w:tabs>
            <w:rPr>
              <w:noProof/>
              <w:kern w:val="2"/>
              <w:sz w:val="24"/>
              <w:szCs w:val="24"/>
              <w:lang w:val="en-GB" w:eastAsia="en-GB"/>
              <w14:ligatures w14:val="standardContextual"/>
            </w:rPr>
          </w:pPr>
          <w:hyperlink w:anchor="_Toc237251612" w:history="1">
            <w:r w:rsidRPr="00016846">
              <w:rPr>
                <w:rStyle w:val="Hyperlink"/>
                <w:noProof/>
              </w:rPr>
              <w:t>4.4 Analytics Cookies</w:t>
            </w:r>
            <w:r>
              <w:rPr>
                <w:noProof/>
                <w:webHidden/>
              </w:rPr>
              <w:tab/>
            </w:r>
            <w:r>
              <w:rPr>
                <w:noProof/>
                <w:webHidden/>
              </w:rPr>
              <w:fldChar w:fldCharType="begin"/>
            </w:r>
            <w:r>
              <w:rPr>
                <w:noProof/>
                <w:webHidden/>
              </w:rPr>
              <w:instrText xml:space="preserve"> PAGEREF _Toc237251612 \h </w:instrText>
            </w:r>
            <w:r>
              <w:rPr>
                <w:noProof/>
                <w:webHidden/>
              </w:rPr>
            </w:r>
            <w:r>
              <w:rPr>
                <w:noProof/>
                <w:webHidden/>
              </w:rPr>
              <w:fldChar w:fldCharType="separate"/>
            </w:r>
            <w:r>
              <w:rPr>
                <w:noProof/>
                <w:webHidden/>
              </w:rPr>
              <w:t>14</w:t>
            </w:r>
            <w:r>
              <w:rPr>
                <w:noProof/>
                <w:webHidden/>
              </w:rPr>
              <w:fldChar w:fldCharType="end"/>
            </w:r>
          </w:hyperlink>
        </w:p>
        <w:p w14:paraId="492326D9" w14:textId="7F3184F5" w:rsidR="00767D30" w:rsidRDefault="00767D30">
          <w:pPr>
            <w:pStyle w:val="TOC2"/>
            <w:tabs>
              <w:tab w:val="right" w:leader="dot" w:pos="8630"/>
            </w:tabs>
            <w:rPr>
              <w:noProof/>
              <w:kern w:val="2"/>
              <w:sz w:val="24"/>
              <w:szCs w:val="24"/>
              <w:lang w:val="en-GB" w:eastAsia="en-GB"/>
              <w14:ligatures w14:val="standardContextual"/>
            </w:rPr>
          </w:pPr>
          <w:hyperlink w:anchor="_Toc237251613" w:history="1">
            <w:r w:rsidRPr="00016846">
              <w:rPr>
                <w:rStyle w:val="Hyperlink"/>
                <w:noProof/>
              </w:rPr>
              <w:t>4.5 Third-Party Cookies</w:t>
            </w:r>
            <w:r>
              <w:rPr>
                <w:noProof/>
                <w:webHidden/>
              </w:rPr>
              <w:tab/>
            </w:r>
            <w:r>
              <w:rPr>
                <w:noProof/>
                <w:webHidden/>
              </w:rPr>
              <w:fldChar w:fldCharType="begin"/>
            </w:r>
            <w:r>
              <w:rPr>
                <w:noProof/>
                <w:webHidden/>
              </w:rPr>
              <w:instrText xml:space="preserve"> PAGEREF _Toc237251613 \h </w:instrText>
            </w:r>
            <w:r>
              <w:rPr>
                <w:noProof/>
                <w:webHidden/>
              </w:rPr>
            </w:r>
            <w:r>
              <w:rPr>
                <w:noProof/>
                <w:webHidden/>
              </w:rPr>
              <w:fldChar w:fldCharType="separate"/>
            </w:r>
            <w:r>
              <w:rPr>
                <w:noProof/>
                <w:webHidden/>
              </w:rPr>
              <w:t>14</w:t>
            </w:r>
            <w:r>
              <w:rPr>
                <w:noProof/>
                <w:webHidden/>
              </w:rPr>
              <w:fldChar w:fldCharType="end"/>
            </w:r>
          </w:hyperlink>
        </w:p>
        <w:p w14:paraId="64963AFB" w14:textId="4E1CDC22" w:rsidR="00767D30" w:rsidRDefault="00767D30">
          <w:pPr>
            <w:pStyle w:val="TOC2"/>
            <w:tabs>
              <w:tab w:val="right" w:leader="dot" w:pos="8630"/>
            </w:tabs>
            <w:rPr>
              <w:noProof/>
              <w:kern w:val="2"/>
              <w:sz w:val="24"/>
              <w:szCs w:val="24"/>
              <w:lang w:val="en-GB" w:eastAsia="en-GB"/>
              <w14:ligatures w14:val="standardContextual"/>
            </w:rPr>
          </w:pPr>
          <w:hyperlink w:anchor="_Toc237251614" w:history="1">
            <w:r w:rsidRPr="00016846">
              <w:rPr>
                <w:rStyle w:val="Hyperlink"/>
                <w:noProof/>
              </w:rPr>
              <w:t>4.6 Cookie Duration</w:t>
            </w:r>
            <w:r>
              <w:rPr>
                <w:noProof/>
                <w:webHidden/>
              </w:rPr>
              <w:tab/>
            </w:r>
            <w:r>
              <w:rPr>
                <w:noProof/>
                <w:webHidden/>
              </w:rPr>
              <w:fldChar w:fldCharType="begin"/>
            </w:r>
            <w:r>
              <w:rPr>
                <w:noProof/>
                <w:webHidden/>
              </w:rPr>
              <w:instrText xml:space="preserve"> PAGEREF _Toc237251614 \h </w:instrText>
            </w:r>
            <w:r>
              <w:rPr>
                <w:noProof/>
                <w:webHidden/>
              </w:rPr>
            </w:r>
            <w:r>
              <w:rPr>
                <w:noProof/>
                <w:webHidden/>
              </w:rPr>
              <w:fldChar w:fldCharType="separate"/>
            </w:r>
            <w:r>
              <w:rPr>
                <w:noProof/>
                <w:webHidden/>
              </w:rPr>
              <w:t>14</w:t>
            </w:r>
            <w:r>
              <w:rPr>
                <w:noProof/>
                <w:webHidden/>
              </w:rPr>
              <w:fldChar w:fldCharType="end"/>
            </w:r>
          </w:hyperlink>
        </w:p>
        <w:p w14:paraId="72619B74" w14:textId="27554A3B" w:rsidR="00767D30" w:rsidRDefault="00767D30">
          <w:pPr>
            <w:pStyle w:val="TOC2"/>
            <w:tabs>
              <w:tab w:val="right" w:leader="dot" w:pos="8630"/>
            </w:tabs>
            <w:rPr>
              <w:noProof/>
              <w:kern w:val="2"/>
              <w:sz w:val="24"/>
              <w:szCs w:val="24"/>
              <w:lang w:val="en-GB" w:eastAsia="en-GB"/>
              <w14:ligatures w14:val="standardContextual"/>
            </w:rPr>
          </w:pPr>
          <w:hyperlink w:anchor="_Toc237251615" w:history="1">
            <w:r w:rsidRPr="00016846">
              <w:rPr>
                <w:rStyle w:val="Hyperlink"/>
                <w:noProof/>
              </w:rPr>
              <w:t>4.7 Future Technologies</w:t>
            </w:r>
            <w:r>
              <w:rPr>
                <w:noProof/>
                <w:webHidden/>
              </w:rPr>
              <w:tab/>
            </w:r>
            <w:r>
              <w:rPr>
                <w:noProof/>
                <w:webHidden/>
              </w:rPr>
              <w:fldChar w:fldCharType="begin"/>
            </w:r>
            <w:r>
              <w:rPr>
                <w:noProof/>
                <w:webHidden/>
              </w:rPr>
              <w:instrText xml:space="preserve"> PAGEREF _Toc237251615 \h </w:instrText>
            </w:r>
            <w:r>
              <w:rPr>
                <w:noProof/>
                <w:webHidden/>
              </w:rPr>
            </w:r>
            <w:r>
              <w:rPr>
                <w:noProof/>
                <w:webHidden/>
              </w:rPr>
              <w:fldChar w:fldCharType="separate"/>
            </w:r>
            <w:r>
              <w:rPr>
                <w:noProof/>
                <w:webHidden/>
              </w:rPr>
              <w:t>15</w:t>
            </w:r>
            <w:r>
              <w:rPr>
                <w:noProof/>
                <w:webHidden/>
              </w:rPr>
              <w:fldChar w:fldCharType="end"/>
            </w:r>
          </w:hyperlink>
        </w:p>
        <w:p w14:paraId="25959D0A" w14:textId="1234BB28" w:rsidR="00767D30" w:rsidRDefault="00767D30">
          <w:pPr>
            <w:pStyle w:val="TOC2"/>
            <w:tabs>
              <w:tab w:val="right" w:leader="dot" w:pos="8630"/>
            </w:tabs>
            <w:rPr>
              <w:noProof/>
              <w:kern w:val="2"/>
              <w:sz w:val="24"/>
              <w:szCs w:val="24"/>
              <w:lang w:val="en-GB" w:eastAsia="en-GB"/>
              <w14:ligatures w14:val="standardContextual"/>
            </w:rPr>
          </w:pPr>
          <w:hyperlink w:anchor="_Toc237251616" w:history="1">
            <w:r w:rsidRPr="00016846">
              <w:rPr>
                <w:rStyle w:val="Hyperlink"/>
                <w:noProof/>
              </w:rPr>
              <w:t>4.8 Reviewing Cookie Use</w:t>
            </w:r>
            <w:r>
              <w:rPr>
                <w:noProof/>
                <w:webHidden/>
              </w:rPr>
              <w:tab/>
            </w:r>
            <w:r>
              <w:rPr>
                <w:noProof/>
                <w:webHidden/>
              </w:rPr>
              <w:fldChar w:fldCharType="begin"/>
            </w:r>
            <w:r>
              <w:rPr>
                <w:noProof/>
                <w:webHidden/>
              </w:rPr>
              <w:instrText xml:space="preserve"> PAGEREF _Toc237251616 \h </w:instrText>
            </w:r>
            <w:r>
              <w:rPr>
                <w:noProof/>
                <w:webHidden/>
              </w:rPr>
            </w:r>
            <w:r>
              <w:rPr>
                <w:noProof/>
                <w:webHidden/>
              </w:rPr>
              <w:fldChar w:fldCharType="separate"/>
            </w:r>
            <w:r>
              <w:rPr>
                <w:noProof/>
                <w:webHidden/>
              </w:rPr>
              <w:t>15</w:t>
            </w:r>
            <w:r>
              <w:rPr>
                <w:noProof/>
                <w:webHidden/>
              </w:rPr>
              <w:fldChar w:fldCharType="end"/>
            </w:r>
          </w:hyperlink>
        </w:p>
        <w:p w14:paraId="77B651AF" w14:textId="7833040A" w:rsidR="00767D30" w:rsidRDefault="00767D30">
          <w:pPr>
            <w:pStyle w:val="TOC2"/>
            <w:tabs>
              <w:tab w:val="right" w:leader="dot" w:pos="8630"/>
            </w:tabs>
            <w:rPr>
              <w:noProof/>
              <w:kern w:val="2"/>
              <w:sz w:val="24"/>
              <w:szCs w:val="24"/>
              <w:lang w:val="en-GB" w:eastAsia="en-GB"/>
              <w14:ligatures w14:val="standardContextual"/>
            </w:rPr>
          </w:pPr>
          <w:hyperlink w:anchor="_Toc237251617" w:history="1">
            <w:r w:rsidRPr="00016846">
              <w:rPr>
                <w:rStyle w:val="Hyperlink"/>
                <w:noProof/>
              </w:rPr>
              <w:t>4.9 User Awareness</w:t>
            </w:r>
            <w:r>
              <w:rPr>
                <w:noProof/>
                <w:webHidden/>
              </w:rPr>
              <w:tab/>
            </w:r>
            <w:r>
              <w:rPr>
                <w:noProof/>
                <w:webHidden/>
              </w:rPr>
              <w:fldChar w:fldCharType="begin"/>
            </w:r>
            <w:r>
              <w:rPr>
                <w:noProof/>
                <w:webHidden/>
              </w:rPr>
              <w:instrText xml:space="preserve"> PAGEREF _Toc237251617 \h </w:instrText>
            </w:r>
            <w:r>
              <w:rPr>
                <w:noProof/>
                <w:webHidden/>
              </w:rPr>
            </w:r>
            <w:r>
              <w:rPr>
                <w:noProof/>
                <w:webHidden/>
              </w:rPr>
              <w:fldChar w:fldCharType="separate"/>
            </w:r>
            <w:r>
              <w:rPr>
                <w:noProof/>
                <w:webHidden/>
              </w:rPr>
              <w:t>15</w:t>
            </w:r>
            <w:r>
              <w:rPr>
                <w:noProof/>
                <w:webHidden/>
              </w:rPr>
              <w:fldChar w:fldCharType="end"/>
            </w:r>
          </w:hyperlink>
        </w:p>
        <w:p w14:paraId="2868AA9A" w14:textId="2E7A3F93" w:rsidR="00767D30" w:rsidRDefault="00767D30">
          <w:pPr>
            <w:pStyle w:val="TOC2"/>
            <w:tabs>
              <w:tab w:val="right" w:leader="dot" w:pos="8630"/>
            </w:tabs>
            <w:rPr>
              <w:noProof/>
              <w:kern w:val="2"/>
              <w:sz w:val="24"/>
              <w:szCs w:val="24"/>
              <w:lang w:val="en-GB" w:eastAsia="en-GB"/>
              <w14:ligatures w14:val="standardContextual"/>
            </w:rPr>
          </w:pPr>
          <w:hyperlink w:anchor="_Toc237251618" w:history="1">
            <w:r w:rsidRPr="00016846">
              <w:rPr>
                <w:rStyle w:val="Hyperlink"/>
                <w:noProof/>
              </w:rPr>
              <w:t>4.10 Our Commitment</w:t>
            </w:r>
            <w:r>
              <w:rPr>
                <w:noProof/>
                <w:webHidden/>
              </w:rPr>
              <w:tab/>
            </w:r>
            <w:r>
              <w:rPr>
                <w:noProof/>
                <w:webHidden/>
              </w:rPr>
              <w:fldChar w:fldCharType="begin"/>
            </w:r>
            <w:r>
              <w:rPr>
                <w:noProof/>
                <w:webHidden/>
              </w:rPr>
              <w:instrText xml:space="preserve"> PAGEREF _Toc237251618 \h </w:instrText>
            </w:r>
            <w:r>
              <w:rPr>
                <w:noProof/>
                <w:webHidden/>
              </w:rPr>
            </w:r>
            <w:r>
              <w:rPr>
                <w:noProof/>
                <w:webHidden/>
              </w:rPr>
              <w:fldChar w:fldCharType="separate"/>
            </w:r>
            <w:r>
              <w:rPr>
                <w:noProof/>
                <w:webHidden/>
              </w:rPr>
              <w:t>15</w:t>
            </w:r>
            <w:r>
              <w:rPr>
                <w:noProof/>
                <w:webHidden/>
              </w:rPr>
              <w:fldChar w:fldCharType="end"/>
            </w:r>
          </w:hyperlink>
        </w:p>
        <w:p w14:paraId="52658B85" w14:textId="55B40392" w:rsidR="00767D30" w:rsidRDefault="00767D30">
          <w:pPr>
            <w:pStyle w:val="TOC1"/>
            <w:tabs>
              <w:tab w:val="right" w:leader="dot" w:pos="8630"/>
            </w:tabs>
            <w:rPr>
              <w:noProof/>
              <w:kern w:val="2"/>
              <w:sz w:val="24"/>
              <w:szCs w:val="24"/>
              <w:lang w:val="en-GB" w:eastAsia="en-GB"/>
              <w14:ligatures w14:val="standardContextual"/>
            </w:rPr>
          </w:pPr>
          <w:hyperlink w:anchor="_Toc237251619" w:history="1">
            <w:r w:rsidRPr="00016846">
              <w:rPr>
                <w:rStyle w:val="Hyperlink"/>
                <w:noProof/>
              </w:rPr>
              <w:t>5. Managing Cookie Preferences</w:t>
            </w:r>
            <w:r>
              <w:rPr>
                <w:noProof/>
                <w:webHidden/>
              </w:rPr>
              <w:tab/>
            </w:r>
            <w:r>
              <w:rPr>
                <w:noProof/>
                <w:webHidden/>
              </w:rPr>
              <w:fldChar w:fldCharType="begin"/>
            </w:r>
            <w:r>
              <w:rPr>
                <w:noProof/>
                <w:webHidden/>
              </w:rPr>
              <w:instrText xml:space="preserve"> PAGEREF _Toc237251619 \h </w:instrText>
            </w:r>
            <w:r>
              <w:rPr>
                <w:noProof/>
                <w:webHidden/>
              </w:rPr>
            </w:r>
            <w:r>
              <w:rPr>
                <w:noProof/>
                <w:webHidden/>
              </w:rPr>
              <w:fldChar w:fldCharType="separate"/>
            </w:r>
            <w:r>
              <w:rPr>
                <w:noProof/>
                <w:webHidden/>
              </w:rPr>
              <w:t>15</w:t>
            </w:r>
            <w:r>
              <w:rPr>
                <w:noProof/>
                <w:webHidden/>
              </w:rPr>
              <w:fldChar w:fldCharType="end"/>
            </w:r>
          </w:hyperlink>
        </w:p>
        <w:p w14:paraId="1CA6424A" w14:textId="062082B9" w:rsidR="00767D30" w:rsidRDefault="00767D30">
          <w:pPr>
            <w:pStyle w:val="TOC2"/>
            <w:tabs>
              <w:tab w:val="right" w:leader="dot" w:pos="8630"/>
            </w:tabs>
            <w:rPr>
              <w:noProof/>
              <w:kern w:val="2"/>
              <w:sz w:val="24"/>
              <w:szCs w:val="24"/>
              <w:lang w:val="en-GB" w:eastAsia="en-GB"/>
              <w14:ligatures w14:val="standardContextual"/>
            </w:rPr>
          </w:pPr>
          <w:hyperlink w:anchor="_Toc237251620" w:history="1">
            <w:r w:rsidRPr="00016846">
              <w:rPr>
                <w:rStyle w:val="Hyperlink"/>
                <w:noProof/>
              </w:rPr>
              <w:t>5.1 Cookie Consent</w:t>
            </w:r>
            <w:r>
              <w:rPr>
                <w:noProof/>
                <w:webHidden/>
              </w:rPr>
              <w:tab/>
            </w:r>
            <w:r>
              <w:rPr>
                <w:noProof/>
                <w:webHidden/>
              </w:rPr>
              <w:fldChar w:fldCharType="begin"/>
            </w:r>
            <w:r>
              <w:rPr>
                <w:noProof/>
                <w:webHidden/>
              </w:rPr>
              <w:instrText xml:space="preserve"> PAGEREF _Toc237251620 \h </w:instrText>
            </w:r>
            <w:r>
              <w:rPr>
                <w:noProof/>
                <w:webHidden/>
              </w:rPr>
            </w:r>
            <w:r>
              <w:rPr>
                <w:noProof/>
                <w:webHidden/>
              </w:rPr>
              <w:fldChar w:fldCharType="separate"/>
            </w:r>
            <w:r>
              <w:rPr>
                <w:noProof/>
                <w:webHidden/>
              </w:rPr>
              <w:t>16</w:t>
            </w:r>
            <w:r>
              <w:rPr>
                <w:noProof/>
                <w:webHidden/>
              </w:rPr>
              <w:fldChar w:fldCharType="end"/>
            </w:r>
          </w:hyperlink>
        </w:p>
        <w:p w14:paraId="3149C39C" w14:textId="2829459E" w:rsidR="00767D30" w:rsidRDefault="00767D30">
          <w:pPr>
            <w:pStyle w:val="TOC2"/>
            <w:tabs>
              <w:tab w:val="right" w:leader="dot" w:pos="8630"/>
            </w:tabs>
            <w:rPr>
              <w:noProof/>
              <w:kern w:val="2"/>
              <w:sz w:val="24"/>
              <w:szCs w:val="24"/>
              <w:lang w:val="en-GB" w:eastAsia="en-GB"/>
              <w14:ligatures w14:val="standardContextual"/>
            </w:rPr>
          </w:pPr>
          <w:hyperlink w:anchor="_Toc237251621" w:history="1">
            <w:r w:rsidRPr="00016846">
              <w:rPr>
                <w:rStyle w:val="Hyperlink"/>
                <w:noProof/>
              </w:rPr>
              <w:t>5.2 Changing Cookie Preferences</w:t>
            </w:r>
            <w:r>
              <w:rPr>
                <w:noProof/>
                <w:webHidden/>
              </w:rPr>
              <w:tab/>
            </w:r>
            <w:r>
              <w:rPr>
                <w:noProof/>
                <w:webHidden/>
              </w:rPr>
              <w:fldChar w:fldCharType="begin"/>
            </w:r>
            <w:r>
              <w:rPr>
                <w:noProof/>
                <w:webHidden/>
              </w:rPr>
              <w:instrText xml:space="preserve"> PAGEREF _Toc237251621 \h </w:instrText>
            </w:r>
            <w:r>
              <w:rPr>
                <w:noProof/>
                <w:webHidden/>
              </w:rPr>
            </w:r>
            <w:r>
              <w:rPr>
                <w:noProof/>
                <w:webHidden/>
              </w:rPr>
              <w:fldChar w:fldCharType="separate"/>
            </w:r>
            <w:r>
              <w:rPr>
                <w:noProof/>
                <w:webHidden/>
              </w:rPr>
              <w:t>16</w:t>
            </w:r>
            <w:r>
              <w:rPr>
                <w:noProof/>
                <w:webHidden/>
              </w:rPr>
              <w:fldChar w:fldCharType="end"/>
            </w:r>
          </w:hyperlink>
        </w:p>
        <w:p w14:paraId="75E21062" w14:textId="1967E859" w:rsidR="00767D30" w:rsidRDefault="00767D30">
          <w:pPr>
            <w:pStyle w:val="TOC2"/>
            <w:tabs>
              <w:tab w:val="right" w:leader="dot" w:pos="8630"/>
            </w:tabs>
            <w:rPr>
              <w:noProof/>
              <w:kern w:val="2"/>
              <w:sz w:val="24"/>
              <w:szCs w:val="24"/>
              <w:lang w:val="en-GB" w:eastAsia="en-GB"/>
              <w14:ligatures w14:val="standardContextual"/>
            </w:rPr>
          </w:pPr>
          <w:hyperlink w:anchor="_Toc237251622" w:history="1">
            <w:r w:rsidRPr="00016846">
              <w:rPr>
                <w:rStyle w:val="Hyperlink"/>
                <w:noProof/>
              </w:rPr>
              <w:t>5.3 Browser Settings</w:t>
            </w:r>
            <w:r>
              <w:rPr>
                <w:noProof/>
                <w:webHidden/>
              </w:rPr>
              <w:tab/>
            </w:r>
            <w:r>
              <w:rPr>
                <w:noProof/>
                <w:webHidden/>
              </w:rPr>
              <w:fldChar w:fldCharType="begin"/>
            </w:r>
            <w:r>
              <w:rPr>
                <w:noProof/>
                <w:webHidden/>
              </w:rPr>
              <w:instrText xml:space="preserve"> PAGEREF _Toc237251622 \h </w:instrText>
            </w:r>
            <w:r>
              <w:rPr>
                <w:noProof/>
                <w:webHidden/>
              </w:rPr>
            </w:r>
            <w:r>
              <w:rPr>
                <w:noProof/>
                <w:webHidden/>
              </w:rPr>
              <w:fldChar w:fldCharType="separate"/>
            </w:r>
            <w:r>
              <w:rPr>
                <w:noProof/>
                <w:webHidden/>
              </w:rPr>
              <w:t>16</w:t>
            </w:r>
            <w:r>
              <w:rPr>
                <w:noProof/>
                <w:webHidden/>
              </w:rPr>
              <w:fldChar w:fldCharType="end"/>
            </w:r>
          </w:hyperlink>
        </w:p>
        <w:p w14:paraId="7C9B8233" w14:textId="0CE05B56" w:rsidR="00767D30" w:rsidRDefault="00767D30">
          <w:pPr>
            <w:pStyle w:val="TOC2"/>
            <w:tabs>
              <w:tab w:val="right" w:leader="dot" w:pos="8630"/>
            </w:tabs>
            <w:rPr>
              <w:noProof/>
              <w:kern w:val="2"/>
              <w:sz w:val="24"/>
              <w:szCs w:val="24"/>
              <w:lang w:val="en-GB" w:eastAsia="en-GB"/>
              <w14:ligatures w14:val="standardContextual"/>
            </w:rPr>
          </w:pPr>
          <w:hyperlink w:anchor="_Toc237251623" w:history="1">
            <w:r w:rsidRPr="00016846">
              <w:rPr>
                <w:rStyle w:val="Hyperlink"/>
                <w:noProof/>
              </w:rPr>
              <w:t>5.4 Withdrawing Consent</w:t>
            </w:r>
            <w:r>
              <w:rPr>
                <w:noProof/>
                <w:webHidden/>
              </w:rPr>
              <w:tab/>
            </w:r>
            <w:r>
              <w:rPr>
                <w:noProof/>
                <w:webHidden/>
              </w:rPr>
              <w:fldChar w:fldCharType="begin"/>
            </w:r>
            <w:r>
              <w:rPr>
                <w:noProof/>
                <w:webHidden/>
              </w:rPr>
              <w:instrText xml:space="preserve"> PAGEREF _Toc237251623 \h </w:instrText>
            </w:r>
            <w:r>
              <w:rPr>
                <w:noProof/>
                <w:webHidden/>
              </w:rPr>
            </w:r>
            <w:r>
              <w:rPr>
                <w:noProof/>
                <w:webHidden/>
              </w:rPr>
              <w:fldChar w:fldCharType="separate"/>
            </w:r>
            <w:r>
              <w:rPr>
                <w:noProof/>
                <w:webHidden/>
              </w:rPr>
              <w:t>16</w:t>
            </w:r>
            <w:r>
              <w:rPr>
                <w:noProof/>
                <w:webHidden/>
              </w:rPr>
              <w:fldChar w:fldCharType="end"/>
            </w:r>
          </w:hyperlink>
        </w:p>
        <w:p w14:paraId="74DECF71" w14:textId="02DC94EB" w:rsidR="00767D30" w:rsidRDefault="00767D30">
          <w:pPr>
            <w:pStyle w:val="TOC2"/>
            <w:tabs>
              <w:tab w:val="right" w:leader="dot" w:pos="8630"/>
            </w:tabs>
            <w:rPr>
              <w:noProof/>
              <w:kern w:val="2"/>
              <w:sz w:val="24"/>
              <w:szCs w:val="24"/>
              <w:lang w:val="en-GB" w:eastAsia="en-GB"/>
              <w14:ligatures w14:val="standardContextual"/>
            </w:rPr>
          </w:pPr>
          <w:hyperlink w:anchor="_Toc237251624" w:history="1">
            <w:r w:rsidRPr="00016846">
              <w:rPr>
                <w:rStyle w:val="Hyperlink"/>
                <w:noProof/>
              </w:rPr>
              <w:t>5.5 Impact of Disabling Cookies</w:t>
            </w:r>
            <w:r>
              <w:rPr>
                <w:noProof/>
                <w:webHidden/>
              </w:rPr>
              <w:tab/>
            </w:r>
            <w:r>
              <w:rPr>
                <w:noProof/>
                <w:webHidden/>
              </w:rPr>
              <w:fldChar w:fldCharType="begin"/>
            </w:r>
            <w:r>
              <w:rPr>
                <w:noProof/>
                <w:webHidden/>
              </w:rPr>
              <w:instrText xml:space="preserve"> PAGEREF _Toc237251624 \h </w:instrText>
            </w:r>
            <w:r>
              <w:rPr>
                <w:noProof/>
                <w:webHidden/>
              </w:rPr>
            </w:r>
            <w:r>
              <w:rPr>
                <w:noProof/>
                <w:webHidden/>
              </w:rPr>
              <w:fldChar w:fldCharType="separate"/>
            </w:r>
            <w:r>
              <w:rPr>
                <w:noProof/>
                <w:webHidden/>
              </w:rPr>
              <w:t>17</w:t>
            </w:r>
            <w:r>
              <w:rPr>
                <w:noProof/>
                <w:webHidden/>
              </w:rPr>
              <w:fldChar w:fldCharType="end"/>
            </w:r>
          </w:hyperlink>
        </w:p>
        <w:p w14:paraId="22C91811" w14:textId="28EFD104" w:rsidR="00767D30" w:rsidRDefault="00767D30">
          <w:pPr>
            <w:pStyle w:val="TOC2"/>
            <w:tabs>
              <w:tab w:val="right" w:leader="dot" w:pos="8630"/>
            </w:tabs>
            <w:rPr>
              <w:noProof/>
              <w:kern w:val="2"/>
              <w:sz w:val="24"/>
              <w:szCs w:val="24"/>
              <w:lang w:val="en-GB" w:eastAsia="en-GB"/>
              <w14:ligatures w14:val="standardContextual"/>
            </w:rPr>
          </w:pPr>
          <w:hyperlink w:anchor="_Toc237251625" w:history="1">
            <w:r w:rsidRPr="00016846">
              <w:rPr>
                <w:rStyle w:val="Hyperlink"/>
                <w:noProof/>
              </w:rPr>
              <w:t>5.6 Third-Party Cookies</w:t>
            </w:r>
            <w:r>
              <w:rPr>
                <w:noProof/>
                <w:webHidden/>
              </w:rPr>
              <w:tab/>
            </w:r>
            <w:r>
              <w:rPr>
                <w:noProof/>
                <w:webHidden/>
              </w:rPr>
              <w:fldChar w:fldCharType="begin"/>
            </w:r>
            <w:r>
              <w:rPr>
                <w:noProof/>
                <w:webHidden/>
              </w:rPr>
              <w:instrText xml:space="preserve"> PAGEREF _Toc237251625 \h </w:instrText>
            </w:r>
            <w:r>
              <w:rPr>
                <w:noProof/>
                <w:webHidden/>
              </w:rPr>
            </w:r>
            <w:r>
              <w:rPr>
                <w:noProof/>
                <w:webHidden/>
              </w:rPr>
              <w:fldChar w:fldCharType="separate"/>
            </w:r>
            <w:r>
              <w:rPr>
                <w:noProof/>
                <w:webHidden/>
              </w:rPr>
              <w:t>17</w:t>
            </w:r>
            <w:r>
              <w:rPr>
                <w:noProof/>
                <w:webHidden/>
              </w:rPr>
              <w:fldChar w:fldCharType="end"/>
            </w:r>
          </w:hyperlink>
        </w:p>
        <w:p w14:paraId="17ACFAF3" w14:textId="027E5BC5" w:rsidR="00767D30" w:rsidRDefault="00767D30">
          <w:pPr>
            <w:pStyle w:val="TOC2"/>
            <w:tabs>
              <w:tab w:val="right" w:leader="dot" w:pos="8630"/>
            </w:tabs>
            <w:rPr>
              <w:noProof/>
              <w:kern w:val="2"/>
              <w:sz w:val="24"/>
              <w:szCs w:val="24"/>
              <w:lang w:val="en-GB" w:eastAsia="en-GB"/>
              <w14:ligatures w14:val="standardContextual"/>
            </w:rPr>
          </w:pPr>
          <w:hyperlink w:anchor="_Toc237251626" w:history="1">
            <w:r w:rsidRPr="00016846">
              <w:rPr>
                <w:rStyle w:val="Hyperlink"/>
                <w:noProof/>
              </w:rPr>
              <w:t>5.7 Keeping Preferences Updated</w:t>
            </w:r>
            <w:r>
              <w:rPr>
                <w:noProof/>
                <w:webHidden/>
              </w:rPr>
              <w:tab/>
            </w:r>
            <w:r>
              <w:rPr>
                <w:noProof/>
                <w:webHidden/>
              </w:rPr>
              <w:fldChar w:fldCharType="begin"/>
            </w:r>
            <w:r>
              <w:rPr>
                <w:noProof/>
                <w:webHidden/>
              </w:rPr>
              <w:instrText xml:space="preserve"> PAGEREF _Toc237251626 \h </w:instrText>
            </w:r>
            <w:r>
              <w:rPr>
                <w:noProof/>
                <w:webHidden/>
              </w:rPr>
            </w:r>
            <w:r>
              <w:rPr>
                <w:noProof/>
                <w:webHidden/>
              </w:rPr>
              <w:fldChar w:fldCharType="separate"/>
            </w:r>
            <w:r>
              <w:rPr>
                <w:noProof/>
                <w:webHidden/>
              </w:rPr>
              <w:t>17</w:t>
            </w:r>
            <w:r>
              <w:rPr>
                <w:noProof/>
                <w:webHidden/>
              </w:rPr>
              <w:fldChar w:fldCharType="end"/>
            </w:r>
          </w:hyperlink>
        </w:p>
        <w:p w14:paraId="62240DA6" w14:textId="4505B78D" w:rsidR="00767D30" w:rsidRDefault="00767D30">
          <w:pPr>
            <w:pStyle w:val="TOC2"/>
            <w:tabs>
              <w:tab w:val="right" w:leader="dot" w:pos="8630"/>
            </w:tabs>
            <w:rPr>
              <w:noProof/>
              <w:kern w:val="2"/>
              <w:sz w:val="24"/>
              <w:szCs w:val="24"/>
              <w:lang w:val="en-GB" w:eastAsia="en-GB"/>
              <w14:ligatures w14:val="standardContextual"/>
            </w:rPr>
          </w:pPr>
          <w:hyperlink w:anchor="_Toc237251627" w:history="1">
            <w:r w:rsidRPr="00016846">
              <w:rPr>
                <w:rStyle w:val="Hyperlink"/>
                <w:noProof/>
              </w:rPr>
              <w:t>5.8 Transparency</w:t>
            </w:r>
            <w:r>
              <w:rPr>
                <w:noProof/>
                <w:webHidden/>
              </w:rPr>
              <w:tab/>
            </w:r>
            <w:r>
              <w:rPr>
                <w:noProof/>
                <w:webHidden/>
              </w:rPr>
              <w:fldChar w:fldCharType="begin"/>
            </w:r>
            <w:r>
              <w:rPr>
                <w:noProof/>
                <w:webHidden/>
              </w:rPr>
              <w:instrText xml:space="preserve"> PAGEREF _Toc237251627 \h </w:instrText>
            </w:r>
            <w:r>
              <w:rPr>
                <w:noProof/>
                <w:webHidden/>
              </w:rPr>
            </w:r>
            <w:r>
              <w:rPr>
                <w:noProof/>
                <w:webHidden/>
              </w:rPr>
              <w:fldChar w:fldCharType="separate"/>
            </w:r>
            <w:r>
              <w:rPr>
                <w:noProof/>
                <w:webHidden/>
              </w:rPr>
              <w:t>17</w:t>
            </w:r>
            <w:r>
              <w:rPr>
                <w:noProof/>
                <w:webHidden/>
              </w:rPr>
              <w:fldChar w:fldCharType="end"/>
            </w:r>
          </w:hyperlink>
        </w:p>
        <w:p w14:paraId="1C2C7D30" w14:textId="03EE11C8" w:rsidR="00767D30" w:rsidRDefault="00767D30">
          <w:pPr>
            <w:pStyle w:val="TOC2"/>
            <w:tabs>
              <w:tab w:val="right" w:leader="dot" w:pos="8630"/>
            </w:tabs>
            <w:rPr>
              <w:noProof/>
              <w:kern w:val="2"/>
              <w:sz w:val="24"/>
              <w:szCs w:val="24"/>
              <w:lang w:val="en-GB" w:eastAsia="en-GB"/>
              <w14:ligatures w14:val="standardContextual"/>
            </w:rPr>
          </w:pPr>
          <w:hyperlink w:anchor="_Toc237251628" w:history="1">
            <w:r w:rsidRPr="00016846">
              <w:rPr>
                <w:rStyle w:val="Hyperlink"/>
                <w:noProof/>
              </w:rPr>
              <w:t>5.9 Additional Information</w:t>
            </w:r>
            <w:r>
              <w:rPr>
                <w:noProof/>
                <w:webHidden/>
              </w:rPr>
              <w:tab/>
            </w:r>
            <w:r>
              <w:rPr>
                <w:noProof/>
                <w:webHidden/>
              </w:rPr>
              <w:fldChar w:fldCharType="begin"/>
            </w:r>
            <w:r>
              <w:rPr>
                <w:noProof/>
                <w:webHidden/>
              </w:rPr>
              <w:instrText xml:space="preserve"> PAGEREF _Toc237251628 \h </w:instrText>
            </w:r>
            <w:r>
              <w:rPr>
                <w:noProof/>
                <w:webHidden/>
              </w:rPr>
            </w:r>
            <w:r>
              <w:rPr>
                <w:noProof/>
                <w:webHidden/>
              </w:rPr>
              <w:fldChar w:fldCharType="separate"/>
            </w:r>
            <w:r>
              <w:rPr>
                <w:noProof/>
                <w:webHidden/>
              </w:rPr>
              <w:t>17</w:t>
            </w:r>
            <w:r>
              <w:rPr>
                <w:noProof/>
                <w:webHidden/>
              </w:rPr>
              <w:fldChar w:fldCharType="end"/>
            </w:r>
          </w:hyperlink>
        </w:p>
        <w:p w14:paraId="71CB52C8" w14:textId="216B4323" w:rsidR="00767D30" w:rsidRDefault="00767D30">
          <w:pPr>
            <w:pStyle w:val="TOC2"/>
            <w:tabs>
              <w:tab w:val="right" w:leader="dot" w:pos="8630"/>
            </w:tabs>
            <w:rPr>
              <w:noProof/>
              <w:kern w:val="2"/>
              <w:sz w:val="24"/>
              <w:szCs w:val="24"/>
              <w:lang w:val="en-GB" w:eastAsia="en-GB"/>
              <w14:ligatures w14:val="standardContextual"/>
            </w:rPr>
          </w:pPr>
          <w:hyperlink w:anchor="_Toc237251629" w:history="1">
            <w:r w:rsidRPr="00016846">
              <w:rPr>
                <w:rStyle w:val="Hyperlink"/>
                <w:noProof/>
              </w:rPr>
              <w:t>5.10 Our Commitment</w:t>
            </w:r>
            <w:r>
              <w:rPr>
                <w:noProof/>
                <w:webHidden/>
              </w:rPr>
              <w:tab/>
            </w:r>
            <w:r>
              <w:rPr>
                <w:noProof/>
                <w:webHidden/>
              </w:rPr>
              <w:fldChar w:fldCharType="begin"/>
            </w:r>
            <w:r>
              <w:rPr>
                <w:noProof/>
                <w:webHidden/>
              </w:rPr>
              <w:instrText xml:space="preserve"> PAGEREF _Toc237251629 \h </w:instrText>
            </w:r>
            <w:r>
              <w:rPr>
                <w:noProof/>
                <w:webHidden/>
              </w:rPr>
            </w:r>
            <w:r>
              <w:rPr>
                <w:noProof/>
                <w:webHidden/>
              </w:rPr>
              <w:fldChar w:fldCharType="separate"/>
            </w:r>
            <w:r>
              <w:rPr>
                <w:noProof/>
                <w:webHidden/>
              </w:rPr>
              <w:t>18</w:t>
            </w:r>
            <w:r>
              <w:rPr>
                <w:noProof/>
                <w:webHidden/>
              </w:rPr>
              <w:fldChar w:fldCharType="end"/>
            </w:r>
          </w:hyperlink>
        </w:p>
        <w:p w14:paraId="2033B347" w14:textId="5B9BB71E" w:rsidR="00767D30" w:rsidRDefault="00767D30">
          <w:pPr>
            <w:pStyle w:val="TOC1"/>
            <w:tabs>
              <w:tab w:val="right" w:leader="dot" w:pos="8630"/>
            </w:tabs>
            <w:rPr>
              <w:noProof/>
              <w:kern w:val="2"/>
              <w:sz w:val="24"/>
              <w:szCs w:val="24"/>
              <w:lang w:val="en-GB" w:eastAsia="en-GB"/>
              <w14:ligatures w14:val="standardContextual"/>
            </w:rPr>
          </w:pPr>
          <w:hyperlink w:anchor="_Toc237251630" w:history="1">
            <w:r w:rsidRPr="00016846">
              <w:rPr>
                <w:rStyle w:val="Hyperlink"/>
                <w:noProof/>
              </w:rPr>
              <w:t>6. Policy Review &amp; Updates</w:t>
            </w:r>
            <w:r>
              <w:rPr>
                <w:noProof/>
                <w:webHidden/>
              </w:rPr>
              <w:tab/>
            </w:r>
            <w:r>
              <w:rPr>
                <w:noProof/>
                <w:webHidden/>
              </w:rPr>
              <w:fldChar w:fldCharType="begin"/>
            </w:r>
            <w:r>
              <w:rPr>
                <w:noProof/>
                <w:webHidden/>
              </w:rPr>
              <w:instrText xml:space="preserve"> PAGEREF _Toc237251630 \h </w:instrText>
            </w:r>
            <w:r>
              <w:rPr>
                <w:noProof/>
                <w:webHidden/>
              </w:rPr>
            </w:r>
            <w:r>
              <w:rPr>
                <w:noProof/>
                <w:webHidden/>
              </w:rPr>
              <w:fldChar w:fldCharType="separate"/>
            </w:r>
            <w:r>
              <w:rPr>
                <w:noProof/>
                <w:webHidden/>
              </w:rPr>
              <w:t>18</w:t>
            </w:r>
            <w:r>
              <w:rPr>
                <w:noProof/>
                <w:webHidden/>
              </w:rPr>
              <w:fldChar w:fldCharType="end"/>
            </w:r>
          </w:hyperlink>
        </w:p>
        <w:p w14:paraId="7A715E91" w14:textId="33F30D0F" w:rsidR="00767D30" w:rsidRDefault="00767D30">
          <w:pPr>
            <w:pStyle w:val="TOC2"/>
            <w:tabs>
              <w:tab w:val="right" w:leader="dot" w:pos="8630"/>
            </w:tabs>
            <w:rPr>
              <w:noProof/>
              <w:kern w:val="2"/>
              <w:sz w:val="24"/>
              <w:szCs w:val="24"/>
              <w:lang w:val="en-GB" w:eastAsia="en-GB"/>
              <w14:ligatures w14:val="standardContextual"/>
            </w:rPr>
          </w:pPr>
          <w:hyperlink w:anchor="_Toc237251631" w:history="1">
            <w:r w:rsidRPr="00016846">
              <w:rPr>
                <w:rStyle w:val="Hyperlink"/>
                <w:noProof/>
              </w:rPr>
              <w:t>6.1 Policy Ownership</w:t>
            </w:r>
            <w:r>
              <w:rPr>
                <w:noProof/>
                <w:webHidden/>
              </w:rPr>
              <w:tab/>
            </w:r>
            <w:r>
              <w:rPr>
                <w:noProof/>
                <w:webHidden/>
              </w:rPr>
              <w:fldChar w:fldCharType="begin"/>
            </w:r>
            <w:r>
              <w:rPr>
                <w:noProof/>
                <w:webHidden/>
              </w:rPr>
              <w:instrText xml:space="preserve"> PAGEREF _Toc237251631 \h </w:instrText>
            </w:r>
            <w:r>
              <w:rPr>
                <w:noProof/>
                <w:webHidden/>
              </w:rPr>
            </w:r>
            <w:r>
              <w:rPr>
                <w:noProof/>
                <w:webHidden/>
              </w:rPr>
              <w:fldChar w:fldCharType="separate"/>
            </w:r>
            <w:r>
              <w:rPr>
                <w:noProof/>
                <w:webHidden/>
              </w:rPr>
              <w:t>18</w:t>
            </w:r>
            <w:r>
              <w:rPr>
                <w:noProof/>
                <w:webHidden/>
              </w:rPr>
              <w:fldChar w:fldCharType="end"/>
            </w:r>
          </w:hyperlink>
        </w:p>
        <w:p w14:paraId="6A45CE38" w14:textId="66469EBA" w:rsidR="00767D30" w:rsidRDefault="00767D30">
          <w:pPr>
            <w:pStyle w:val="TOC2"/>
            <w:tabs>
              <w:tab w:val="right" w:leader="dot" w:pos="8630"/>
            </w:tabs>
            <w:rPr>
              <w:noProof/>
              <w:kern w:val="2"/>
              <w:sz w:val="24"/>
              <w:szCs w:val="24"/>
              <w:lang w:val="en-GB" w:eastAsia="en-GB"/>
              <w14:ligatures w14:val="standardContextual"/>
            </w:rPr>
          </w:pPr>
          <w:hyperlink w:anchor="_Toc237251632" w:history="1">
            <w:r w:rsidRPr="00016846">
              <w:rPr>
                <w:rStyle w:val="Hyperlink"/>
                <w:noProof/>
              </w:rPr>
              <w:t>6.2 Policy Reviews</w:t>
            </w:r>
            <w:r>
              <w:rPr>
                <w:noProof/>
                <w:webHidden/>
              </w:rPr>
              <w:tab/>
            </w:r>
            <w:r>
              <w:rPr>
                <w:noProof/>
                <w:webHidden/>
              </w:rPr>
              <w:fldChar w:fldCharType="begin"/>
            </w:r>
            <w:r>
              <w:rPr>
                <w:noProof/>
                <w:webHidden/>
              </w:rPr>
              <w:instrText xml:space="preserve"> PAGEREF _Toc237251632 \h </w:instrText>
            </w:r>
            <w:r>
              <w:rPr>
                <w:noProof/>
                <w:webHidden/>
              </w:rPr>
            </w:r>
            <w:r>
              <w:rPr>
                <w:noProof/>
                <w:webHidden/>
              </w:rPr>
              <w:fldChar w:fldCharType="separate"/>
            </w:r>
            <w:r>
              <w:rPr>
                <w:noProof/>
                <w:webHidden/>
              </w:rPr>
              <w:t>18</w:t>
            </w:r>
            <w:r>
              <w:rPr>
                <w:noProof/>
                <w:webHidden/>
              </w:rPr>
              <w:fldChar w:fldCharType="end"/>
            </w:r>
          </w:hyperlink>
        </w:p>
        <w:p w14:paraId="130529C4" w14:textId="763E4108" w:rsidR="00767D30" w:rsidRDefault="00767D30">
          <w:pPr>
            <w:pStyle w:val="TOC2"/>
            <w:tabs>
              <w:tab w:val="right" w:leader="dot" w:pos="8630"/>
            </w:tabs>
            <w:rPr>
              <w:noProof/>
              <w:kern w:val="2"/>
              <w:sz w:val="24"/>
              <w:szCs w:val="24"/>
              <w:lang w:val="en-GB" w:eastAsia="en-GB"/>
              <w14:ligatures w14:val="standardContextual"/>
            </w:rPr>
          </w:pPr>
          <w:hyperlink w:anchor="_Toc237251633" w:history="1">
            <w:r w:rsidRPr="00016846">
              <w:rPr>
                <w:rStyle w:val="Hyperlink"/>
                <w:noProof/>
              </w:rPr>
              <w:t>6.3 Changes to Cookie Technologies</w:t>
            </w:r>
            <w:r>
              <w:rPr>
                <w:noProof/>
                <w:webHidden/>
              </w:rPr>
              <w:tab/>
            </w:r>
            <w:r>
              <w:rPr>
                <w:noProof/>
                <w:webHidden/>
              </w:rPr>
              <w:fldChar w:fldCharType="begin"/>
            </w:r>
            <w:r>
              <w:rPr>
                <w:noProof/>
                <w:webHidden/>
              </w:rPr>
              <w:instrText xml:space="preserve"> PAGEREF _Toc237251633 \h </w:instrText>
            </w:r>
            <w:r>
              <w:rPr>
                <w:noProof/>
                <w:webHidden/>
              </w:rPr>
            </w:r>
            <w:r>
              <w:rPr>
                <w:noProof/>
                <w:webHidden/>
              </w:rPr>
              <w:fldChar w:fldCharType="separate"/>
            </w:r>
            <w:r>
              <w:rPr>
                <w:noProof/>
                <w:webHidden/>
              </w:rPr>
              <w:t>19</w:t>
            </w:r>
            <w:r>
              <w:rPr>
                <w:noProof/>
                <w:webHidden/>
              </w:rPr>
              <w:fldChar w:fldCharType="end"/>
            </w:r>
          </w:hyperlink>
        </w:p>
        <w:p w14:paraId="481FFB80" w14:textId="15A6DE32" w:rsidR="00767D30" w:rsidRDefault="00767D30">
          <w:pPr>
            <w:pStyle w:val="TOC2"/>
            <w:tabs>
              <w:tab w:val="right" w:leader="dot" w:pos="8630"/>
            </w:tabs>
            <w:rPr>
              <w:noProof/>
              <w:kern w:val="2"/>
              <w:sz w:val="24"/>
              <w:szCs w:val="24"/>
              <w:lang w:val="en-GB" w:eastAsia="en-GB"/>
              <w14:ligatures w14:val="standardContextual"/>
            </w:rPr>
          </w:pPr>
          <w:hyperlink w:anchor="_Toc237251634" w:history="1">
            <w:r w:rsidRPr="00016846">
              <w:rPr>
                <w:rStyle w:val="Hyperlink"/>
                <w:noProof/>
              </w:rPr>
              <w:t>6.4 Legislative and Regulatory Changes</w:t>
            </w:r>
            <w:r>
              <w:rPr>
                <w:noProof/>
                <w:webHidden/>
              </w:rPr>
              <w:tab/>
            </w:r>
            <w:r>
              <w:rPr>
                <w:noProof/>
                <w:webHidden/>
              </w:rPr>
              <w:fldChar w:fldCharType="begin"/>
            </w:r>
            <w:r>
              <w:rPr>
                <w:noProof/>
                <w:webHidden/>
              </w:rPr>
              <w:instrText xml:space="preserve"> PAGEREF _Toc237251634 \h </w:instrText>
            </w:r>
            <w:r>
              <w:rPr>
                <w:noProof/>
                <w:webHidden/>
              </w:rPr>
            </w:r>
            <w:r>
              <w:rPr>
                <w:noProof/>
                <w:webHidden/>
              </w:rPr>
              <w:fldChar w:fldCharType="separate"/>
            </w:r>
            <w:r>
              <w:rPr>
                <w:noProof/>
                <w:webHidden/>
              </w:rPr>
              <w:t>19</w:t>
            </w:r>
            <w:r>
              <w:rPr>
                <w:noProof/>
                <w:webHidden/>
              </w:rPr>
              <w:fldChar w:fldCharType="end"/>
            </w:r>
          </w:hyperlink>
        </w:p>
        <w:p w14:paraId="0E00394A" w14:textId="457C80F3" w:rsidR="00767D30" w:rsidRDefault="00767D30">
          <w:pPr>
            <w:pStyle w:val="TOC2"/>
            <w:tabs>
              <w:tab w:val="right" w:leader="dot" w:pos="8630"/>
            </w:tabs>
            <w:rPr>
              <w:noProof/>
              <w:kern w:val="2"/>
              <w:sz w:val="24"/>
              <w:szCs w:val="24"/>
              <w:lang w:val="en-GB" w:eastAsia="en-GB"/>
              <w14:ligatures w14:val="standardContextual"/>
            </w:rPr>
          </w:pPr>
          <w:hyperlink w:anchor="_Toc237251635" w:history="1">
            <w:r w:rsidRPr="00016846">
              <w:rPr>
                <w:rStyle w:val="Hyperlink"/>
                <w:noProof/>
              </w:rPr>
              <w:t>6.5 User Feedback</w:t>
            </w:r>
            <w:r>
              <w:rPr>
                <w:noProof/>
                <w:webHidden/>
              </w:rPr>
              <w:tab/>
            </w:r>
            <w:r>
              <w:rPr>
                <w:noProof/>
                <w:webHidden/>
              </w:rPr>
              <w:fldChar w:fldCharType="begin"/>
            </w:r>
            <w:r>
              <w:rPr>
                <w:noProof/>
                <w:webHidden/>
              </w:rPr>
              <w:instrText xml:space="preserve"> PAGEREF _Toc237251635 \h </w:instrText>
            </w:r>
            <w:r>
              <w:rPr>
                <w:noProof/>
                <w:webHidden/>
              </w:rPr>
            </w:r>
            <w:r>
              <w:rPr>
                <w:noProof/>
                <w:webHidden/>
              </w:rPr>
              <w:fldChar w:fldCharType="separate"/>
            </w:r>
            <w:r>
              <w:rPr>
                <w:noProof/>
                <w:webHidden/>
              </w:rPr>
              <w:t>19</w:t>
            </w:r>
            <w:r>
              <w:rPr>
                <w:noProof/>
                <w:webHidden/>
              </w:rPr>
              <w:fldChar w:fldCharType="end"/>
            </w:r>
          </w:hyperlink>
        </w:p>
        <w:p w14:paraId="39A292EA" w14:textId="2E4A2AF2" w:rsidR="00767D30" w:rsidRDefault="00767D30">
          <w:pPr>
            <w:pStyle w:val="TOC2"/>
            <w:tabs>
              <w:tab w:val="right" w:leader="dot" w:pos="8630"/>
            </w:tabs>
            <w:rPr>
              <w:noProof/>
              <w:kern w:val="2"/>
              <w:sz w:val="24"/>
              <w:szCs w:val="24"/>
              <w:lang w:val="en-GB" w:eastAsia="en-GB"/>
              <w14:ligatures w14:val="standardContextual"/>
            </w:rPr>
          </w:pPr>
          <w:hyperlink w:anchor="_Toc237251636" w:history="1">
            <w:r w:rsidRPr="00016846">
              <w:rPr>
                <w:rStyle w:val="Hyperlink"/>
                <w:noProof/>
              </w:rPr>
              <w:t>6.6 Related Governance Documents</w:t>
            </w:r>
            <w:r>
              <w:rPr>
                <w:noProof/>
                <w:webHidden/>
              </w:rPr>
              <w:tab/>
            </w:r>
            <w:r>
              <w:rPr>
                <w:noProof/>
                <w:webHidden/>
              </w:rPr>
              <w:fldChar w:fldCharType="begin"/>
            </w:r>
            <w:r>
              <w:rPr>
                <w:noProof/>
                <w:webHidden/>
              </w:rPr>
              <w:instrText xml:space="preserve"> PAGEREF _Toc237251636 \h </w:instrText>
            </w:r>
            <w:r>
              <w:rPr>
                <w:noProof/>
                <w:webHidden/>
              </w:rPr>
            </w:r>
            <w:r>
              <w:rPr>
                <w:noProof/>
                <w:webHidden/>
              </w:rPr>
              <w:fldChar w:fldCharType="separate"/>
            </w:r>
            <w:r>
              <w:rPr>
                <w:noProof/>
                <w:webHidden/>
              </w:rPr>
              <w:t>19</w:t>
            </w:r>
            <w:r>
              <w:rPr>
                <w:noProof/>
                <w:webHidden/>
              </w:rPr>
              <w:fldChar w:fldCharType="end"/>
            </w:r>
          </w:hyperlink>
        </w:p>
        <w:p w14:paraId="2CEAFC57" w14:textId="125A89EF" w:rsidR="00767D30" w:rsidRDefault="00767D30">
          <w:pPr>
            <w:pStyle w:val="TOC2"/>
            <w:tabs>
              <w:tab w:val="right" w:leader="dot" w:pos="8630"/>
            </w:tabs>
            <w:rPr>
              <w:noProof/>
              <w:kern w:val="2"/>
              <w:sz w:val="24"/>
              <w:szCs w:val="24"/>
              <w:lang w:val="en-GB" w:eastAsia="en-GB"/>
              <w14:ligatures w14:val="standardContextual"/>
            </w:rPr>
          </w:pPr>
          <w:hyperlink w:anchor="_Toc237251637" w:history="1">
            <w:r w:rsidRPr="00016846">
              <w:rPr>
                <w:rStyle w:val="Hyperlink"/>
                <w:noProof/>
              </w:rPr>
              <w:t>6.7 Version Control</w:t>
            </w:r>
            <w:r>
              <w:rPr>
                <w:noProof/>
                <w:webHidden/>
              </w:rPr>
              <w:tab/>
            </w:r>
            <w:r>
              <w:rPr>
                <w:noProof/>
                <w:webHidden/>
              </w:rPr>
              <w:fldChar w:fldCharType="begin"/>
            </w:r>
            <w:r>
              <w:rPr>
                <w:noProof/>
                <w:webHidden/>
              </w:rPr>
              <w:instrText xml:space="preserve"> PAGEREF _Toc237251637 \h </w:instrText>
            </w:r>
            <w:r>
              <w:rPr>
                <w:noProof/>
                <w:webHidden/>
              </w:rPr>
            </w:r>
            <w:r>
              <w:rPr>
                <w:noProof/>
                <w:webHidden/>
              </w:rPr>
              <w:fldChar w:fldCharType="separate"/>
            </w:r>
            <w:r>
              <w:rPr>
                <w:noProof/>
                <w:webHidden/>
              </w:rPr>
              <w:t>19</w:t>
            </w:r>
            <w:r>
              <w:rPr>
                <w:noProof/>
                <w:webHidden/>
              </w:rPr>
              <w:fldChar w:fldCharType="end"/>
            </w:r>
          </w:hyperlink>
        </w:p>
        <w:p w14:paraId="4DDF6D92" w14:textId="135FC5F2" w:rsidR="00767D30" w:rsidRDefault="00767D30">
          <w:pPr>
            <w:pStyle w:val="TOC2"/>
            <w:tabs>
              <w:tab w:val="right" w:leader="dot" w:pos="8630"/>
            </w:tabs>
            <w:rPr>
              <w:noProof/>
              <w:kern w:val="2"/>
              <w:sz w:val="24"/>
              <w:szCs w:val="24"/>
              <w:lang w:val="en-GB" w:eastAsia="en-GB"/>
              <w14:ligatures w14:val="standardContextual"/>
            </w:rPr>
          </w:pPr>
          <w:hyperlink w:anchor="_Toc237251638" w:history="1">
            <w:r w:rsidRPr="00016846">
              <w:rPr>
                <w:rStyle w:val="Hyperlink"/>
                <w:noProof/>
              </w:rPr>
              <w:t>6.8 Continuous Improvement</w:t>
            </w:r>
            <w:r>
              <w:rPr>
                <w:noProof/>
                <w:webHidden/>
              </w:rPr>
              <w:tab/>
            </w:r>
            <w:r>
              <w:rPr>
                <w:noProof/>
                <w:webHidden/>
              </w:rPr>
              <w:fldChar w:fldCharType="begin"/>
            </w:r>
            <w:r>
              <w:rPr>
                <w:noProof/>
                <w:webHidden/>
              </w:rPr>
              <w:instrText xml:space="preserve"> PAGEREF _Toc237251638 \h </w:instrText>
            </w:r>
            <w:r>
              <w:rPr>
                <w:noProof/>
                <w:webHidden/>
              </w:rPr>
            </w:r>
            <w:r>
              <w:rPr>
                <w:noProof/>
                <w:webHidden/>
              </w:rPr>
              <w:fldChar w:fldCharType="separate"/>
            </w:r>
            <w:r>
              <w:rPr>
                <w:noProof/>
                <w:webHidden/>
              </w:rPr>
              <w:t>20</w:t>
            </w:r>
            <w:r>
              <w:rPr>
                <w:noProof/>
                <w:webHidden/>
              </w:rPr>
              <w:fldChar w:fldCharType="end"/>
            </w:r>
          </w:hyperlink>
        </w:p>
        <w:p w14:paraId="0F7B5D53" w14:textId="6F4E7763" w:rsidR="00767D30" w:rsidRDefault="00767D30">
          <w:pPr>
            <w:pStyle w:val="TOC2"/>
            <w:tabs>
              <w:tab w:val="right" w:leader="dot" w:pos="8630"/>
            </w:tabs>
            <w:rPr>
              <w:noProof/>
              <w:kern w:val="2"/>
              <w:sz w:val="24"/>
              <w:szCs w:val="24"/>
              <w:lang w:val="en-GB" w:eastAsia="en-GB"/>
              <w14:ligatures w14:val="standardContextual"/>
            </w:rPr>
          </w:pPr>
          <w:hyperlink w:anchor="_Toc237251639" w:history="1">
            <w:r w:rsidRPr="00016846">
              <w:rPr>
                <w:rStyle w:val="Hyperlink"/>
                <w:noProof/>
              </w:rPr>
              <w:t>6.9 Transparency</w:t>
            </w:r>
            <w:r>
              <w:rPr>
                <w:noProof/>
                <w:webHidden/>
              </w:rPr>
              <w:tab/>
            </w:r>
            <w:r>
              <w:rPr>
                <w:noProof/>
                <w:webHidden/>
              </w:rPr>
              <w:fldChar w:fldCharType="begin"/>
            </w:r>
            <w:r>
              <w:rPr>
                <w:noProof/>
                <w:webHidden/>
              </w:rPr>
              <w:instrText xml:space="preserve"> PAGEREF _Toc237251639 \h </w:instrText>
            </w:r>
            <w:r>
              <w:rPr>
                <w:noProof/>
                <w:webHidden/>
              </w:rPr>
            </w:r>
            <w:r>
              <w:rPr>
                <w:noProof/>
                <w:webHidden/>
              </w:rPr>
              <w:fldChar w:fldCharType="separate"/>
            </w:r>
            <w:r>
              <w:rPr>
                <w:noProof/>
                <w:webHidden/>
              </w:rPr>
              <w:t>20</w:t>
            </w:r>
            <w:r>
              <w:rPr>
                <w:noProof/>
                <w:webHidden/>
              </w:rPr>
              <w:fldChar w:fldCharType="end"/>
            </w:r>
          </w:hyperlink>
        </w:p>
        <w:p w14:paraId="0AB7E01E" w14:textId="16C0A996" w:rsidR="00767D30" w:rsidRDefault="00767D30">
          <w:pPr>
            <w:pStyle w:val="TOC2"/>
            <w:tabs>
              <w:tab w:val="right" w:leader="dot" w:pos="8630"/>
            </w:tabs>
            <w:rPr>
              <w:noProof/>
              <w:kern w:val="2"/>
              <w:sz w:val="24"/>
              <w:szCs w:val="24"/>
              <w:lang w:val="en-GB" w:eastAsia="en-GB"/>
              <w14:ligatures w14:val="standardContextual"/>
            </w:rPr>
          </w:pPr>
          <w:hyperlink w:anchor="_Toc237251640" w:history="1">
            <w:r w:rsidRPr="00016846">
              <w:rPr>
                <w:rStyle w:val="Hyperlink"/>
                <w:noProof/>
              </w:rPr>
              <w:t>6.10 Our Commitment</w:t>
            </w:r>
            <w:r>
              <w:rPr>
                <w:noProof/>
                <w:webHidden/>
              </w:rPr>
              <w:tab/>
            </w:r>
            <w:r>
              <w:rPr>
                <w:noProof/>
                <w:webHidden/>
              </w:rPr>
              <w:fldChar w:fldCharType="begin"/>
            </w:r>
            <w:r>
              <w:rPr>
                <w:noProof/>
                <w:webHidden/>
              </w:rPr>
              <w:instrText xml:space="preserve"> PAGEREF _Toc237251640 \h </w:instrText>
            </w:r>
            <w:r>
              <w:rPr>
                <w:noProof/>
                <w:webHidden/>
              </w:rPr>
            </w:r>
            <w:r>
              <w:rPr>
                <w:noProof/>
                <w:webHidden/>
              </w:rPr>
              <w:fldChar w:fldCharType="separate"/>
            </w:r>
            <w:r>
              <w:rPr>
                <w:noProof/>
                <w:webHidden/>
              </w:rPr>
              <w:t>20</w:t>
            </w:r>
            <w:r>
              <w:rPr>
                <w:noProof/>
                <w:webHidden/>
              </w:rPr>
              <w:fldChar w:fldCharType="end"/>
            </w:r>
          </w:hyperlink>
        </w:p>
        <w:p w14:paraId="4B1DA3C2" w14:textId="0011EB52" w:rsidR="00767D30" w:rsidRDefault="00767D30">
          <w:pPr>
            <w:pStyle w:val="TOC1"/>
            <w:tabs>
              <w:tab w:val="right" w:leader="dot" w:pos="8630"/>
            </w:tabs>
            <w:rPr>
              <w:noProof/>
              <w:kern w:val="2"/>
              <w:sz w:val="24"/>
              <w:szCs w:val="24"/>
              <w:lang w:val="en-GB" w:eastAsia="en-GB"/>
              <w14:ligatures w14:val="standardContextual"/>
            </w:rPr>
          </w:pPr>
          <w:hyperlink w:anchor="_Toc237251641" w:history="1">
            <w:r w:rsidRPr="00016846">
              <w:rPr>
                <w:rStyle w:val="Hyperlink"/>
                <w:noProof/>
              </w:rPr>
              <w:t>End of Cookie Policy</w:t>
            </w:r>
            <w:r>
              <w:rPr>
                <w:noProof/>
                <w:webHidden/>
              </w:rPr>
              <w:tab/>
            </w:r>
            <w:r>
              <w:rPr>
                <w:noProof/>
                <w:webHidden/>
              </w:rPr>
              <w:fldChar w:fldCharType="begin"/>
            </w:r>
            <w:r>
              <w:rPr>
                <w:noProof/>
                <w:webHidden/>
              </w:rPr>
              <w:instrText xml:space="preserve"> PAGEREF _Toc237251641 \h </w:instrText>
            </w:r>
            <w:r>
              <w:rPr>
                <w:noProof/>
                <w:webHidden/>
              </w:rPr>
            </w:r>
            <w:r>
              <w:rPr>
                <w:noProof/>
                <w:webHidden/>
              </w:rPr>
              <w:fldChar w:fldCharType="separate"/>
            </w:r>
            <w:r>
              <w:rPr>
                <w:noProof/>
                <w:webHidden/>
              </w:rPr>
              <w:t>20</w:t>
            </w:r>
            <w:r>
              <w:rPr>
                <w:noProof/>
                <w:webHidden/>
              </w:rPr>
              <w:fldChar w:fldCharType="end"/>
            </w:r>
          </w:hyperlink>
        </w:p>
        <w:p w14:paraId="28826BD1" w14:textId="4B20208B" w:rsidR="005C7EE4" w:rsidRDefault="005C7EE4">
          <w:r>
            <w:rPr>
              <w:b/>
              <w:bCs/>
              <w:noProof/>
            </w:rPr>
            <w:fldChar w:fldCharType="end"/>
          </w:r>
        </w:p>
      </w:sdtContent>
    </w:sdt>
    <w:p w14:paraId="28F20819" w14:textId="77777777" w:rsidR="00834F2A" w:rsidRDefault="00834F2A" w:rsidP="00E57E6D">
      <w:pPr>
        <w:rPr>
          <w:b/>
          <w:bCs/>
          <w:color w:val="365F91" w:themeColor="accent1" w:themeShade="BF"/>
          <w:lang w:val="en-GB"/>
        </w:rPr>
      </w:pPr>
    </w:p>
    <w:p w14:paraId="225F3983" w14:textId="77777777" w:rsidR="00EE27CA" w:rsidRDefault="00EE27CA" w:rsidP="00E57E6D">
      <w:pPr>
        <w:rPr>
          <w:b/>
          <w:bCs/>
          <w:color w:val="365F91" w:themeColor="accent1" w:themeShade="BF"/>
          <w:lang w:val="en-GB"/>
        </w:rPr>
      </w:pPr>
    </w:p>
    <w:p w14:paraId="16ABF8AA" w14:textId="77777777" w:rsidR="00EE27CA" w:rsidRDefault="00EE27CA" w:rsidP="00E57E6D">
      <w:pPr>
        <w:rPr>
          <w:b/>
          <w:bCs/>
          <w:color w:val="365F91" w:themeColor="accent1" w:themeShade="BF"/>
          <w:lang w:val="en-GB"/>
        </w:rPr>
      </w:pPr>
    </w:p>
    <w:p w14:paraId="3C095180" w14:textId="77777777" w:rsidR="00562A90" w:rsidRPr="00562A90" w:rsidRDefault="00562A90" w:rsidP="00562A90">
      <w:pPr>
        <w:pStyle w:val="Heading1"/>
        <w:rPr>
          <w:rFonts w:asciiTheme="minorHAnsi" w:hAnsiTheme="minorHAnsi"/>
        </w:rPr>
      </w:pPr>
      <w:bookmarkStart w:id="1" w:name="_Toc237251580"/>
      <w:r w:rsidRPr="00562A90">
        <w:rPr>
          <w:rFonts w:asciiTheme="minorHAnsi" w:hAnsiTheme="minorHAnsi"/>
        </w:rPr>
        <w:lastRenderedPageBreak/>
        <w:t>1. Introduction</w:t>
      </w:r>
      <w:bookmarkEnd w:id="1"/>
    </w:p>
    <w:p w14:paraId="4C88723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uses cookies and similar technologies to help provide a secure, reliable and user-friendly experience across our platform.</w:t>
      </w:r>
    </w:p>
    <w:p w14:paraId="2991A1B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enable certain features to function correctly, help us understand how users interact with the platform and allow us to improve our services over time.</w:t>
      </w:r>
    </w:p>
    <w:p w14:paraId="52F589C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Cookie Policy explains what cookies are, why we use them, the different types of cookies that may be used on the My Sports Coach platform and the choices available to users regarding their cookie preferences.</w:t>
      </w:r>
    </w:p>
    <w:p w14:paraId="30B355C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Policy applies to visitors and users of the My Sports Coach website and any associated digital services where cookies or similar technologies are used.</w:t>
      </w:r>
    </w:p>
    <w:p w14:paraId="6AEEC63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Cookie Policy should be read alongside the My Sports Coach Privacy Policy and Terms &amp; Conditions.</w:t>
      </w:r>
    </w:p>
    <w:p w14:paraId="6537807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By continuing to use the My Sports Coach platform, users acknowledge that cookies may be used in accordance with this Policy and any cookie preferences they have selected.</w:t>
      </w:r>
    </w:p>
    <w:p w14:paraId="1D48A742" w14:textId="77777777" w:rsidR="00562A90" w:rsidRPr="00562A90" w:rsidRDefault="00562A90" w:rsidP="00562A90">
      <w:r w:rsidRPr="00562A90">
        <w:pict w14:anchorId="4BEA087B">
          <v:rect id="_x0000_i1298" style="width:0;height:1.5pt" o:hralign="center" o:hrstd="t" o:hr="t" fillcolor="#a0a0a0" stroked="f"/>
        </w:pict>
      </w:r>
    </w:p>
    <w:p w14:paraId="074547C7" w14:textId="77777777" w:rsidR="00562A90" w:rsidRPr="00562A90" w:rsidRDefault="00562A90" w:rsidP="00562A90">
      <w:pPr>
        <w:pStyle w:val="Heading2"/>
        <w:rPr>
          <w:rFonts w:asciiTheme="minorHAnsi" w:hAnsiTheme="minorHAnsi"/>
          <w:sz w:val="22"/>
          <w:szCs w:val="22"/>
        </w:rPr>
      </w:pPr>
      <w:bookmarkStart w:id="2" w:name="_Toc237251581"/>
      <w:r w:rsidRPr="00562A90">
        <w:rPr>
          <w:rFonts w:asciiTheme="minorHAnsi" w:hAnsiTheme="minorHAnsi"/>
          <w:sz w:val="22"/>
          <w:szCs w:val="22"/>
        </w:rPr>
        <w:t>1.1 Purpose of this Policy</w:t>
      </w:r>
      <w:bookmarkEnd w:id="2"/>
    </w:p>
    <w:p w14:paraId="07DF44A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 purpose of this Cookie Policy is to provide clear and transparent information about how My Sports Coach uses cookies and similar technologies.</w:t>
      </w:r>
    </w:p>
    <w:p w14:paraId="1B58BC3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are committed to helping users understand:</w:t>
      </w:r>
    </w:p>
    <w:p w14:paraId="36386643" w14:textId="77777777" w:rsidR="00562A90" w:rsidRPr="00562A90" w:rsidRDefault="00562A90" w:rsidP="00562A90">
      <w:pPr>
        <w:numPr>
          <w:ilvl w:val="0"/>
          <w:numId w:val="549"/>
        </w:numPr>
        <w:spacing w:before="100" w:beforeAutospacing="1" w:after="100" w:afterAutospacing="1" w:line="240" w:lineRule="auto"/>
      </w:pPr>
      <w:r w:rsidRPr="00562A90">
        <w:t xml:space="preserve">what cookies are; </w:t>
      </w:r>
    </w:p>
    <w:p w14:paraId="2CB7F69A" w14:textId="77777777" w:rsidR="00562A90" w:rsidRPr="00562A90" w:rsidRDefault="00562A90" w:rsidP="00562A90">
      <w:pPr>
        <w:numPr>
          <w:ilvl w:val="0"/>
          <w:numId w:val="549"/>
        </w:numPr>
        <w:spacing w:before="100" w:beforeAutospacing="1" w:after="100" w:afterAutospacing="1" w:line="240" w:lineRule="auto"/>
      </w:pPr>
      <w:r w:rsidRPr="00562A90">
        <w:t xml:space="preserve">why cookies are used; </w:t>
      </w:r>
    </w:p>
    <w:p w14:paraId="287C38C1" w14:textId="77777777" w:rsidR="00562A90" w:rsidRPr="00562A90" w:rsidRDefault="00562A90" w:rsidP="00562A90">
      <w:pPr>
        <w:numPr>
          <w:ilvl w:val="0"/>
          <w:numId w:val="549"/>
        </w:numPr>
        <w:spacing w:before="100" w:beforeAutospacing="1" w:after="100" w:afterAutospacing="1" w:line="240" w:lineRule="auto"/>
      </w:pPr>
      <w:r w:rsidRPr="00562A90">
        <w:t xml:space="preserve">the different types of cookies that may be placed on their device; </w:t>
      </w:r>
    </w:p>
    <w:p w14:paraId="409A108A" w14:textId="77777777" w:rsidR="00562A90" w:rsidRPr="00562A90" w:rsidRDefault="00562A90" w:rsidP="00562A90">
      <w:pPr>
        <w:numPr>
          <w:ilvl w:val="0"/>
          <w:numId w:val="549"/>
        </w:numPr>
        <w:spacing w:before="100" w:beforeAutospacing="1" w:after="100" w:afterAutospacing="1" w:line="240" w:lineRule="auto"/>
      </w:pPr>
      <w:r w:rsidRPr="00562A90">
        <w:t xml:space="preserve">how cookie preferences can be managed; and </w:t>
      </w:r>
    </w:p>
    <w:p w14:paraId="71796276" w14:textId="77777777" w:rsidR="00562A90" w:rsidRPr="00562A90" w:rsidRDefault="00562A90" w:rsidP="00562A90">
      <w:pPr>
        <w:numPr>
          <w:ilvl w:val="0"/>
          <w:numId w:val="549"/>
        </w:numPr>
        <w:spacing w:before="100" w:beforeAutospacing="1" w:after="100" w:afterAutospacing="1" w:line="240" w:lineRule="auto"/>
      </w:pPr>
      <w:r w:rsidRPr="00562A90">
        <w:t xml:space="preserve">how cookies help support the operation of the platform. </w:t>
      </w:r>
    </w:p>
    <w:p w14:paraId="58C32B0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Transparency helps users make informed choices about their privacy.</w:t>
      </w:r>
    </w:p>
    <w:p w14:paraId="52565D38" w14:textId="77777777" w:rsidR="00562A90" w:rsidRPr="00562A90" w:rsidRDefault="00562A90" w:rsidP="00562A90">
      <w:r w:rsidRPr="00562A90">
        <w:pict w14:anchorId="6C5445F3">
          <v:rect id="_x0000_i1299" style="width:0;height:1.5pt" o:hralign="center" o:hrstd="t" o:hr="t" fillcolor="#a0a0a0" stroked="f"/>
        </w:pict>
      </w:r>
    </w:p>
    <w:p w14:paraId="56431797" w14:textId="77777777" w:rsidR="00562A90" w:rsidRPr="00562A90" w:rsidRDefault="00562A90" w:rsidP="00562A90">
      <w:pPr>
        <w:pStyle w:val="Heading2"/>
        <w:rPr>
          <w:rFonts w:asciiTheme="minorHAnsi" w:hAnsiTheme="minorHAnsi"/>
          <w:sz w:val="22"/>
          <w:szCs w:val="22"/>
        </w:rPr>
      </w:pPr>
      <w:bookmarkStart w:id="3" w:name="_Toc237251582"/>
      <w:r w:rsidRPr="00562A90">
        <w:rPr>
          <w:rFonts w:asciiTheme="minorHAnsi" w:hAnsiTheme="minorHAnsi"/>
          <w:sz w:val="22"/>
          <w:szCs w:val="22"/>
        </w:rPr>
        <w:t>1.2 Scope</w:t>
      </w:r>
      <w:bookmarkEnd w:id="3"/>
    </w:p>
    <w:p w14:paraId="66ECEB6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Policy applies to cookies used in connection with:</w:t>
      </w:r>
    </w:p>
    <w:p w14:paraId="2A1079D5" w14:textId="77777777" w:rsidR="00562A90" w:rsidRPr="00562A90" w:rsidRDefault="00562A90" w:rsidP="00562A90">
      <w:pPr>
        <w:numPr>
          <w:ilvl w:val="0"/>
          <w:numId w:val="550"/>
        </w:numPr>
        <w:spacing w:before="100" w:beforeAutospacing="1" w:after="100" w:afterAutospacing="1" w:line="240" w:lineRule="auto"/>
      </w:pPr>
      <w:r w:rsidRPr="00562A90">
        <w:t xml:space="preserve">the My Sports Coach website; </w:t>
      </w:r>
    </w:p>
    <w:p w14:paraId="551EB3EC" w14:textId="77777777" w:rsidR="00562A90" w:rsidRPr="00562A90" w:rsidRDefault="00562A90" w:rsidP="00562A90">
      <w:pPr>
        <w:numPr>
          <w:ilvl w:val="0"/>
          <w:numId w:val="550"/>
        </w:numPr>
        <w:spacing w:before="100" w:beforeAutospacing="1" w:after="100" w:afterAutospacing="1" w:line="240" w:lineRule="auto"/>
      </w:pPr>
      <w:r w:rsidRPr="00562A90">
        <w:t xml:space="preserve">user accounts; </w:t>
      </w:r>
    </w:p>
    <w:p w14:paraId="15E952E2" w14:textId="77777777" w:rsidR="00562A90" w:rsidRPr="00562A90" w:rsidRDefault="00562A90" w:rsidP="00562A90">
      <w:pPr>
        <w:numPr>
          <w:ilvl w:val="0"/>
          <w:numId w:val="550"/>
        </w:numPr>
        <w:spacing w:before="100" w:beforeAutospacing="1" w:after="100" w:afterAutospacing="1" w:line="240" w:lineRule="auto"/>
      </w:pPr>
      <w:r w:rsidRPr="00562A90">
        <w:t xml:space="preserve">booking services; </w:t>
      </w:r>
    </w:p>
    <w:p w14:paraId="331D5C07" w14:textId="77777777" w:rsidR="00562A90" w:rsidRPr="00562A90" w:rsidRDefault="00562A90" w:rsidP="00562A90">
      <w:pPr>
        <w:numPr>
          <w:ilvl w:val="0"/>
          <w:numId w:val="550"/>
        </w:numPr>
        <w:spacing w:before="100" w:beforeAutospacing="1" w:after="100" w:afterAutospacing="1" w:line="240" w:lineRule="auto"/>
      </w:pPr>
      <w:r w:rsidRPr="00562A90">
        <w:t xml:space="preserve">online payments; </w:t>
      </w:r>
    </w:p>
    <w:p w14:paraId="08604DAA" w14:textId="77777777" w:rsidR="00562A90" w:rsidRPr="00562A90" w:rsidRDefault="00562A90" w:rsidP="00562A90">
      <w:pPr>
        <w:numPr>
          <w:ilvl w:val="0"/>
          <w:numId w:val="550"/>
        </w:numPr>
        <w:spacing w:before="100" w:beforeAutospacing="1" w:after="100" w:afterAutospacing="1" w:line="240" w:lineRule="auto"/>
      </w:pPr>
      <w:r w:rsidRPr="00562A90">
        <w:t xml:space="preserve">communication features; </w:t>
      </w:r>
    </w:p>
    <w:p w14:paraId="7190336B" w14:textId="77777777" w:rsidR="00562A90" w:rsidRPr="00562A90" w:rsidRDefault="00562A90" w:rsidP="00562A90">
      <w:pPr>
        <w:numPr>
          <w:ilvl w:val="0"/>
          <w:numId w:val="550"/>
        </w:numPr>
        <w:spacing w:before="100" w:beforeAutospacing="1" w:after="100" w:afterAutospacing="1" w:line="240" w:lineRule="auto"/>
      </w:pPr>
      <w:r w:rsidRPr="00562A90">
        <w:t xml:space="preserve">website analytics; and </w:t>
      </w:r>
    </w:p>
    <w:p w14:paraId="441186B5" w14:textId="77777777" w:rsidR="00562A90" w:rsidRPr="00562A90" w:rsidRDefault="00562A90" w:rsidP="00562A90">
      <w:pPr>
        <w:numPr>
          <w:ilvl w:val="0"/>
          <w:numId w:val="550"/>
        </w:numPr>
        <w:spacing w:before="100" w:beforeAutospacing="1" w:after="100" w:afterAutospacing="1" w:line="240" w:lineRule="auto"/>
      </w:pPr>
      <w:r w:rsidRPr="00562A90">
        <w:t xml:space="preserve">other digital services operated by My Sports Coach. </w:t>
      </w:r>
    </w:p>
    <w:p w14:paraId="6F69AAE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Some third-party services integrated into the platform may also use cookies, as explained later in this Policy.</w:t>
      </w:r>
    </w:p>
    <w:p w14:paraId="43CDBE33" w14:textId="77777777" w:rsidR="00562A90" w:rsidRPr="00562A90" w:rsidRDefault="00562A90" w:rsidP="00562A90">
      <w:r w:rsidRPr="00562A90">
        <w:pict w14:anchorId="780C715C">
          <v:rect id="_x0000_i1300" style="width:0;height:1.5pt" o:hralign="center" o:hrstd="t" o:hr="t" fillcolor="#a0a0a0" stroked="f"/>
        </w:pict>
      </w:r>
    </w:p>
    <w:p w14:paraId="47068E8E" w14:textId="77777777" w:rsidR="00562A90" w:rsidRPr="00562A90" w:rsidRDefault="00562A90" w:rsidP="00562A90">
      <w:pPr>
        <w:pStyle w:val="Heading2"/>
        <w:rPr>
          <w:rFonts w:asciiTheme="minorHAnsi" w:hAnsiTheme="minorHAnsi"/>
          <w:sz w:val="22"/>
          <w:szCs w:val="22"/>
        </w:rPr>
      </w:pPr>
      <w:bookmarkStart w:id="4" w:name="_Toc237251583"/>
      <w:r w:rsidRPr="00562A90">
        <w:rPr>
          <w:rFonts w:asciiTheme="minorHAnsi" w:hAnsiTheme="minorHAnsi"/>
          <w:sz w:val="22"/>
          <w:szCs w:val="22"/>
        </w:rPr>
        <w:t>1.3 Relationship with Other Policies</w:t>
      </w:r>
      <w:bookmarkEnd w:id="4"/>
    </w:p>
    <w:p w14:paraId="6197CA3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Cookie Policy forms part of the My Sports Coach Policy Library and should be read alongside our:</w:t>
      </w:r>
    </w:p>
    <w:p w14:paraId="173621D0" w14:textId="77777777" w:rsidR="00562A90" w:rsidRPr="00562A90" w:rsidRDefault="00562A90" w:rsidP="00562A90">
      <w:pPr>
        <w:numPr>
          <w:ilvl w:val="0"/>
          <w:numId w:val="551"/>
        </w:numPr>
        <w:spacing w:before="100" w:beforeAutospacing="1" w:after="100" w:afterAutospacing="1" w:line="240" w:lineRule="auto"/>
      </w:pPr>
      <w:r w:rsidRPr="00562A90">
        <w:t xml:space="preserve">Privacy Policy; </w:t>
      </w:r>
    </w:p>
    <w:p w14:paraId="12BBDD04" w14:textId="77777777" w:rsidR="00562A90" w:rsidRPr="00562A90" w:rsidRDefault="00562A90" w:rsidP="00562A90">
      <w:pPr>
        <w:numPr>
          <w:ilvl w:val="0"/>
          <w:numId w:val="551"/>
        </w:numPr>
        <w:spacing w:before="100" w:beforeAutospacing="1" w:after="100" w:afterAutospacing="1" w:line="240" w:lineRule="auto"/>
      </w:pPr>
      <w:r w:rsidRPr="00562A90">
        <w:t xml:space="preserve">Terms &amp; Conditions; and </w:t>
      </w:r>
    </w:p>
    <w:p w14:paraId="4C1A9B9F" w14:textId="77777777" w:rsidR="00562A90" w:rsidRPr="00562A90" w:rsidRDefault="00562A90" w:rsidP="00562A90">
      <w:pPr>
        <w:numPr>
          <w:ilvl w:val="0"/>
          <w:numId w:val="551"/>
        </w:numPr>
        <w:spacing w:before="100" w:beforeAutospacing="1" w:after="100" w:afterAutospacing="1" w:line="240" w:lineRule="auto"/>
      </w:pPr>
      <w:r w:rsidRPr="00562A90">
        <w:t xml:space="preserve">any other applicable governance documents. </w:t>
      </w:r>
    </w:p>
    <w:p w14:paraId="33D1134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personal data is processed through cookies, it will be handled in accordance with our Privacy Policy.</w:t>
      </w:r>
    </w:p>
    <w:p w14:paraId="76DE6A6E" w14:textId="77777777" w:rsidR="00562A90" w:rsidRPr="00562A90" w:rsidRDefault="00562A90" w:rsidP="00562A90">
      <w:r w:rsidRPr="00562A90">
        <w:pict w14:anchorId="1065E0D1">
          <v:rect id="_x0000_i1301" style="width:0;height:1.5pt" o:hralign="center" o:hrstd="t" o:hr="t" fillcolor="#a0a0a0" stroked="f"/>
        </w:pict>
      </w:r>
    </w:p>
    <w:p w14:paraId="4DA5E8A9" w14:textId="77777777" w:rsidR="00562A90" w:rsidRPr="00562A90" w:rsidRDefault="00562A90" w:rsidP="00562A90">
      <w:pPr>
        <w:pStyle w:val="Heading2"/>
        <w:rPr>
          <w:rFonts w:asciiTheme="minorHAnsi" w:hAnsiTheme="minorHAnsi"/>
          <w:sz w:val="22"/>
          <w:szCs w:val="22"/>
        </w:rPr>
      </w:pPr>
      <w:bookmarkStart w:id="5" w:name="_Toc237251584"/>
      <w:r w:rsidRPr="00562A90">
        <w:rPr>
          <w:rFonts w:asciiTheme="minorHAnsi" w:hAnsiTheme="minorHAnsi"/>
          <w:sz w:val="22"/>
          <w:szCs w:val="22"/>
        </w:rPr>
        <w:t>1.4 Changes to this Policy</w:t>
      </w:r>
      <w:bookmarkEnd w:id="5"/>
    </w:p>
    <w:p w14:paraId="70DB680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may review and update this Cookie Policy from time to time.</w:t>
      </w:r>
    </w:p>
    <w:p w14:paraId="2C33673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Updates may be made to reflect:</w:t>
      </w:r>
    </w:p>
    <w:p w14:paraId="4B0C1860" w14:textId="77777777" w:rsidR="00562A90" w:rsidRPr="00562A90" w:rsidRDefault="00562A90" w:rsidP="00562A90">
      <w:pPr>
        <w:numPr>
          <w:ilvl w:val="0"/>
          <w:numId w:val="552"/>
        </w:numPr>
        <w:spacing w:before="100" w:beforeAutospacing="1" w:after="100" w:afterAutospacing="1" w:line="240" w:lineRule="auto"/>
      </w:pPr>
      <w:r w:rsidRPr="00562A90">
        <w:t xml:space="preserve">changes in legislation; </w:t>
      </w:r>
    </w:p>
    <w:p w14:paraId="2A1001D4" w14:textId="77777777" w:rsidR="00562A90" w:rsidRPr="00562A90" w:rsidRDefault="00562A90" w:rsidP="00562A90">
      <w:pPr>
        <w:numPr>
          <w:ilvl w:val="0"/>
          <w:numId w:val="552"/>
        </w:numPr>
        <w:spacing w:before="100" w:beforeAutospacing="1" w:after="100" w:afterAutospacing="1" w:line="240" w:lineRule="auto"/>
      </w:pPr>
      <w:r w:rsidRPr="00562A90">
        <w:t xml:space="preserve">regulatory guidance; </w:t>
      </w:r>
    </w:p>
    <w:p w14:paraId="4322EB85" w14:textId="77777777" w:rsidR="00562A90" w:rsidRPr="00562A90" w:rsidRDefault="00562A90" w:rsidP="00562A90">
      <w:pPr>
        <w:numPr>
          <w:ilvl w:val="0"/>
          <w:numId w:val="552"/>
        </w:numPr>
        <w:spacing w:before="100" w:beforeAutospacing="1" w:after="100" w:afterAutospacing="1" w:line="240" w:lineRule="auto"/>
      </w:pPr>
      <w:r w:rsidRPr="00562A90">
        <w:t xml:space="preserve">improvements to the platform; </w:t>
      </w:r>
    </w:p>
    <w:p w14:paraId="2DB22E6D" w14:textId="77777777" w:rsidR="00562A90" w:rsidRPr="00562A90" w:rsidRDefault="00562A90" w:rsidP="00562A90">
      <w:pPr>
        <w:numPr>
          <w:ilvl w:val="0"/>
          <w:numId w:val="552"/>
        </w:numPr>
        <w:spacing w:before="100" w:beforeAutospacing="1" w:after="100" w:afterAutospacing="1" w:line="240" w:lineRule="auto"/>
      </w:pPr>
      <w:r w:rsidRPr="00562A90">
        <w:t xml:space="preserve">new technologies; or </w:t>
      </w:r>
    </w:p>
    <w:p w14:paraId="27ABCEA9" w14:textId="77777777" w:rsidR="00562A90" w:rsidRPr="00562A90" w:rsidRDefault="00562A90" w:rsidP="00562A90">
      <w:pPr>
        <w:numPr>
          <w:ilvl w:val="0"/>
          <w:numId w:val="552"/>
        </w:numPr>
        <w:spacing w:before="100" w:beforeAutospacing="1" w:after="100" w:afterAutospacing="1" w:line="240" w:lineRule="auto"/>
      </w:pPr>
      <w:r w:rsidRPr="00562A90">
        <w:t xml:space="preserve">changes to the cookies we use. </w:t>
      </w:r>
    </w:p>
    <w:p w14:paraId="0523F2A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 latest published version will always be available on the My Sports Coach website.</w:t>
      </w:r>
    </w:p>
    <w:p w14:paraId="4F21A30D" w14:textId="77777777" w:rsidR="00562A90" w:rsidRPr="00562A90" w:rsidRDefault="00562A90" w:rsidP="00562A90">
      <w:r w:rsidRPr="00562A90">
        <w:pict w14:anchorId="2F6E7849">
          <v:rect id="_x0000_i1302" style="width:0;height:1.5pt" o:hralign="center" o:hrstd="t" o:hr="t" fillcolor="#a0a0a0" stroked="f"/>
        </w:pict>
      </w:r>
    </w:p>
    <w:p w14:paraId="5878F925" w14:textId="77777777" w:rsidR="00562A90" w:rsidRPr="00562A90" w:rsidRDefault="00562A90" w:rsidP="00562A90">
      <w:pPr>
        <w:pStyle w:val="Heading2"/>
        <w:rPr>
          <w:rFonts w:asciiTheme="minorHAnsi" w:hAnsiTheme="minorHAnsi"/>
          <w:sz w:val="22"/>
          <w:szCs w:val="22"/>
        </w:rPr>
      </w:pPr>
      <w:bookmarkStart w:id="6" w:name="_Toc237251585"/>
      <w:r w:rsidRPr="00562A90">
        <w:rPr>
          <w:rFonts w:asciiTheme="minorHAnsi" w:hAnsiTheme="minorHAnsi"/>
          <w:sz w:val="22"/>
          <w:szCs w:val="22"/>
        </w:rPr>
        <w:t>1.5 Our Commitment</w:t>
      </w:r>
      <w:bookmarkEnd w:id="6"/>
    </w:p>
    <w:p w14:paraId="33FAEEF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using cookies responsibly and transparently.</w:t>
      </w:r>
    </w:p>
    <w:p w14:paraId="3CAE2A2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aim to balance the functionality and performance of our platform with respect for users' privacy and their ability to make informed choices about the use of cookies.</w:t>
      </w:r>
    </w:p>
    <w:p w14:paraId="2B8524BF" w14:textId="77777777" w:rsidR="00562A90" w:rsidRPr="00562A90" w:rsidRDefault="00562A90" w:rsidP="000717EC">
      <w:pPr>
        <w:pStyle w:val="NormalWeb"/>
        <w:rPr>
          <w:rFonts w:asciiTheme="minorHAnsi" w:hAnsiTheme="minorHAnsi"/>
          <w:sz w:val="22"/>
          <w:szCs w:val="22"/>
        </w:rPr>
      </w:pPr>
    </w:p>
    <w:p w14:paraId="4BAFEC40" w14:textId="77777777" w:rsidR="00562A90" w:rsidRPr="00562A90" w:rsidRDefault="00562A90" w:rsidP="000717EC">
      <w:pPr>
        <w:pStyle w:val="NormalWeb"/>
        <w:rPr>
          <w:rFonts w:asciiTheme="minorHAnsi" w:hAnsiTheme="minorHAnsi"/>
          <w:sz w:val="22"/>
          <w:szCs w:val="22"/>
        </w:rPr>
      </w:pPr>
    </w:p>
    <w:p w14:paraId="2ACF4C37" w14:textId="77777777" w:rsidR="00562A90" w:rsidRPr="00562A90" w:rsidRDefault="00562A90" w:rsidP="000717EC">
      <w:pPr>
        <w:pStyle w:val="NormalWeb"/>
        <w:rPr>
          <w:rFonts w:asciiTheme="minorHAnsi" w:hAnsiTheme="minorHAnsi"/>
          <w:sz w:val="22"/>
          <w:szCs w:val="22"/>
        </w:rPr>
      </w:pPr>
    </w:p>
    <w:p w14:paraId="00CF4907" w14:textId="77777777" w:rsidR="00562A90" w:rsidRPr="00562A90" w:rsidRDefault="00562A90" w:rsidP="00562A90">
      <w:pPr>
        <w:pStyle w:val="Heading1"/>
        <w:rPr>
          <w:rFonts w:asciiTheme="minorHAnsi" w:hAnsiTheme="minorHAnsi"/>
        </w:rPr>
      </w:pPr>
      <w:bookmarkStart w:id="7" w:name="_Toc237251586"/>
      <w:r w:rsidRPr="00562A90">
        <w:rPr>
          <w:rFonts w:asciiTheme="minorHAnsi" w:hAnsiTheme="minorHAnsi"/>
        </w:rPr>
        <w:lastRenderedPageBreak/>
        <w:t>2. What Are Cookies?</w:t>
      </w:r>
      <w:bookmarkEnd w:id="7"/>
    </w:p>
    <w:p w14:paraId="2B31416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are small text files that are stored on a user's device when they visit a website.</w:t>
      </w:r>
    </w:p>
    <w:p w14:paraId="1BA7A8B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They help websites recognise returning visitors, remember preferences, improve functionality and provide a more efficient browsing experience.</w:t>
      </w:r>
    </w:p>
    <w:p w14:paraId="09FF9F8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do not normally identify users personally on their own. However, where cookies process personal data, My Sports Coach will handle that information in accordance with our Privacy Policy and applicable data protection legislation.</w:t>
      </w:r>
    </w:p>
    <w:p w14:paraId="2E98AF1D" w14:textId="77777777" w:rsidR="00562A90" w:rsidRPr="00562A90" w:rsidRDefault="00562A90" w:rsidP="00562A90">
      <w:r w:rsidRPr="00562A90">
        <w:pict w14:anchorId="48A5F564">
          <v:rect id="_x0000_i1428" style="width:0;height:1.5pt" o:hralign="center" o:hrstd="t" o:hr="t" fillcolor="#a0a0a0" stroked="f"/>
        </w:pict>
      </w:r>
    </w:p>
    <w:p w14:paraId="3282C749" w14:textId="77777777" w:rsidR="00562A90" w:rsidRPr="00562A90" w:rsidRDefault="00562A90" w:rsidP="00562A90">
      <w:pPr>
        <w:pStyle w:val="Heading2"/>
        <w:rPr>
          <w:rFonts w:asciiTheme="minorHAnsi" w:hAnsiTheme="minorHAnsi"/>
          <w:sz w:val="22"/>
          <w:szCs w:val="22"/>
        </w:rPr>
      </w:pPr>
      <w:bookmarkStart w:id="8" w:name="_Toc237251587"/>
      <w:r w:rsidRPr="00562A90">
        <w:rPr>
          <w:rFonts w:asciiTheme="minorHAnsi" w:hAnsiTheme="minorHAnsi"/>
          <w:sz w:val="22"/>
          <w:szCs w:val="22"/>
        </w:rPr>
        <w:t>2.1 Why Cookies Are Used</w:t>
      </w:r>
      <w:bookmarkEnd w:id="8"/>
    </w:p>
    <w:p w14:paraId="5E24123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perform a variety of important functions that help websites operate effectively.</w:t>
      </w:r>
    </w:p>
    <w:p w14:paraId="28DCF17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may use cookies to:</w:t>
      </w:r>
    </w:p>
    <w:p w14:paraId="3F2813AF" w14:textId="77777777" w:rsidR="00562A90" w:rsidRPr="00562A90" w:rsidRDefault="00562A90" w:rsidP="00562A90">
      <w:pPr>
        <w:numPr>
          <w:ilvl w:val="0"/>
          <w:numId w:val="553"/>
        </w:numPr>
        <w:spacing w:before="100" w:beforeAutospacing="1" w:after="100" w:afterAutospacing="1" w:line="240" w:lineRule="auto"/>
      </w:pPr>
      <w:r w:rsidRPr="00562A90">
        <w:t xml:space="preserve">enable essential website functionality; </w:t>
      </w:r>
    </w:p>
    <w:p w14:paraId="7F87F5EA" w14:textId="77777777" w:rsidR="00562A90" w:rsidRPr="00562A90" w:rsidRDefault="00562A90" w:rsidP="00562A90">
      <w:pPr>
        <w:numPr>
          <w:ilvl w:val="0"/>
          <w:numId w:val="553"/>
        </w:numPr>
        <w:spacing w:before="100" w:beforeAutospacing="1" w:after="100" w:afterAutospacing="1" w:line="240" w:lineRule="auto"/>
      </w:pPr>
      <w:r w:rsidRPr="00562A90">
        <w:t xml:space="preserve">remember user preferences; </w:t>
      </w:r>
    </w:p>
    <w:p w14:paraId="1DF20DF1" w14:textId="77777777" w:rsidR="00562A90" w:rsidRPr="00562A90" w:rsidRDefault="00562A90" w:rsidP="00562A90">
      <w:pPr>
        <w:numPr>
          <w:ilvl w:val="0"/>
          <w:numId w:val="553"/>
        </w:numPr>
        <w:spacing w:before="100" w:beforeAutospacing="1" w:after="100" w:afterAutospacing="1" w:line="240" w:lineRule="auto"/>
      </w:pPr>
      <w:r w:rsidRPr="00562A90">
        <w:t xml:space="preserve">maintain secure user sessions; </w:t>
      </w:r>
    </w:p>
    <w:p w14:paraId="6A0D9ACF" w14:textId="77777777" w:rsidR="00562A90" w:rsidRPr="00562A90" w:rsidRDefault="00562A90" w:rsidP="00562A90">
      <w:pPr>
        <w:numPr>
          <w:ilvl w:val="0"/>
          <w:numId w:val="553"/>
        </w:numPr>
        <w:spacing w:before="100" w:beforeAutospacing="1" w:after="100" w:afterAutospacing="1" w:line="240" w:lineRule="auto"/>
      </w:pPr>
      <w:r w:rsidRPr="00562A90">
        <w:t xml:space="preserve">improve website performance; </w:t>
      </w:r>
    </w:p>
    <w:p w14:paraId="26F8E33F" w14:textId="77777777" w:rsidR="00562A90" w:rsidRPr="00562A90" w:rsidRDefault="00562A90" w:rsidP="00562A90">
      <w:pPr>
        <w:numPr>
          <w:ilvl w:val="0"/>
          <w:numId w:val="553"/>
        </w:numPr>
        <w:spacing w:before="100" w:beforeAutospacing="1" w:after="100" w:afterAutospacing="1" w:line="240" w:lineRule="auto"/>
      </w:pPr>
      <w:r w:rsidRPr="00562A90">
        <w:t xml:space="preserve">understand how visitors use the platform; and </w:t>
      </w:r>
    </w:p>
    <w:p w14:paraId="3532BEE1" w14:textId="77777777" w:rsidR="00562A90" w:rsidRPr="00562A90" w:rsidRDefault="00562A90" w:rsidP="00562A90">
      <w:pPr>
        <w:numPr>
          <w:ilvl w:val="0"/>
          <w:numId w:val="553"/>
        </w:numPr>
        <w:spacing w:before="100" w:beforeAutospacing="1" w:after="100" w:afterAutospacing="1" w:line="240" w:lineRule="auto"/>
      </w:pPr>
      <w:r w:rsidRPr="00562A90">
        <w:t xml:space="preserve">support the ongoing development of our services. </w:t>
      </w:r>
    </w:p>
    <w:p w14:paraId="76D1932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help us provide a reliable and user-friendly experience.</w:t>
      </w:r>
    </w:p>
    <w:p w14:paraId="61074211" w14:textId="77777777" w:rsidR="00562A90" w:rsidRPr="00562A90" w:rsidRDefault="00562A90" w:rsidP="00562A90">
      <w:r w:rsidRPr="00562A90">
        <w:pict w14:anchorId="21C3D692">
          <v:rect id="_x0000_i1429" style="width:0;height:1.5pt" o:hralign="center" o:hrstd="t" o:hr="t" fillcolor="#a0a0a0" stroked="f"/>
        </w:pict>
      </w:r>
    </w:p>
    <w:p w14:paraId="6E7E6C9A" w14:textId="77777777" w:rsidR="00562A90" w:rsidRPr="00562A90" w:rsidRDefault="00562A90" w:rsidP="00562A90">
      <w:pPr>
        <w:pStyle w:val="Heading2"/>
        <w:rPr>
          <w:rFonts w:asciiTheme="minorHAnsi" w:hAnsiTheme="minorHAnsi"/>
          <w:sz w:val="22"/>
          <w:szCs w:val="22"/>
        </w:rPr>
      </w:pPr>
      <w:bookmarkStart w:id="9" w:name="_Toc237251588"/>
      <w:r w:rsidRPr="00562A90">
        <w:rPr>
          <w:rFonts w:asciiTheme="minorHAnsi" w:hAnsiTheme="minorHAnsi"/>
          <w:sz w:val="22"/>
          <w:szCs w:val="22"/>
        </w:rPr>
        <w:t>2.2 Session Cookies</w:t>
      </w:r>
      <w:bookmarkEnd w:id="9"/>
    </w:p>
    <w:p w14:paraId="0319356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Session cookies are temporary cookies that remain on a user's device only while their browser session is active.</w:t>
      </w:r>
    </w:p>
    <w:p w14:paraId="792261C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are normally deleted automatically when the browser is closed.</w:t>
      </w:r>
    </w:p>
    <w:p w14:paraId="370E9D7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Session cookies help support features such as:</w:t>
      </w:r>
    </w:p>
    <w:p w14:paraId="46BC8ED0" w14:textId="77777777" w:rsidR="00562A90" w:rsidRPr="00562A90" w:rsidRDefault="00562A90" w:rsidP="00562A90">
      <w:pPr>
        <w:numPr>
          <w:ilvl w:val="0"/>
          <w:numId w:val="554"/>
        </w:numPr>
        <w:spacing w:before="100" w:beforeAutospacing="1" w:after="100" w:afterAutospacing="1" w:line="240" w:lineRule="auto"/>
      </w:pPr>
      <w:r w:rsidRPr="00562A90">
        <w:t xml:space="preserve">secure logins; </w:t>
      </w:r>
    </w:p>
    <w:p w14:paraId="4ABFA990" w14:textId="77777777" w:rsidR="00562A90" w:rsidRPr="00562A90" w:rsidRDefault="00562A90" w:rsidP="00562A90">
      <w:pPr>
        <w:numPr>
          <w:ilvl w:val="0"/>
          <w:numId w:val="554"/>
        </w:numPr>
        <w:spacing w:before="100" w:beforeAutospacing="1" w:after="100" w:afterAutospacing="1" w:line="240" w:lineRule="auto"/>
      </w:pPr>
      <w:r w:rsidRPr="00562A90">
        <w:t xml:space="preserve">navigation between pages; </w:t>
      </w:r>
    </w:p>
    <w:p w14:paraId="35D8D7A6" w14:textId="77777777" w:rsidR="00562A90" w:rsidRPr="00562A90" w:rsidRDefault="00562A90" w:rsidP="00562A90">
      <w:pPr>
        <w:numPr>
          <w:ilvl w:val="0"/>
          <w:numId w:val="554"/>
        </w:numPr>
        <w:spacing w:before="100" w:beforeAutospacing="1" w:after="100" w:afterAutospacing="1" w:line="240" w:lineRule="auto"/>
      </w:pPr>
      <w:r w:rsidRPr="00562A90">
        <w:t xml:space="preserve">booking processes; and </w:t>
      </w:r>
    </w:p>
    <w:p w14:paraId="5AD5C914" w14:textId="77777777" w:rsidR="00562A90" w:rsidRPr="00562A90" w:rsidRDefault="00562A90" w:rsidP="00562A90">
      <w:pPr>
        <w:numPr>
          <w:ilvl w:val="0"/>
          <w:numId w:val="554"/>
        </w:numPr>
        <w:spacing w:before="100" w:beforeAutospacing="1" w:after="100" w:afterAutospacing="1" w:line="240" w:lineRule="auto"/>
      </w:pPr>
      <w:r w:rsidRPr="00562A90">
        <w:t xml:space="preserve">temporary user preferences. </w:t>
      </w:r>
    </w:p>
    <w:p w14:paraId="568FF2EF" w14:textId="77777777" w:rsidR="00562A90" w:rsidRPr="00562A90" w:rsidRDefault="00562A90" w:rsidP="00562A90">
      <w:pPr>
        <w:spacing w:after="0"/>
      </w:pPr>
      <w:r w:rsidRPr="00562A90">
        <w:pict w14:anchorId="710B5F53">
          <v:rect id="_x0000_i1430" style="width:0;height:1.5pt" o:hralign="center" o:hrstd="t" o:hr="t" fillcolor="#a0a0a0" stroked="f"/>
        </w:pict>
      </w:r>
    </w:p>
    <w:p w14:paraId="6B679F87" w14:textId="77777777" w:rsidR="00562A90" w:rsidRPr="00562A90" w:rsidRDefault="00562A90" w:rsidP="00562A90">
      <w:pPr>
        <w:pStyle w:val="Heading2"/>
        <w:rPr>
          <w:rFonts w:asciiTheme="minorHAnsi" w:hAnsiTheme="minorHAnsi"/>
          <w:sz w:val="22"/>
          <w:szCs w:val="22"/>
        </w:rPr>
      </w:pPr>
      <w:bookmarkStart w:id="10" w:name="_Toc237251589"/>
      <w:r w:rsidRPr="00562A90">
        <w:rPr>
          <w:rFonts w:asciiTheme="minorHAnsi" w:hAnsiTheme="minorHAnsi"/>
          <w:sz w:val="22"/>
          <w:szCs w:val="22"/>
        </w:rPr>
        <w:t>2.3 Persistent Cookies</w:t>
      </w:r>
      <w:bookmarkEnd w:id="10"/>
    </w:p>
    <w:p w14:paraId="015FDCA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Persistent cookies remain on a user's device for a specified period after the browser has been closed, unless they are deleted earlier by the user.</w:t>
      </w:r>
    </w:p>
    <w:p w14:paraId="55A1C29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These cookies may be used to:</w:t>
      </w:r>
    </w:p>
    <w:p w14:paraId="39B24032" w14:textId="77777777" w:rsidR="00562A90" w:rsidRPr="00562A90" w:rsidRDefault="00562A90" w:rsidP="00562A90">
      <w:pPr>
        <w:numPr>
          <w:ilvl w:val="0"/>
          <w:numId w:val="555"/>
        </w:numPr>
        <w:spacing w:before="100" w:beforeAutospacing="1" w:after="100" w:afterAutospacing="1" w:line="240" w:lineRule="auto"/>
      </w:pPr>
      <w:r w:rsidRPr="00562A90">
        <w:t xml:space="preserve">remember user preferences; </w:t>
      </w:r>
    </w:p>
    <w:p w14:paraId="0655855A" w14:textId="77777777" w:rsidR="00562A90" w:rsidRPr="00562A90" w:rsidRDefault="00562A90" w:rsidP="00562A90">
      <w:pPr>
        <w:numPr>
          <w:ilvl w:val="0"/>
          <w:numId w:val="555"/>
        </w:numPr>
        <w:spacing w:before="100" w:beforeAutospacing="1" w:after="100" w:afterAutospacing="1" w:line="240" w:lineRule="auto"/>
      </w:pPr>
      <w:r w:rsidRPr="00562A90">
        <w:t xml:space="preserve">recognise returning visitors; </w:t>
      </w:r>
    </w:p>
    <w:p w14:paraId="19E9703D" w14:textId="77777777" w:rsidR="00562A90" w:rsidRPr="00562A90" w:rsidRDefault="00562A90" w:rsidP="00562A90">
      <w:pPr>
        <w:numPr>
          <w:ilvl w:val="0"/>
          <w:numId w:val="555"/>
        </w:numPr>
        <w:spacing w:before="100" w:beforeAutospacing="1" w:after="100" w:afterAutospacing="1" w:line="240" w:lineRule="auto"/>
      </w:pPr>
      <w:r w:rsidRPr="00562A90">
        <w:t xml:space="preserve">improve website functionality; and </w:t>
      </w:r>
    </w:p>
    <w:p w14:paraId="2B83A3E3" w14:textId="77777777" w:rsidR="00562A90" w:rsidRPr="00562A90" w:rsidRDefault="00562A90" w:rsidP="00562A90">
      <w:pPr>
        <w:numPr>
          <w:ilvl w:val="0"/>
          <w:numId w:val="555"/>
        </w:numPr>
        <w:spacing w:before="100" w:beforeAutospacing="1" w:after="100" w:afterAutospacing="1" w:line="240" w:lineRule="auto"/>
      </w:pPr>
      <w:r w:rsidRPr="00562A90">
        <w:t xml:space="preserve">support website performance. </w:t>
      </w:r>
    </w:p>
    <w:p w14:paraId="7432F92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Persistent cookies expire automatically after their defined lifespan.</w:t>
      </w:r>
    </w:p>
    <w:p w14:paraId="628C53A2" w14:textId="77777777" w:rsidR="00562A90" w:rsidRPr="00562A90" w:rsidRDefault="00562A90" w:rsidP="00562A90">
      <w:r w:rsidRPr="00562A90">
        <w:pict w14:anchorId="5C54ED82">
          <v:rect id="_x0000_i1431" style="width:0;height:1.5pt" o:hralign="center" o:hrstd="t" o:hr="t" fillcolor="#a0a0a0" stroked="f"/>
        </w:pict>
      </w:r>
    </w:p>
    <w:p w14:paraId="3C715661" w14:textId="77777777" w:rsidR="00562A90" w:rsidRPr="00562A90" w:rsidRDefault="00562A90" w:rsidP="00562A90">
      <w:pPr>
        <w:pStyle w:val="Heading2"/>
        <w:rPr>
          <w:rFonts w:asciiTheme="minorHAnsi" w:hAnsiTheme="minorHAnsi"/>
          <w:sz w:val="22"/>
          <w:szCs w:val="22"/>
        </w:rPr>
      </w:pPr>
      <w:bookmarkStart w:id="11" w:name="_Toc237251590"/>
      <w:r w:rsidRPr="00562A90">
        <w:rPr>
          <w:rFonts w:asciiTheme="minorHAnsi" w:hAnsiTheme="minorHAnsi"/>
          <w:sz w:val="22"/>
          <w:szCs w:val="22"/>
        </w:rPr>
        <w:t>2.4 First-Party Cookies</w:t>
      </w:r>
      <w:bookmarkEnd w:id="11"/>
    </w:p>
    <w:p w14:paraId="630B899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First-party cookies are cookies placed directly by the My Sports Coach website.</w:t>
      </w:r>
    </w:p>
    <w:p w14:paraId="4CAB966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are generally used to support the operation of the platform and improve the user experience.</w:t>
      </w:r>
    </w:p>
    <w:p w14:paraId="6DB651C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Examples may include cookies used for:</w:t>
      </w:r>
    </w:p>
    <w:p w14:paraId="066CF187" w14:textId="77777777" w:rsidR="00562A90" w:rsidRPr="00562A90" w:rsidRDefault="00562A90" w:rsidP="00562A90">
      <w:pPr>
        <w:numPr>
          <w:ilvl w:val="0"/>
          <w:numId w:val="556"/>
        </w:numPr>
        <w:spacing w:before="100" w:beforeAutospacing="1" w:after="100" w:afterAutospacing="1" w:line="240" w:lineRule="auto"/>
      </w:pPr>
      <w:r w:rsidRPr="00562A90">
        <w:t xml:space="preserve">user authentication; </w:t>
      </w:r>
    </w:p>
    <w:p w14:paraId="1C7A899C" w14:textId="77777777" w:rsidR="00562A90" w:rsidRPr="00562A90" w:rsidRDefault="00562A90" w:rsidP="00562A90">
      <w:pPr>
        <w:numPr>
          <w:ilvl w:val="0"/>
          <w:numId w:val="556"/>
        </w:numPr>
        <w:spacing w:before="100" w:beforeAutospacing="1" w:after="100" w:afterAutospacing="1" w:line="240" w:lineRule="auto"/>
      </w:pPr>
      <w:r w:rsidRPr="00562A90">
        <w:t xml:space="preserve">session management; </w:t>
      </w:r>
    </w:p>
    <w:p w14:paraId="23FDD6AD" w14:textId="77777777" w:rsidR="00562A90" w:rsidRPr="00562A90" w:rsidRDefault="00562A90" w:rsidP="00562A90">
      <w:pPr>
        <w:numPr>
          <w:ilvl w:val="0"/>
          <w:numId w:val="556"/>
        </w:numPr>
        <w:spacing w:before="100" w:beforeAutospacing="1" w:after="100" w:afterAutospacing="1" w:line="240" w:lineRule="auto"/>
      </w:pPr>
      <w:r w:rsidRPr="00562A90">
        <w:t xml:space="preserve">website preferences; and </w:t>
      </w:r>
    </w:p>
    <w:p w14:paraId="5C217CBE" w14:textId="77777777" w:rsidR="00562A90" w:rsidRPr="00562A90" w:rsidRDefault="00562A90" w:rsidP="00562A90">
      <w:pPr>
        <w:numPr>
          <w:ilvl w:val="0"/>
          <w:numId w:val="556"/>
        </w:numPr>
        <w:spacing w:before="100" w:beforeAutospacing="1" w:after="100" w:afterAutospacing="1" w:line="240" w:lineRule="auto"/>
      </w:pPr>
      <w:r w:rsidRPr="00562A90">
        <w:t xml:space="preserve">security functions. </w:t>
      </w:r>
    </w:p>
    <w:p w14:paraId="0BBB7352" w14:textId="77777777" w:rsidR="00562A90" w:rsidRPr="00562A90" w:rsidRDefault="00562A90" w:rsidP="00562A90">
      <w:pPr>
        <w:spacing w:after="0"/>
      </w:pPr>
      <w:r w:rsidRPr="00562A90">
        <w:pict w14:anchorId="412885E5">
          <v:rect id="_x0000_i1432" style="width:0;height:1.5pt" o:hralign="center" o:hrstd="t" o:hr="t" fillcolor="#a0a0a0" stroked="f"/>
        </w:pict>
      </w:r>
    </w:p>
    <w:p w14:paraId="3143D2A7" w14:textId="77777777" w:rsidR="00562A90" w:rsidRPr="00562A90" w:rsidRDefault="00562A90" w:rsidP="00562A90">
      <w:pPr>
        <w:pStyle w:val="Heading2"/>
        <w:rPr>
          <w:rFonts w:asciiTheme="minorHAnsi" w:hAnsiTheme="minorHAnsi"/>
          <w:sz w:val="22"/>
          <w:szCs w:val="22"/>
        </w:rPr>
      </w:pPr>
      <w:bookmarkStart w:id="12" w:name="_Toc237251591"/>
      <w:r w:rsidRPr="00562A90">
        <w:rPr>
          <w:rFonts w:asciiTheme="minorHAnsi" w:hAnsiTheme="minorHAnsi"/>
          <w:sz w:val="22"/>
          <w:szCs w:val="22"/>
        </w:rPr>
        <w:t>2.5 Third-Party Cookies</w:t>
      </w:r>
      <w:bookmarkEnd w:id="12"/>
    </w:p>
    <w:p w14:paraId="11F51D8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Some features of the My Sports Coach platform may rely on trusted third-party service providers.</w:t>
      </w:r>
    </w:p>
    <w:p w14:paraId="037B454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these services are used, third-party cookies may be placed on a user's device in accordance with the policies of those providers.</w:t>
      </w:r>
    </w:p>
    <w:p w14:paraId="2B1D57D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Examples may include services relating to:</w:t>
      </w:r>
    </w:p>
    <w:p w14:paraId="1FC06D10" w14:textId="77777777" w:rsidR="00562A90" w:rsidRPr="00562A90" w:rsidRDefault="00562A90" w:rsidP="00562A90">
      <w:pPr>
        <w:numPr>
          <w:ilvl w:val="0"/>
          <w:numId w:val="557"/>
        </w:numPr>
        <w:spacing w:before="100" w:beforeAutospacing="1" w:after="100" w:afterAutospacing="1" w:line="240" w:lineRule="auto"/>
      </w:pPr>
      <w:r w:rsidRPr="00562A90">
        <w:t xml:space="preserve">analytics; </w:t>
      </w:r>
    </w:p>
    <w:p w14:paraId="3424C5FF" w14:textId="77777777" w:rsidR="00562A90" w:rsidRPr="00562A90" w:rsidRDefault="00562A90" w:rsidP="00562A90">
      <w:pPr>
        <w:numPr>
          <w:ilvl w:val="0"/>
          <w:numId w:val="557"/>
        </w:numPr>
        <w:spacing w:before="100" w:beforeAutospacing="1" w:after="100" w:afterAutospacing="1" w:line="240" w:lineRule="auto"/>
      </w:pPr>
      <w:r w:rsidRPr="00562A90">
        <w:t xml:space="preserve">payment processing; </w:t>
      </w:r>
    </w:p>
    <w:p w14:paraId="01CC908C" w14:textId="77777777" w:rsidR="00562A90" w:rsidRPr="00562A90" w:rsidRDefault="00562A90" w:rsidP="00562A90">
      <w:pPr>
        <w:numPr>
          <w:ilvl w:val="0"/>
          <w:numId w:val="557"/>
        </w:numPr>
        <w:spacing w:before="100" w:beforeAutospacing="1" w:after="100" w:afterAutospacing="1" w:line="240" w:lineRule="auto"/>
      </w:pPr>
      <w:r w:rsidRPr="00562A90">
        <w:t xml:space="preserve">embedded content; or </w:t>
      </w:r>
    </w:p>
    <w:p w14:paraId="1FD1F439" w14:textId="77777777" w:rsidR="00562A90" w:rsidRPr="00562A90" w:rsidRDefault="00562A90" w:rsidP="00562A90">
      <w:pPr>
        <w:numPr>
          <w:ilvl w:val="0"/>
          <w:numId w:val="557"/>
        </w:numPr>
        <w:spacing w:before="100" w:beforeAutospacing="1" w:after="100" w:afterAutospacing="1" w:line="240" w:lineRule="auto"/>
      </w:pPr>
      <w:r w:rsidRPr="00562A90">
        <w:t xml:space="preserve">website functionality. </w:t>
      </w:r>
    </w:p>
    <w:p w14:paraId="5492EC6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should refer to the relevant third-party privacy or cookie policies for further information where appropriate.</w:t>
      </w:r>
    </w:p>
    <w:p w14:paraId="2382FC2A" w14:textId="77777777" w:rsidR="00562A90" w:rsidRPr="00562A90" w:rsidRDefault="00562A90" w:rsidP="00562A90">
      <w:r w:rsidRPr="00562A90">
        <w:pict w14:anchorId="4AA56AB9">
          <v:rect id="_x0000_i1433" style="width:0;height:1.5pt" o:hralign="center" o:hrstd="t" o:hr="t" fillcolor="#a0a0a0" stroked="f"/>
        </w:pict>
      </w:r>
    </w:p>
    <w:p w14:paraId="73109033" w14:textId="77777777" w:rsidR="00562A90" w:rsidRPr="00562A90" w:rsidRDefault="00562A90" w:rsidP="00562A90">
      <w:pPr>
        <w:pStyle w:val="Heading2"/>
        <w:rPr>
          <w:rFonts w:asciiTheme="minorHAnsi" w:hAnsiTheme="minorHAnsi"/>
          <w:sz w:val="22"/>
          <w:szCs w:val="22"/>
        </w:rPr>
      </w:pPr>
      <w:bookmarkStart w:id="13" w:name="_Toc237251592"/>
      <w:r w:rsidRPr="00562A90">
        <w:rPr>
          <w:rFonts w:asciiTheme="minorHAnsi" w:hAnsiTheme="minorHAnsi"/>
          <w:sz w:val="22"/>
          <w:szCs w:val="22"/>
        </w:rPr>
        <w:t>2.6 Similar Technologies</w:t>
      </w:r>
      <w:bookmarkEnd w:id="13"/>
    </w:p>
    <w:p w14:paraId="5D78F68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In addition to cookies, websites may use similar technologies that help provide and improve online services.</w:t>
      </w:r>
    </w:p>
    <w:p w14:paraId="0496789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These technologies may perform functions similar to cookies, such as supporting website functionality, security or performance.</w:t>
      </w:r>
    </w:p>
    <w:p w14:paraId="1B9C8FF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For simplicity, references to "cookies" within this Policy should also be understood to include similar technologies where appropriate.</w:t>
      </w:r>
    </w:p>
    <w:p w14:paraId="604B0A02" w14:textId="77777777" w:rsidR="00562A90" w:rsidRPr="00562A90" w:rsidRDefault="00562A90" w:rsidP="00562A90">
      <w:r w:rsidRPr="00562A90">
        <w:pict w14:anchorId="46FC0E74">
          <v:rect id="_x0000_i1434" style="width:0;height:1.5pt" o:hralign="center" o:hrstd="t" o:hr="t" fillcolor="#a0a0a0" stroked="f"/>
        </w:pict>
      </w:r>
    </w:p>
    <w:p w14:paraId="39CBD96D" w14:textId="77777777" w:rsidR="00562A90" w:rsidRPr="00562A90" w:rsidRDefault="00562A90" w:rsidP="00562A90">
      <w:pPr>
        <w:pStyle w:val="Heading2"/>
        <w:rPr>
          <w:rFonts w:asciiTheme="minorHAnsi" w:hAnsiTheme="minorHAnsi"/>
          <w:sz w:val="22"/>
          <w:szCs w:val="22"/>
        </w:rPr>
      </w:pPr>
      <w:bookmarkStart w:id="14" w:name="_Toc237251593"/>
      <w:r w:rsidRPr="00562A90">
        <w:rPr>
          <w:rFonts w:asciiTheme="minorHAnsi" w:hAnsiTheme="minorHAnsi"/>
          <w:sz w:val="22"/>
          <w:szCs w:val="22"/>
        </w:rPr>
        <w:t>2.7 Cookies and Privacy</w:t>
      </w:r>
      <w:bookmarkEnd w:id="14"/>
    </w:p>
    <w:p w14:paraId="5C60F73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cookies collect or process personal data, My Sports Coach will process that information in accordance with applicable data protection legislation and our Privacy Policy.</w:t>
      </w:r>
    </w:p>
    <w:p w14:paraId="0EFA252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 use of cookies does not change our commitment to protecting users' personal information.</w:t>
      </w:r>
    </w:p>
    <w:p w14:paraId="2D6EEC0E" w14:textId="77777777" w:rsidR="00562A90" w:rsidRPr="00562A90" w:rsidRDefault="00562A90" w:rsidP="00562A90">
      <w:r w:rsidRPr="00562A90">
        <w:pict w14:anchorId="4EC34A69">
          <v:rect id="_x0000_i1435" style="width:0;height:1.5pt" o:hralign="center" o:hrstd="t" o:hr="t" fillcolor="#a0a0a0" stroked="f"/>
        </w:pict>
      </w:r>
    </w:p>
    <w:p w14:paraId="1362AE1B" w14:textId="77777777" w:rsidR="00562A90" w:rsidRPr="00562A90" w:rsidRDefault="00562A90" w:rsidP="00562A90">
      <w:pPr>
        <w:pStyle w:val="Heading2"/>
        <w:rPr>
          <w:rFonts w:asciiTheme="minorHAnsi" w:hAnsiTheme="minorHAnsi"/>
          <w:sz w:val="22"/>
          <w:szCs w:val="22"/>
        </w:rPr>
      </w:pPr>
      <w:bookmarkStart w:id="15" w:name="_Toc237251594"/>
      <w:r w:rsidRPr="00562A90">
        <w:rPr>
          <w:rFonts w:asciiTheme="minorHAnsi" w:hAnsiTheme="minorHAnsi"/>
          <w:sz w:val="22"/>
          <w:szCs w:val="22"/>
        </w:rPr>
        <w:t>2.8 User Choice</w:t>
      </w:r>
      <w:bookmarkEnd w:id="15"/>
    </w:p>
    <w:p w14:paraId="4BBDED3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have control over many types of cookies.</w:t>
      </w:r>
    </w:p>
    <w:p w14:paraId="50415128"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required by law, My Sports Coach will provide users with the opportunity to manage their cookie preferences through our cookie consent tools.</w:t>
      </w:r>
    </w:p>
    <w:p w14:paraId="74D35BF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may also manage or delete cookies through their browser settings, although doing so may affect the functionality of certain features of the platform.</w:t>
      </w:r>
    </w:p>
    <w:p w14:paraId="6B7D3820" w14:textId="77777777" w:rsidR="00562A90" w:rsidRPr="00562A90" w:rsidRDefault="00562A90" w:rsidP="00562A90">
      <w:r w:rsidRPr="00562A90">
        <w:pict w14:anchorId="350A88EB">
          <v:rect id="_x0000_i1436" style="width:0;height:1.5pt" o:hralign="center" o:hrstd="t" o:hr="t" fillcolor="#a0a0a0" stroked="f"/>
        </w:pict>
      </w:r>
    </w:p>
    <w:p w14:paraId="3DDF1272" w14:textId="77777777" w:rsidR="00562A90" w:rsidRPr="00562A90" w:rsidRDefault="00562A90" w:rsidP="00562A90">
      <w:pPr>
        <w:pStyle w:val="Heading2"/>
        <w:rPr>
          <w:rFonts w:asciiTheme="minorHAnsi" w:hAnsiTheme="minorHAnsi"/>
          <w:sz w:val="22"/>
          <w:szCs w:val="22"/>
        </w:rPr>
      </w:pPr>
      <w:bookmarkStart w:id="16" w:name="_Toc237251595"/>
      <w:r w:rsidRPr="00562A90">
        <w:rPr>
          <w:rFonts w:asciiTheme="minorHAnsi" w:hAnsiTheme="minorHAnsi"/>
          <w:sz w:val="22"/>
          <w:szCs w:val="22"/>
        </w:rPr>
        <w:t>2.9 Transparency</w:t>
      </w:r>
      <w:bookmarkEnd w:id="16"/>
    </w:p>
    <w:p w14:paraId="31D36BC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believes users should understand how cookies are used and why they are important.</w:t>
      </w:r>
    </w:p>
    <w:p w14:paraId="16DA1B9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are committed to providing clear information that enables users to make informed decisions about their cookie preferences.</w:t>
      </w:r>
    </w:p>
    <w:p w14:paraId="48604997" w14:textId="77777777" w:rsidR="00562A90" w:rsidRPr="00562A90" w:rsidRDefault="00562A90" w:rsidP="00562A90">
      <w:r w:rsidRPr="00562A90">
        <w:pict w14:anchorId="703372FD">
          <v:rect id="_x0000_i1437" style="width:0;height:1.5pt" o:hralign="center" o:hrstd="t" o:hr="t" fillcolor="#a0a0a0" stroked="f"/>
        </w:pict>
      </w:r>
    </w:p>
    <w:p w14:paraId="30F3FD5F" w14:textId="77777777" w:rsidR="00562A90" w:rsidRPr="00562A90" w:rsidRDefault="00562A90" w:rsidP="00562A90">
      <w:pPr>
        <w:pStyle w:val="Heading2"/>
        <w:rPr>
          <w:rFonts w:asciiTheme="minorHAnsi" w:hAnsiTheme="minorHAnsi"/>
          <w:sz w:val="22"/>
          <w:szCs w:val="22"/>
        </w:rPr>
      </w:pPr>
      <w:bookmarkStart w:id="17" w:name="_Toc237251596"/>
      <w:r w:rsidRPr="00562A90">
        <w:rPr>
          <w:rFonts w:asciiTheme="minorHAnsi" w:hAnsiTheme="minorHAnsi"/>
          <w:sz w:val="22"/>
          <w:szCs w:val="22"/>
        </w:rPr>
        <w:t>2.10 Our Commitment</w:t>
      </w:r>
      <w:bookmarkEnd w:id="17"/>
    </w:p>
    <w:p w14:paraId="1B4C055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using cookies responsibly, transparently and only where appropriate to support the secure, effective and reliable operation of our platform.</w:t>
      </w:r>
    </w:p>
    <w:p w14:paraId="4E75E70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will continue to review our use of cookies and provide users with appropriate information and choices in accordance with applicable legal requirements.</w:t>
      </w:r>
    </w:p>
    <w:p w14:paraId="647B1CE8" w14:textId="77777777" w:rsidR="00562A90" w:rsidRPr="00562A90" w:rsidRDefault="00562A90" w:rsidP="00562A90">
      <w:pPr>
        <w:pStyle w:val="Heading1"/>
        <w:rPr>
          <w:rFonts w:asciiTheme="minorHAnsi" w:hAnsiTheme="minorHAnsi"/>
        </w:rPr>
      </w:pPr>
      <w:bookmarkStart w:id="18" w:name="_Toc237251597"/>
      <w:r w:rsidRPr="00562A90">
        <w:rPr>
          <w:rFonts w:asciiTheme="minorHAnsi" w:hAnsiTheme="minorHAnsi"/>
        </w:rPr>
        <w:lastRenderedPageBreak/>
        <w:t>3. How We Use Cookies</w:t>
      </w:r>
      <w:bookmarkEnd w:id="18"/>
    </w:p>
    <w:p w14:paraId="6210DC6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uses cookies to support the secure operation, functionality and continual improvement of our platform.</w:t>
      </w:r>
    </w:p>
    <w:p w14:paraId="3BE4396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 cookies we use are intended to enhance the user experience, improve website performance and help us understand how our services are used.</w:t>
      </w:r>
    </w:p>
    <w:p w14:paraId="3D7A0F8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required by law, cookies that are not strictly necessary will only be used with the user's consent.</w:t>
      </w:r>
    </w:p>
    <w:p w14:paraId="0EB2D7AF" w14:textId="77777777" w:rsidR="00562A90" w:rsidRPr="00562A90" w:rsidRDefault="00562A90" w:rsidP="00562A90">
      <w:r w:rsidRPr="00562A90">
        <w:pict w14:anchorId="5DAA7026">
          <v:rect id="_x0000_i1658" style="width:0;height:1.5pt" o:hralign="center" o:hrstd="t" o:hr="t" fillcolor="#a0a0a0" stroked="f"/>
        </w:pict>
      </w:r>
    </w:p>
    <w:p w14:paraId="7E09110A" w14:textId="77777777" w:rsidR="00562A90" w:rsidRPr="00562A90" w:rsidRDefault="00562A90" w:rsidP="00562A90">
      <w:pPr>
        <w:pStyle w:val="Heading2"/>
        <w:rPr>
          <w:rFonts w:asciiTheme="minorHAnsi" w:hAnsiTheme="minorHAnsi"/>
          <w:sz w:val="22"/>
          <w:szCs w:val="22"/>
        </w:rPr>
      </w:pPr>
      <w:bookmarkStart w:id="19" w:name="_Toc237251598"/>
      <w:r w:rsidRPr="00562A90">
        <w:rPr>
          <w:rFonts w:asciiTheme="minorHAnsi" w:hAnsiTheme="minorHAnsi"/>
          <w:sz w:val="22"/>
          <w:szCs w:val="22"/>
        </w:rPr>
        <w:t>3.1 Essential Cookies</w:t>
      </w:r>
      <w:bookmarkEnd w:id="19"/>
    </w:p>
    <w:p w14:paraId="3CDF9CE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Essential cookies are necessary for the operation of the My Sports Coach platform.</w:t>
      </w:r>
    </w:p>
    <w:p w14:paraId="69921B1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enable core functionality such as:</w:t>
      </w:r>
    </w:p>
    <w:p w14:paraId="2526E3EE" w14:textId="77777777" w:rsidR="00562A90" w:rsidRPr="00562A90" w:rsidRDefault="00562A90" w:rsidP="00562A90">
      <w:pPr>
        <w:numPr>
          <w:ilvl w:val="0"/>
          <w:numId w:val="558"/>
        </w:numPr>
        <w:spacing w:before="100" w:beforeAutospacing="1" w:after="100" w:afterAutospacing="1" w:line="240" w:lineRule="auto"/>
      </w:pPr>
      <w:r w:rsidRPr="00562A90">
        <w:t xml:space="preserve">secure user logins; </w:t>
      </w:r>
    </w:p>
    <w:p w14:paraId="6002E45F" w14:textId="77777777" w:rsidR="00562A90" w:rsidRPr="00562A90" w:rsidRDefault="00562A90" w:rsidP="00562A90">
      <w:pPr>
        <w:numPr>
          <w:ilvl w:val="0"/>
          <w:numId w:val="558"/>
        </w:numPr>
        <w:spacing w:before="100" w:beforeAutospacing="1" w:after="100" w:afterAutospacing="1" w:line="240" w:lineRule="auto"/>
      </w:pPr>
      <w:r w:rsidRPr="00562A90">
        <w:t xml:space="preserve">account authentication; </w:t>
      </w:r>
    </w:p>
    <w:p w14:paraId="69FFF237" w14:textId="77777777" w:rsidR="00562A90" w:rsidRPr="00562A90" w:rsidRDefault="00562A90" w:rsidP="00562A90">
      <w:pPr>
        <w:numPr>
          <w:ilvl w:val="0"/>
          <w:numId w:val="558"/>
        </w:numPr>
        <w:spacing w:before="100" w:beforeAutospacing="1" w:after="100" w:afterAutospacing="1" w:line="240" w:lineRule="auto"/>
      </w:pPr>
      <w:r w:rsidRPr="00562A90">
        <w:t xml:space="preserve">booking processes; </w:t>
      </w:r>
    </w:p>
    <w:p w14:paraId="1AFC22CA" w14:textId="77777777" w:rsidR="00562A90" w:rsidRPr="00562A90" w:rsidRDefault="00562A90" w:rsidP="00562A90">
      <w:pPr>
        <w:numPr>
          <w:ilvl w:val="0"/>
          <w:numId w:val="558"/>
        </w:numPr>
        <w:spacing w:before="100" w:beforeAutospacing="1" w:after="100" w:afterAutospacing="1" w:line="240" w:lineRule="auto"/>
      </w:pPr>
      <w:r w:rsidRPr="00562A90">
        <w:t xml:space="preserve">payment functionality; </w:t>
      </w:r>
    </w:p>
    <w:p w14:paraId="55CF6E0E" w14:textId="77777777" w:rsidR="00562A90" w:rsidRPr="00562A90" w:rsidRDefault="00562A90" w:rsidP="00562A90">
      <w:pPr>
        <w:numPr>
          <w:ilvl w:val="0"/>
          <w:numId w:val="558"/>
        </w:numPr>
        <w:spacing w:before="100" w:beforeAutospacing="1" w:after="100" w:afterAutospacing="1" w:line="240" w:lineRule="auto"/>
      </w:pPr>
      <w:r w:rsidRPr="00562A90">
        <w:t xml:space="preserve">fraud prevention; and </w:t>
      </w:r>
    </w:p>
    <w:p w14:paraId="11BE04A7" w14:textId="77777777" w:rsidR="00562A90" w:rsidRPr="00562A90" w:rsidRDefault="00562A90" w:rsidP="00562A90">
      <w:pPr>
        <w:numPr>
          <w:ilvl w:val="0"/>
          <w:numId w:val="558"/>
        </w:numPr>
        <w:spacing w:before="100" w:beforeAutospacing="1" w:after="100" w:afterAutospacing="1" w:line="240" w:lineRule="auto"/>
      </w:pPr>
      <w:r w:rsidRPr="00562A90">
        <w:t xml:space="preserve">website security. </w:t>
      </w:r>
    </w:p>
    <w:p w14:paraId="41C52DE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Without these cookies, certain parts of the platform may not function correctly.</w:t>
      </w:r>
    </w:p>
    <w:p w14:paraId="447F7380" w14:textId="77777777" w:rsidR="00562A90" w:rsidRPr="00562A90" w:rsidRDefault="00562A90" w:rsidP="00562A90">
      <w:r w:rsidRPr="00562A90">
        <w:pict w14:anchorId="6E9D3F3D">
          <v:rect id="_x0000_i1659" style="width:0;height:1.5pt" o:hralign="center" o:hrstd="t" o:hr="t" fillcolor="#a0a0a0" stroked="f"/>
        </w:pict>
      </w:r>
    </w:p>
    <w:p w14:paraId="687EDB40" w14:textId="77777777" w:rsidR="00562A90" w:rsidRPr="00562A90" w:rsidRDefault="00562A90" w:rsidP="00562A90">
      <w:pPr>
        <w:pStyle w:val="Heading2"/>
        <w:rPr>
          <w:rFonts w:asciiTheme="minorHAnsi" w:hAnsiTheme="minorHAnsi"/>
          <w:sz w:val="22"/>
          <w:szCs w:val="22"/>
        </w:rPr>
      </w:pPr>
      <w:bookmarkStart w:id="20" w:name="_Toc237251599"/>
      <w:r w:rsidRPr="00562A90">
        <w:rPr>
          <w:rFonts w:asciiTheme="minorHAnsi" w:hAnsiTheme="minorHAnsi"/>
          <w:sz w:val="22"/>
          <w:szCs w:val="22"/>
        </w:rPr>
        <w:t>3.2 Functional Cookies</w:t>
      </w:r>
      <w:bookmarkEnd w:id="20"/>
    </w:p>
    <w:p w14:paraId="65AE19B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Functional cookies help remember user choices and preferences to improve the browsing experience.</w:t>
      </w:r>
    </w:p>
    <w:p w14:paraId="631D57C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may be used to remember:</w:t>
      </w:r>
    </w:p>
    <w:p w14:paraId="77BE1089" w14:textId="77777777" w:rsidR="00562A90" w:rsidRPr="00562A90" w:rsidRDefault="00562A90" w:rsidP="00562A90">
      <w:pPr>
        <w:numPr>
          <w:ilvl w:val="0"/>
          <w:numId w:val="559"/>
        </w:numPr>
        <w:spacing w:before="100" w:beforeAutospacing="1" w:after="100" w:afterAutospacing="1" w:line="240" w:lineRule="auto"/>
      </w:pPr>
      <w:r w:rsidRPr="00562A90">
        <w:t xml:space="preserve">language preferences; </w:t>
      </w:r>
    </w:p>
    <w:p w14:paraId="518D5965" w14:textId="77777777" w:rsidR="00562A90" w:rsidRPr="00562A90" w:rsidRDefault="00562A90" w:rsidP="00562A90">
      <w:pPr>
        <w:numPr>
          <w:ilvl w:val="0"/>
          <w:numId w:val="559"/>
        </w:numPr>
        <w:spacing w:before="100" w:beforeAutospacing="1" w:after="100" w:afterAutospacing="1" w:line="240" w:lineRule="auto"/>
      </w:pPr>
      <w:r w:rsidRPr="00562A90">
        <w:t xml:space="preserve">cookie preferences; </w:t>
      </w:r>
    </w:p>
    <w:p w14:paraId="36AB5AD3" w14:textId="77777777" w:rsidR="00562A90" w:rsidRPr="00562A90" w:rsidRDefault="00562A90" w:rsidP="00562A90">
      <w:pPr>
        <w:numPr>
          <w:ilvl w:val="0"/>
          <w:numId w:val="559"/>
        </w:numPr>
        <w:spacing w:before="100" w:beforeAutospacing="1" w:after="100" w:afterAutospacing="1" w:line="240" w:lineRule="auto"/>
      </w:pPr>
      <w:r w:rsidRPr="00562A90">
        <w:t xml:space="preserve">account settings; </w:t>
      </w:r>
    </w:p>
    <w:p w14:paraId="66C8100A" w14:textId="77777777" w:rsidR="00562A90" w:rsidRPr="00562A90" w:rsidRDefault="00562A90" w:rsidP="00562A90">
      <w:pPr>
        <w:numPr>
          <w:ilvl w:val="0"/>
          <w:numId w:val="559"/>
        </w:numPr>
        <w:spacing w:before="100" w:beforeAutospacing="1" w:after="100" w:afterAutospacing="1" w:line="240" w:lineRule="auto"/>
      </w:pPr>
      <w:r w:rsidRPr="00562A90">
        <w:t xml:space="preserve">accessibility preferences; and </w:t>
      </w:r>
    </w:p>
    <w:p w14:paraId="241C4319" w14:textId="77777777" w:rsidR="00562A90" w:rsidRPr="00562A90" w:rsidRDefault="00562A90" w:rsidP="00562A90">
      <w:pPr>
        <w:numPr>
          <w:ilvl w:val="0"/>
          <w:numId w:val="559"/>
        </w:numPr>
        <w:spacing w:before="100" w:beforeAutospacing="1" w:after="100" w:afterAutospacing="1" w:line="240" w:lineRule="auto"/>
      </w:pPr>
      <w:r w:rsidRPr="00562A90">
        <w:t xml:space="preserve">other personalised settings. </w:t>
      </w:r>
    </w:p>
    <w:p w14:paraId="6B46EC6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Functional cookies help provide a more consistent and convenient user experience.</w:t>
      </w:r>
    </w:p>
    <w:p w14:paraId="1AE7E87D" w14:textId="77777777" w:rsidR="00562A90" w:rsidRPr="00562A90" w:rsidRDefault="00562A90" w:rsidP="00562A90">
      <w:r w:rsidRPr="00562A90">
        <w:pict w14:anchorId="218FF468">
          <v:rect id="_x0000_i1660" style="width:0;height:1.5pt" o:hralign="center" o:hrstd="t" o:hr="t" fillcolor="#a0a0a0" stroked="f"/>
        </w:pict>
      </w:r>
    </w:p>
    <w:p w14:paraId="4DCEB862" w14:textId="77777777" w:rsidR="00562A90" w:rsidRPr="00562A90" w:rsidRDefault="00562A90" w:rsidP="00562A90">
      <w:pPr>
        <w:pStyle w:val="Heading2"/>
        <w:rPr>
          <w:rFonts w:asciiTheme="minorHAnsi" w:hAnsiTheme="minorHAnsi"/>
          <w:sz w:val="22"/>
          <w:szCs w:val="22"/>
        </w:rPr>
      </w:pPr>
      <w:bookmarkStart w:id="21" w:name="_Toc237251600"/>
      <w:r w:rsidRPr="00562A90">
        <w:rPr>
          <w:rFonts w:asciiTheme="minorHAnsi" w:hAnsiTheme="minorHAnsi"/>
          <w:sz w:val="22"/>
          <w:szCs w:val="22"/>
        </w:rPr>
        <w:t>3.3 Performance and Analytics Cookies</w:t>
      </w:r>
      <w:bookmarkEnd w:id="21"/>
    </w:p>
    <w:p w14:paraId="0E84718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Performance and analytics cookies help us understand how visitors interact with the My Sports Coach platform.</w:t>
      </w:r>
    </w:p>
    <w:p w14:paraId="0A0501E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They may be used to collect information such as:</w:t>
      </w:r>
    </w:p>
    <w:p w14:paraId="7D276A16" w14:textId="77777777" w:rsidR="00562A90" w:rsidRPr="00562A90" w:rsidRDefault="00562A90" w:rsidP="00562A90">
      <w:pPr>
        <w:numPr>
          <w:ilvl w:val="0"/>
          <w:numId w:val="560"/>
        </w:numPr>
        <w:spacing w:before="100" w:beforeAutospacing="1" w:after="100" w:afterAutospacing="1" w:line="240" w:lineRule="auto"/>
      </w:pPr>
      <w:r w:rsidRPr="00562A90">
        <w:t xml:space="preserve">pages visited; </w:t>
      </w:r>
    </w:p>
    <w:p w14:paraId="6C1DC666" w14:textId="77777777" w:rsidR="00562A90" w:rsidRPr="00562A90" w:rsidRDefault="00562A90" w:rsidP="00562A90">
      <w:pPr>
        <w:numPr>
          <w:ilvl w:val="0"/>
          <w:numId w:val="560"/>
        </w:numPr>
        <w:spacing w:before="100" w:beforeAutospacing="1" w:after="100" w:afterAutospacing="1" w:line="240" w:lineRule="auto"/>
      </w:pPr>
      <w:r w:rsidRPr="00562A90">
        <w:t xml:space="preserve">time spent on the website; </w:t>
      </w:r>
    </w:p>
    <w:p w14:paraId="4D51335C" w14:textId="77777777" w:rsidR="00562A90" w:rsidRPr="00562A90" w:rsidRDefault="00562A90" w:rsidP="00562A90">
      <w:pPr>
        <w:numPr>
          <w:ilvl w:val="0"/>
          <w:numId w:val="560"/>
        </w:numPr>
        <w:spacing w:before="100" w:beforeAutospacing="1" w:after="100" w:afterAutospacing="1" w:line="240" w:lineRule="auto"/>
      </w:pPr>
      <w:r w:rsidRPr="00562A90">
        <w:t xml:space="preserve">navigation patterns; </w:t>
      </w:r>
    </w:p>
    <w:p w14:paraId="3F2C3773" w14:textId="77777777" w:rsidR="00562A90" w:rsidRPr="00562A90" w:rsidRDefault="00562A90" w:rsidP="00562A90">
      <w:pPr>
        <w:numPr>
          <w:ilvl w:val="0"/>
          <w:numId w:val="560"/>
        </w:numPr>
        <w:spacing w:before="100" w:beforeAutospacing="1" w:after="100" w:afterAutospacing="1" w:line="240" w:lineRule="auto"/>
      </w:pPr>
      <w:r w:rsidRPr="00562A90">
        <w:t xml:space="preserve">website performance; and </w:t>
      </w:r>
    </w:p>
    <w:p w14:paraId="1E580741" w14:textId="77777777" w:rsidR="00562A90" w:rsidRPr="00562A90" w:rsidRDefault="00562A90" w:rsidP="00562A90">
      <w:pPr>
        <w:numPr>
          <w:ilvl w:val="0"/>
          <w:numId w:val="560"/>
        </w:numPr>
        <w:spacing w:before="100" w:beforeAutospacing="1" w:after="100" w:afterAutospacing="1" w:line="240" w:lineRule="auto"/>
      </w:pPr>
      <w:r w:rsidRPr="00562A90">
        <w:t xml:space="preserve">technical issues affecting users. </w:t>
      </w:r>
    </w:p>
    <w:p w14:paraId="321AFF3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information is generally collected in an aggregated or anonymised form where reasonably practicable and helps us improve the platform over time.</w:t>
      </w:r>
    </w:p>
    <w:p w14:paraId="50BE8A98" w14:textId="77777777" w:rsidR="00562A90" w:rsidRPr="00562A90" w:rsidRDefault="00562A90" w:rsidP="00562A90">
      <w:r w:rsidRPr="00562A90">
        <w:pict w14:anchorId="2AA00D54">
          <v:rect id="_x0000_i1661" style="width:0;height:1.5pt" o:hralign="center" o:hrstd="t" o:hr="t" fillcolor="#a0a0a0" stroked="f"/>
        </w:pict>
      </w:r>
    </w:p>
    <w:p w14:paraId="38D7D557" w14:textId="77777777" w:rsidR="00562A90" w:rsidRPr="00562A90" w:rsidRDefault="00562A90" w:rsidP="00562A90">
      <w:pPr>
        <w:pStyle w:val="Heading2"/>
        <w:rPr>
          <w:rFonts w:asciiTheme="minorHAnsi" w:hAnsiTheme="minorHAnsi"/>
          <w:sz w:val="22"/>
          <w:szCs w:val="22"/>
        </w:rPr>
      </w:pPr>
      <w:bookmarkStart w:id="22" w:name="_Toc237251601"/>
      <w:r w:rsidRPr="00562A90">
        <w:rPr>
          <w:rFonts w:asciiTheme="minorHAnsi" w:hAnsiTheme="minorHAnsi"/>
          <w:sz w:val="22"/>
          <w:szCs w:val="22"/>
        </w:rPr>
        <w:t>3.4 Security Cookies</w:t>
      </w:r>
      <w:bookmarkEnd w:id="22"/>
    </w:p>
    <w:p w14:paraId="4B20489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Security cookies help protect users and the platform against fraud, unauthorised access and other security risks.</w:t>
      </w:r>
    </w:p>
    <w:p w14:paraId="308CB3F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may support:</w:t>
      </w:r>
    </w:p>
    <w:p w14:paraId="20E1345F" w14:textId="77777777" w:rsidR="00562A90" w:rsidRPr="00562A90" w:rsidRDefault="00562A90" w:rsidP="00562A90">
      <w:pPr>
        <w:numPr>
          <w:ilvl w:val="0"/>
          <w:numId w:val="561"/>
        </w:numPr>
        <w:spacing w:before="100" w:beforeAutospacing="1" w:after="100" w:afterAutospacing="1" w:line="240" w:lineRule="auto"/>
      </w:pPr>
      <w:r w:rsidRPr="00562A90">
        <w:t xml:space="preserve">secure authentication; </w:t>
      </w:r>
    </w:p>
    <w:p w14:paraId="7AA2DCFA" w14:textId="77777777" w:rsidR="00562A90" w:rsidRPr="00562A90" w:rsidRDefault="00562A90" w:rsidP="00562A90">
      <w:pPr>
        <w:numPr>
          <w:ilvl w:val="0"/>
          <w:numId w:val="561"/>
        </w:numPr>
        <w:spacing w:before="100" w:beforeAutospacing="1" w:after="100" w:afterAutospacing="1" w:line="240" w:lineRule="auto"/>
      </w:pPr>
      <w:r w:rsidRPr="00562A90">
        <w:t xml:space="preserve">account protection; </w:t>
      </w:r>
    </w:p>
    <w:p w14:paraId="55045310" w14:textId="77777777" w:rsidR="00562A90" w:rsidRPr="00562A90" w:rsidRDefault="00562A90" w:rsidP="00562A90">
      <w:pPr>
        <w:numPr>
          <w:ilvl w:val="0"/>
          <w:numId w:val="561"/>
        </w:numPr>
        <w:spacing w:before="100" w:beforeAutospacing="1" w:after="100" w:afterAutospacing="1" w:line="240" w:lineRule="auto"/>
      </w:pPr>
      <w:r w:rsidRPr="00562A90">
        <w:t xml:space="preserve">session security; </w:t>
      </w:r>
    </w:p>
    <w:p w14:paraId="21F36A8D" w14:textId="77777777" w:rsidR="00562A90" w:rsidRPr="00562A90" w:rsidRDefault="00562A90" w:rsidP="00562A90">
      <w:pPr>
        <w:numPr>
          <w:ilvl w:val="0"/>
          <w:numId w:val="561"/>
        </w:numPr>
        <w:spacing w:before="100" w:beforeAutospacing="1" w:after="100" w:afterAutospacing="1" w:line="240" w:lineRule="auto"/>
      </w:pPr>
      <w:r w:rsidRPr="00562A90">
        <w:t xml:space="preserve">fraud detection; and </w:t>
      </w:r>
    </w:p>
    <w:p w14:paraId="124B5F9E" w14:textId="77777777" w:rsidR="00562A90" w:rsidRPr="00562A90" w:rsidRDefault="00562A90" w:rsidP="00562A90">
      <w:pPr>
        <w:numPr>
          <w:ilvl w:val="0"/>
          <w:numId w:val="561"/>
        </w:numPr>
        <w:spacing w:before="100" w:beforeAutospacing="1" w:after="100" w:afterAutospacing="1" w:line="240" w:lineRule="auto"/>
      </w:pPr>
      <w:r w:rsidRPr="00562A90">
        <w:t xml:space="preserve">platform integrity. </w:t>
      </w:r>
    </w:p>
    <w:p w14:paraId="709FF34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Security cookies play an important role in protecting both users and My Sports Coach.</w:t>
      </w:r>
    </w:p>
    <w:p w14:paraId="4345FF68" w14:textId="77777777" w:rsidR="00562A90" w:rsidRPr="00562A90" w:rsidRDefault="00562A90" w:rsidP="00562A90">
      <w:r w:rsidRPr="00562A90">
        <w:pict w14:anchorId="592C174C">
          <v:rect id="_x0000_i1662" style="width:0;height:1.5pt" o:hralign="center" o:hrstd="t" o:hr="t" fillcolor="#a0a0a0" stroked="f"/>
        </w:pict>
      </w:r>
    </w:p>
    <w:p w14:paraId="6F640D39" w14:textId="77777777" w:rsidR="00562A90" w:rsidRPr="00562A90" w:rsidRDefault="00562A90" w:rsidP="00562A90">
      <w:pPr>
        <w:pStyle w:val="Heading2"/>
        <w:rPr>
          <w:rFonts w:asciiTheme="minorHAnsi" w:hAnsiTheme="minorHAnsi"/>
          <w:sz w:val="22"/>
          <w:szCs w:val="22"/>
        </w:rPr>
      </w:pPr>
      <w:bookmarkStart w:id="23" w:name="_Toc237251602"/>
      <w:r w:rsidRPr="00562A90">
        <w:rPr>
          <w:rFonts w:asciiTheme="minorHAnsi" w:hAnsiTheme="minorHAnsi"/>
          <w:sz w:val="22"/>
          <w:szCs w:val="22"/>
        </w:rPr>
        <w:t>3.5 Preference Cookies</w:t>
      </w:r>
      <w:bookmarkEnd w:id="23"/>
    </w:p>
    <w:p w14:paraId="6C5C38B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Preference cookies allow the platform to remember certain user choices between visits.</w:t>
      </w:r>
    </w:p>
    <w:p w14:paraId="28F9C6B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Examples may include remembering:</w:t>
      </w:r>
    </w:p>
    <w:p w14:paraId="114A01ED" w14:textId="77777777" w:rsidR="00562A90" w:rsidRPr="00562A90" w:rsidRDefault="00562A90" w:rsidP="00562A90">
      <w:pPr>
        <w:numPr>
          <w:ilvl w:val="0"/>
          <w:numId w:val="562"/>
        </w:numPr>
        <w:spacing w:before="100" w:beforeAutospacing="1" w:after="100" w:afterAutospacing="1" w:line="240" w:lineRule="auto"/>
      </w:pPr>
      <w:r w:rsidRPr="00562A90">
        <w:t xml:space="preserve">display preferences; </w:t>
      </w:r>
    </w:p>
    <w:p w14:paraId="5F389C97" w14:textId="77777777" w:rsidR="00562A90" w:rsidRPr="00562A90" w:rsidRDefault="00562A90" w:rsidP="00562A90">
      <w:pPr>
        <w:numPr>
          <w:ilvl w:val="0"/>
          <w:numId w:val="562"/>
        </w:numPr>
        <w:spacing w:before="100" w:beforeAutospacing="1" w:after="100" w:afterAutospacing="1" w:line="240" w:lineRule="auto"/>
      </w:pPr>
      <w:r w:rsidRPr="00562A90">
        <w:t xml:space="preserve">accessibility settings; </w:t>
      </w:r>
    </w:p>
    <w:p w14:paraId="19DC2F3D" w14:textId="77777777" w:rsidR="00562A90" w:rsidRPr="00562A90" w:rsidRDefault="00562A90" w:rsidP="00562A90">
      <w:pPr>
        <w:numPr>
          <w:ilvl w:val="0"/>
          <w:numId w:val="562"/>
        </w:numPr>
        <w:spacing w:before="100" w:beforeAutospacing="1" w:after="100" w:afterAutospacing="1" w:line="240" w:lineRule="auto"/>
      </w:pPr>
      <w:r w:rsidRPr="00562A90">
        <w:t xml:space="preserve">previously selected options; and </w:t>
      </w:r>
    </w:p>
    <w:p w14:paraId="2F0CFD98" w14:textId="77777777" w:rsidR="00562A90" w:rsidRPr="00562A90" w:rsidRDefault="00562A90" w:rsidP="00562A90">
      <w:pPr>
        <w:numPr>
          <w:ilvl w:val="0"/>
          <w:numId w:val="562"/>
        </w:numPr>
        <w:spacing w:before="100" w:beforeAutospacing="1" w:after="100" w:afterAutospacing="1" w:line="240" w:lineRule="auto"/>
      </w:pPr>
      <w:r w:rsidRPr="00562A90">
        <w:t xml:space="preserve">other personalised preferences. </w:t>
      </w:r>
    </w:p>
    <w:p w14:paraId="2069802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help create a more tailored browsing experience.</w:t>
      </w:r>
    </w:p>
    <w:p w14:paraId="0A66C432" w14:textId="77777777" w:rsidR="00562A90" w:rsidRPr="00562A90" w:rsidRDefault="00562A90" w:rsidP="00562A90">
      <w:r w:rsidRPr="00562A90">
        <w:pict w14:anchorId="0B8698E7">
          <v:rect id="_x0000_i1663" style="width:0;height:1.5pt" o:hralign="center" o:hrstd="t" o:hr="t" fillcolor="#a0a0a0" stroked="f"/>
        </w:pict>
      </w:r>
    </w:p>
    <w:p w14:paraId="23816C16" w14:textId="77777777" w:rsidR="00562A90" w:rsidRPr="00562A90" w:rsidRDefault="00562A90" w:rsidP="00562A90">
      <w:pPr>
        <w:pStyle w:val="Heading2"/>
        <w:rPr>
          <w:rFonts w:asciiTheme="minorHAnsi" w:hAnsiTheme="minorHAnsi"/>
          <w:sz w:val="22"/>
          <w:szCs w:val="22"/>
        </w:rPr>
      </w:pPr>
      <w:bookmarkStart w:id="24" w:name="_Toc237251603"/>
      <w:r w:rsidRPr="00562A90">
        <w:rPr>
          <w:rFonts w:asciiTheme="minorHAnsi" w:hAnsiTheme="minorHAnsi"/>
          <w:sz w:val="22"/>
          <w:szCs w:val="22"/>
        </w:rPr>
        <w:t>3.6 Improving the Platform</w:t>
      </w:r>
      <w:bookmarkEnd w:id="24"/>
    </w:p>
    <w:p w14:paraId="371C4B2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 information may be used to help My Sports Coach:</w:t>
      </w:r>
    </w:p>
    <w:p w14:paraId="537B013C" w14:textId="77777777" w:rsidR="00562A90" w:rsidRPr="00562A90" w:rsidRDefault="00562A90" w:rsidP="00562A90">
      <w:pPr>
        <w:numPr>
          <w:ilvl w:val="0"/>
          <w:numId w:val="563"/>
        </w:numPr>
        <w:spacing w:before="100" w:beforeAutospacing="1" w:after="100" w:afterAutospacing="1" w:line="240" w:lineRule="auto"/>
      </w:pPr>
      <w:r w:rsidRPr="00562A90">
        <w:t xml:space="preserve">improve website functionality; </w:t>
      </w:r>
    </w:p>
    <w:p w14:paraId="30EB493E" w14:textId="77777777" w:rsidR="00562A90" w:rsidRPr="00562A90" w:rsidRDefault="00562A90" w:rsidP="00562A90">
      <w:pPr>
        <w:numPr>
          <w:ilvl w:val="0"/>
          <w:numId w:val="563"/>
        </w:numPr>
        <w:spacing w:before="100" w:beforeAutospacing="1" w:after="100" w:afterAutospacing="1" w:line="240" w:lineRule="auto"/>
      </w:pPr>
      <w:r w:rsidRPr="00562A90">
        <w:t xml:space="preserve">identify technical issues; </w:t>
      </w:r>
    </w:p>
    <w:p w14:paraId="4D659F52" w14:textId="77777777" w:rsidR="00562A90" w:rsidRPr="00562A90" w:rsidRDefault="00562A90" w:rsidP="00562A90">
      <w:pPr>
        <w:numPr>
          <w:ilvl w:val="0"/>
          <w:numId w:val="563"/>
        </w:numPr>
        <w:spacing w:before="100" w:beforeAutospacing="1" w:after="100" w:afterAutospacing="1" w:line="240" w:lineRule="auto"/>
      </w:pPr>
      <w:r w:rsidRPr="00562A90">
        <w:t xml:space="preserve">enhance user experience; </w:t>
      </w:r>
    </w:p>
    <w:p w14:paraId="4E9DF7C9" w14:textId="77777777" w:rsidR="00562A90" w:rsidRPr="00562A90" w:rsidRDefault="00562A90" w:rsidP="00562A90">
      <w:pPr>
        <w:numPr>
          <w:ilvl w:val="0"/>
          <w:numId w:val="563"/>
        </w:numPr>
        <w:spacing w:before="100" w:beforeAutospacing="1" w:after="100" w:afterAutospacing="1" w:line="240" w:lineRule="auto"/>
      </w:pPr>
      <w:r w:rsidRPr="00562A90">
        <w:lastRenderedPageBreak/>
        <w:t xml:space="preserve">develop new features; and </w:t>
      </w:r>
    </w:p>
    <w:p w14:paraId="1D37C28C" w14:textId="77777777" w:rsidR="00562A90" w:rsidRPr="00562A90" w:rsidRDefault="00562A90" w:rsidP="00562A90">
      <w:pPr>
        <w:numPr>
          <w:ilvl w:val="0"/>
          <w:numId w:val="563"/>
        </w:numPr>
        <w:spacing w:before="100" w:beforeAutospacing="1" w:after="100" w:afterAutospacing="1" w:line="240" w:lineRule="auto"/>
      </w:pPr>
      <w:r w:rsidRPr="00562A90">
        <w:t xml:space="preserve">continually improve the performance of our services. </w:t>
      </w:r>
    </w:p>
    <w:p w14:paraId="7F2F373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Information collected through cookies helps us make informed decisions about future platform improvements.</w:t>
      </w:r>
    </w:p>
    <w:p w14:paraId="5167432D" w14:textId="77777777" w:rsidR="00562A90" w:rsidRPr="00562A90" w:rsidRDefault="00562A90" w:rsidP="00562A90">
      <w:r w:rsidRPr="00562A90">
        <w:pict w14:anchorId="45A484AC">
          <v:rect id="_x0000_i1664" style="width:0;height:1.5pt" o:hralign="center" o:hrstd="t" o:hr="t" fillcolor="#a0a0a0" stroked="f"/>
        </w:pict>
      </w:r>
    </w:p>
    <w:p w14:paraId="018906B8" w14:textId="77777777" w:rsidR="00562A90" w:rsidRPr="00562A90" w:rsidRDefault="00562A90" w:rsidP="00562A90">
      <w:pPr>
        <w:pStyle w:val="Heading2"/>
        <w:rPr>
          <w:rFonts w:asciiTheme="minorHAnsi" w:hAnsiTheme="minorHAnsi"/>
          <w:sz w:val="22"/>
          <w:szCs w:val="22"/>
        </w:rPr>
      </w:pPr>
      <w:bookmarkStart w:id="25" w:name="_Toc237251604"/>
      <w:r w:rsidRPr="00562A90">
        <w:rPr>
          <w:rFonts w:asciiTheme="minorHAnsi" w:hAnsiTheme="minorHAnsi"/>
          <w:sz w:val="22"/>
          <w:szCs w:val="22"/>
        </w:rPr>
        <w:t>3.7 Lawful Use of Cookies</w:t>
      </w:r>
      <w:bookmarkEnd w:id="25"/>
    </w:p>
    <w:p w14:paraId="00D36D8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using cookies responsibly and in accordance with applicable legislation.</w:t>
      </w:r>
    </w:p>
    <w:p w14:paraId="4A1CAB3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consent is required for certain categories of cookies, users will be given the opportunity to accept, reject or manage their cookie preferences before those cookies are used.</w:t>
      </w:r>
    </w:p>
    <w:p w14:paraId="48E1D2B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 xml:space="preserve">Essential cookies that are necessary for the operation of the platform may continue to operate without consent </w:t>
      </w:r>
      <w:proofErr w:type="gramStart"/>
      <w:r w:rsidRPr="00562A90">
        <w:rPr>
          <w:rFonts w:asciiTheme="minorHAnsi" w:hAnsiTheme="minorHAnsi"/>
          <w:sz w:val="22"/>
          <w:szCs w:val="22"/>
        </w:rPr>
        <w:t>where</w:t>
      </w:r>
      <w:proofErr w:type="gramEnd"/>
      <w:r w:rsidRPr="00562A90">
        <w:rPr>
          <w:rFonts w:asciiTheme="minorHAnsi" w:hAnsiTheme="minorHAnsi"/>
          <w:sz w:val="22"/>
          <w:szCs w:val="22"/>
        </w:rPr>
        <w:t xml:space="preserve"> permitted by law.</w:t>
      </w:r>
    </w:p>
    <w:p w14:paraId="1A5D33EF" w14:textId="77777777" w:rsidR="00562A90" w:rsidRPr="00562A90" w:rsidRDefault="00562A90" w:rsidP="00562A90">
      <w:r w:rsidRPr="00562A90">
        <w:pict w14:anchorId="5382A183">
          <v:rect id="_x0000_i1665" style="width:0;height:1.5pt" o:hralign="center" o:hrstd="t" o:hr="t" fillcolor="#a0a0a0" stroked="f"/>
        </w:pict>
      </w:r>
    </w:p>
    <w:p w14:paraId="049E2AEC" w14:textId="77777777" w:rsidR="00562A90" w:rsidRPr="00562A90" w:rsidRDefault="00562A90" w:rsidP="00562A90">
      <w:pPr>
        <w:pStyle w:val="Heading2"/>
        <w:rPr>
          <w:rFonts w:asciiTheme="minorHAnsi" w:hAnsiTheme="minorHAnsi"/>
          <w:sz w:val="22"/>
          <w:szCs w:val="22"/>
        </w:rPr>
      </w:pPr>
      <w:bookmarkStart w:id="26" w:name="_Toc237251605"/>
      <w:r w:rsidRPr="00562A90">
        <w:rPr>
          <w:rFonts w:asciiTheme="minorHAnsi" w:hAnsiTheme="minorHAnsi"/>
          <w:sz w:val="22"/>
          <w:szCs w:val="22"/>
        </w:rPr>
        <w:t>3.8 User Control</w:t>
      </w:r>
      <w:bookmarkEnd w:id="26"/>
    </w:p>
    <w:p w14:paraId="42E1641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remain in control of their cookie preferences.</w:t>
      </w:r>
    </w:p>
    <w:p w14:paraId="5BC8D33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available, cookie preferences may be updated through the My Sports Coach cookie consent tools or through the settings within their web browser.</w:t>
      </w:r>
    </w:p>
    <w:p w14:paraId="425AD1A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Please note that disabling certain cookies may affect the functionality or performance of parts of the platform.</w:t>
      </w:r>
    </w:p>
    <w:p w14:paraId="312A8947" w14:textId="77777777" w:rsidR="00562A90" w:rsidRPr="00562A90" w:rsidRDefault="00562A90" w:rsidP="00562A90">
      <w:r w:rsidRPr="00562A90">
        <w:pict w14:anchorId="557AEF10">
          <v:rect id="_x0000_i1666" style="width:0;height:1.5pt" o:hralign="center" o:hrstd="t" o:hr="t" fillcolor="#a0a0a0" stroked="f"/>
        </w:pict>
      </w:r>
    </w:p>
    <w:p w14:paraId="47E141CF" w14:textId="77777777" w:rsidR="00562A90" w:rsidRPr="00562A90" w:rsidRDefault="00562A90" w:rsidP="00562A90">
      <w:pPr>
        <w:pStyle w:val="Heading2"/>
        <w:rPr>
          <w:rFonts w:asciiTheme="minorHAnsi" w:hAnsiTheme="minorHAnsi"/>
          <w:sz w:val="22"/>
          <w:szCs w:val="22"/>
        </w:rPr>
      </w:pPr>
      <w:bookmarkStart w:id="27" w:name="_Toc237251606"/>
      <w:r w:rsidRPr="00562A90">
        <w:rPr>
          <w:rFonts w:asciiTheme="minorHAnsi" w:hAnsiTheme="minorHAnsi"/>
          <w:sz w:val="22"/>
          <w:szCs w:val="22"/>
        </w:rPr>
        <w:t>3.9 Transparency</w:t>
      </w:r>
      <w:bookmarkEnd w:id="27"/>
    </w:p>
    <w:p w14:paraId="27A673F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believes users should understand how cookies support the operation of the platform.</w:t>
      </w:r>
    </w:p>
    <w:p w14:paraId="37BAEB4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are committed to providing clear information about the cookies we use and the choices available to users regarding their use.</w:t>
      </w:r>
    </w:p>
    <w:p w14:paraId="18E0A689" w14:textId="77777777" w:rsidR="00562A90" w:rsidRPr="00562A90" w:rsidRDefault="00562A90" w:rsidP="00562A90">
      <w:r w:rsidRPr="00562A90">
        <w:pict w14:anchorId="683215CC">
          <v:rect id="_x0000_i1667" style="width:0;height:1.5pt" o:hralign="center" o:hrstd="t" o:hr="t" fillcolor="#a0a0a0" stroked="f"/>
        </w:pict>
      </w:r>
    </w:p>
    <w:p w14:paraId="7D61A1E5" w14:textId="77777777" w:rsidR="00562A90" w:rsidRPr="00562A90" w:rsidRDefault="00562A90" w:rsidP="00562A90">
      <w:pPr>
        <w:pStyle w:val="Heading2"/>
        <w:rPr>
          <w:rFonts w:asciiTheme="minorHAnsi" w:hAnsiTheme="minorHAnsi"/>
          <w:sz w:val="22"/>
          <w:szCs w:val="22"/>
        </w:rPr>
      </w:pPr>
      <w:bookmarkStart w:id="28" w:name="_Toc237251607"/>
      <w:r w:rsidRPr="00562A90">
        <w:rPr>
          <w:rFonts w:asciiTheme="minorHAnsi" w:hAnsiTheme="minorHAnsi"/>
          <w:sz w:val="22"/>
          <w:szCs w:val="22"/>
        </w:rPr>
        <w:t>3.10 Our Commitment</w:t>
      </w:r>
      <w:bookmarkEnd w:id="28"/>
    </w:p>
    <w:p w14:paraId="258CBD0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using cookies in a transparent, responsible and proportionate manner.</w:t>
      </w:r>
    </w:p>
    <w:p w14:paraId="233BE87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By using cookies only where appropriate, respecting user choices and continually reviewing our practices, we aim to provide a secure, reliable and user-friendly platform while protecting user privacy.</w:t>
      </w:r>
    </w:p>
    <w:p w14:paraId="1DBE8CC4" w14:textId="77777777" w:rsidR="00562A90" w:rsidRPr="00562A90" w:rsidRDefault="00562A90" w:rsidP="00562A90">
      <w:pPr>
        <w:pStyle w:val="Heading1"/>
        <w:rPr>
          <w:rFonts w:asciiTheme="minorHAnsi" w:hAnsiTheme="minorHAnsi"/>
        </w:rPr>
      </w:pPr>
      <w:bookmarkStart w:id="29" w:name="_Toc237251608"/>
      <w:r w:rsidRPr="00562A90">
        <w:rPr>
          <w:rFonts w:asciiTheme="minorHAnsi" w:hAnsiTheme="minorHAnsi"/>
        </w:rPr>
        <w:t>4. Types of Cookies We Use</w:t>
      </w:r>
      <w:bookmarkEnd w:id="29"/>
    </w:p>
    <w:p w14:paraId="322B0A6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may use different categories of cookies to support the secure operation, functionality and continual improvement of our platform.</w:t>
      </w:r>
    </w:p>
    <w:p w14:paraId="383AEB08"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 categories described below explain the purpose of the cookies that may be used. The specific cookies used may change over time as the platform develops.</w:t>
      </w:r>
    </w:p>
    <w:p w14:paraId="47577509" w14:textId="77777777" w:rsidR="00562A90" w:rsidRPr="00562A90" w:rsidRDefault="00562A90" w:rsidP="00562A90">
      <w:r w:rsidRPr="00562A90">
        <w:pict w14:anchorId="23C8801F">
          <v:rect id="_x0000_i1888" style="width:0;height:1.5pt" o:hralign="center" o:hrstd="t" o:hr="t" fillcolor="#a0a0a0" stroked="f"/>
        </w:pict>
      </w:r>
    </w:p>
    <w:p w14:paraId="0131C007" w14:textId="77777777" w:rsidR="00562A90" w:rsidRPr="00562A90" w:rsidRDefault="00562A90" w:rsidP="00562A90">
      <w:pPr>
        <w:pStyle w:val="Heading2"/>
        <w:rPr>
          <w:rFonts w:asciiTheme="minorHAnsi" w:hAnsiTheme="minorHAnsi"/>
          <w:sz w:val="22"/>
          <w:szCs w:val="22"/>
        </w:rPr>
      </w:pPr>
      <w:bookmarkStart w:id="30" w:name="_Toc237251609"/>
      <w:r w:rsidRPr="00562A90">
        <w:rPr>
          <w:rFonts w:asciiTheme="minorHAnsi" w:hAnsiTheme="minorHAnsi"/>
          <w:sz w:val="22"/>
          <w:szCs w:val="22"/>
        </w:rPr>
        <w:t>4.1 Strictly Necessary Cookies</w:t>
      </w:r>
      <w:bookmarkEnd w:id="30"/>
    </w:p>
    <w:p w14:paraId="6CA0734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Strictly necessary cookies are essential for the operation of the My Sports Coach platform.</w:t>
      </w:r>
    </w:p>
    <w:p w14:paraId="6273677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help enable services such as:</w:t>
      </w:r>
    </w:p>
    <w:p w14:paraId="00557BEE" w14:textId="77777777" w:rsidR="00562A90" w:rsidRPr="00562A90" w:rsidRDefault="00562A90" w:rsidP="00562A90">
      <w:pPr>
        <w:numPr>
          <w:ilvl w:val="0"/>
          <w:numId w:val="564"/>
        </w:numPr>
        <w:spacing w:before="100" w:beforeAutospacing="1" w:after="100" w:afterAutospacing="1" w:line="240" w:lineRule="auto"/>
      </w:pPr>
      <w:r w:rsidRPr="00562A90">
        <w:t xml:space="preserve">secure user authentication; </w:t>
      </w:r>
    </w:p>
    <w:p w14:paraId="6A800D4F" w14:textId="77777777" w:rsidR="00562A90" w:rsidRPr="00562A90" w:rsidRDefault="00562A90" w:rsidP="00562A90">
      <w:pPr>
        <w:numPr>
          <w:ilvl w:val="0"/>
          <w:numId w:val="564"/>
        </w:numPr>
        <w:spacing w:before="100" w:beforeAutospacing="1" w:after="100" w:afterAutospacing="1" w:line="240" w:lineRule="auto"/>
      </w:pPr>
      <w:r w:rsidRPr="00562A90">
        <w:t xml:space="preserve">account login; </w:t>
      </w:r>
    </w:p>
    <w:p w14:paraId="4D8B8437" w14:textId="77777777" w:rsidR="00562A90" w:rsidRPr="00562A90" w:rsidRDefault="00562A90" w:rsidP="00562A90">
      <w:pPr>
        <w:numPr>
          <w:ilvl w:val="0"/>
          <w:numId w:val="564"/>
        </w:numPr>
        <w:spacing w:before="100" w:beforeAutospacing="1" w:after="100" w:afterAutospacing="1" w:line="240" w:lineRule="auto"/>
      </w:pPr>
      <w:r w:rsidRPr="00562A90">
        <w:t xml:space="preserve">booking functionality; </w:t>
      </w:r>
    </w:p>
    <w:p w14:paraId="7C5C0526" w14:textId="77777777" w:rsidR="00562A90" w:rsidRPr="00562A90" w:rsidRDefault="00562A90" w:rsidP="00562A90">
      <w:pPr>
        <w:numPr>
          <w:ilvl w:val="0"/>
          <w:numId w:val="564"/>
        </w:numPr>
        <w:spacing w:before="100" w:beforeAutospacing="1" w:after="100" w:afterAutospacing="1" w:line="240" w:lineRule="auto"/>
      </w:pPr>
      <w:r w:rsidRPr="00562A90">
        <w:t xml:space="preserve">payment processing; </w:t>
      </w:r>
    </w:p>
    <w:p w14:paraId="713E7478" w14:textId="77777777" w:rsidR="00562A90" w:rsidRPr="00562A90" w:rsidRDefault="00562A90" w:rsidP="00562A90">
      <w:pPr>
        <w:numPr>
          <w:ilvl w:val="0"/>
          <w:numId w:val="564"/>
        </w:numPr>
        <w:spacing w:before="100" w:beforeAutospacing="1" w:after="100" w:afterAutospacing="1" w:line="240" w:lineRule="auto"/>
      </w:pPr>
      <w:r w:rsidRPr="00562A90">
        <w:t xml:space="preserve">fraud prevention; and </w:t>
      </w:r>
    </w:p>
    <w:p w14:paraId="04070E91" w14:textId="77777777" w:rsidR="00562A90" w:rsidRPr="00562A90" w:rsidRDefault="00562A90" w:rsidP="00562A90">
      <w:pPr>
        <w:numPr>
          <w:ilvl w:val="0"/>
          <w:numId w:val="564"/>
        </w:numPr>
        <w:spacing w:before="100" w:beforeAutospacing="1" w:after="100" w:afterAutospacing="1" w:line="240" w:lineRule="auto"/>
      </w:pPr>
      <w:r w:rsidRPr="00562A90">
        <w:t xml:space="preserve">website security. </w:t>
      </w:r>
    </w:p>
    <w:p w14:paraId="1DC6849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Without these cookies, key features of the platform may not function correctly.</w:t>
      </w:r>
    </w:p>
    <w:p w14:paraId="63D9DD10" w14:textId="77777777" w:rsidR="00562A90" w:rsidRPr="00562A90" w:rsidRDefault="00562A90" w:rsidP="00562A90">
      <w:r w:rsidRPr="00562A90">
        <w:pict w14:anchorId="5DE7FDE6">
          <v:rect id="_x0000_i1889" style="width:0;height:1.5pt" o:hralign="center" o:hrstd="t" o:hr="t" fillcolor="#a0a0a0" stroked="f"/>
        </w:pict>
      </w:r>
    </w:p>
    <w:p w14:paraId="380295D7" w14:textId="77777777" w:rsidR="00562A90" w:rsidRPr="00562A90" w:rsidRDefault="00562A90" w:rsidP="00562A90">
      <w:pPr>
        <w:pStyle w:val="Heading2"/>
        <w:rPr>
          <w:rFonts w:asciiTheme="minorHAnsi" w:hAnsiTheme="minorHAnsi"/>
          <w:sz w:val="22"/>
          <w:szCs w:val="22"/>
        </w:rPr>
      </w:pPr>
      <w:bookmarkStart w:id="31" w:name="_Toc237251610"/>
      <w:r w:rsidRPr="00562A90">
        <w:rPr>
          <w:rFonts w:asciiTheme="minorHAnsi" w:hAnsiTheme="minorHAnsi"/>
          <w:sz w:val="22"/>
          <w:szCs w:val="22"/>
        </w:rPr>
        <w:t>4.2 Functional Cookies</w:t>
      </w:r>
      <w:bookmarkEnd w:id="31"/>
    </w:p>
    <w:p w14:paraId="563B299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Functional cookies remember user choices and preferences to improve the browsing experience.</w:t>
      </w:r>
    </w:p>
    <w:p w14:paraId="36B6EFC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may remember:</w:t>
      </w:r>
    </w:p>
    <w:p w14:paraId="2318828D" w14:textId="77777777" w:rsidR="00562A90" w:rsidRPr="00562A90" w:rsidRDefault="00562A90" w:rsidP="00562A90">
      <w:pPr>
        <w:numPr>
          <w:ilvl w:val="0"/>
          <w:numId w:val="565"/>
        </w:numPr>
        <w:spacing w:before="100" w:beforeAutospacing="1" w:after="100" w:afterAutospacing="1" w:line="240" w:lineRule="auto"/>
      </w:pPr>
      <w:r w:rsidRPr="00562A90">
        <w:t xml:space="preserve">language preferences; </w:t>
      </w:r>
    </w:p>
    <w:p w14:paraId="7E5520FA" w14:textId="77777777" w:rsidR="00562A90" w:rsidRPr="00562A90" w:rsidRDefault="00562A90" w:rsidP="00562A90">
      <w:pPr>
        <w:numPr>
          <w:ilvl w:val="0"/>
          <w:numId w:val="565"/>
        </w:numPr>
        <w:spacing w:before="100" w:beforeAutospacing="1" w:after="100" w:afterAutospacing="1" w:line="240" w:lineRule="auto"/>
      </w:pPr>
      <w:r w:rsidRPr="00562A90">
        <w:t xml:space="preserve">accessibility settings; </w:t>
      </w:r>
    </w:p>
    <w:p w14:paraId="22DF1B25" w14:textId="77777777" w:rsidR="00562A90" w:rsidRPr="00562A90" w:rsidRDefault="00562A90" w:rsidP="00562A90">
      <w:pPr>
        <w:numPr>
          <w:ilvl w:val="0"/>
          <w:numId w:val="565"/>
        </w:numPr>
        <w:spacing w:before="100" w:beforeAutospacing="1" w:after="100" w:afterAutospacing="1" w:line="240" w:lineRule="auto"/>
      </w:pPr>
      <w:r w:rsidRPr="00562A90">
        <w:t xml:space="preserve">cookie consent choices; </w:t>
      </w:r>
    </w:p>
    <w:p w14:paraId="64212BE3" w14:textId="77777777" w:rsidR="00562A90" w:rsidRPr="00562A90" w:rsidRDefault="00562A90" w:rsidP="00562A90">
      <w:pPr>
        <w:numPr>
          <w:ilvl w:val="0"/>
          <w:numId w:val="565"/>
        </w:numPr>
        <w:spacing w:before="100" w:beforeAutospacing="1" w:after="100" w:afterAutospacing="1" w:line="240" w:lineRule="auto"/>
      </w:pPr>
      <w:r w:rsidRPr="00562A90">
        <w:t xml:space="preserve">account preferences; and </w:t>
      </w:r>
    </w:p>
    <w:p w14:paraId="679D8E4F" w14:textId="77777777" w:rsidR="00562A90" w:rsidRPr="00562A90" w:rsidRDefault="00562A90" w:rsidP="00562A90">
      <w:pPr>
        <w:numPr>
          <w:ilvl w:val="0"/>
          <w:numId w:val="565"/>
        </w:numPr>
        <w:spacing w:before="100" w:beforeAutospacing="1" w:after="100" w:afterAutospacing="1" w:line="240" w:lineRule="auto"/>
      </w:pPr>
      <w:r w:rsidRPr="00562A90">
        <w:t xml:space="preserve">other personalised settings. </w:t>
      </w:r>
    </w:p>
    <w:p w14:paraId="22696DA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help provide a more convenient and consistent user experience.</w:t>
      </w:r>
    </w:p>
    <w:p w14:paraId="41A06A4C" w14:textId="77777777" w:rsidR="00562A90" w:rsidRPr="00562A90" w:rsidRDefault="00562A90" w:rsidP="00562A90">
      <w:r w:rsidRPr="00562A90">
        <w:pict w14:anchorId="28045C30">
          <v:rect id="_x0000_i1890" style="width:0;height:1.5pt" o:hralign="center" o:hrstd="t" o:hr="t" fillcolor="#a0a0a0" stroked="f"/>
        </w:pict>
      </w:r>
    </w:p>
    <w:p w14:paraId="421ABC27" w14:textId="77777777" w:rsidR="00562A90" w:rsidRPr="00562A90" w:rsidRDefault="00562A90" w:rsidP="00562A90">
      <w:pPr>
        <w:pStyle w:val="Heading2"/>
        <w:rPr>
          <w:rFonts w:asciiTheme="minorHAnsi" w:hAnsiTheme="minorHAnsi"/>
          <w:sz w:val="22"/>
          <w:szCs w:val="22"/>
        </w:rPr>
      </w:pPr>
      <w:bookmarkStart w:id="32" w:name="_Toc237251611"/>
      <w:r w:rsidRPr="00562A90">
        <w:rPr>
          <w:rFonts w:asciiTheme="minorHAnsi" w:hAnsiTheme="minorHAnsi"/>
          <w:sz w:val="22"/>
          <w:szCs w:val="22"/>
        </w:rPr>
        <w:lastRenderedPageBreak/>
        <w:t>4.3 Performance Cookies</w:t>
      </w:r>
      <w:bookmarkEnd w:id="32"/>
    </w:p>
    <w:p w14:paraId="16B0F62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Performance cookies help us understand how the My Sports Coach platform performs and identify opportunities for improvement.</w:t>
      </w:r>
    </w:p>
    <w:p w14:paraId="1DDF91F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These cookies may help us:</w:t>
      </w:r>
    </w:p>
    <w:p w14:paraId="24F007ED" w14:textId="77777777" w:rsidR="00562A90" w:rsidRPr="00562A90" w:rsidRDefault="00562A90" w:rsidP="00562A90">
      <w:pPr>
        <w:numPr>
          <w:ilvl w:val="0"/>
          <w:numId w:val="566"/>
        </w:numPr>
        <w:spacing w:before="100" w:beforeAutospacing="1" w:after="100" w:afterAutospacing="1" w:line="240" w:lineRule="auto"/>
      </w:pPr>
      <w:r w:rsidRPr="00562A90">
        <w:t xml:space="preserve">monitor website performance; </w:t>
      </w:r>
    </w:p>
    <w:p w14:paraId="276CDC5A" w14:textId="77777777" w:rsidR="00562A90" w:rsidRPr="00562A90" w:rsidRDefault="00562A90" w:rsidP="00562A90">
      <w:pPr>
        <w:numPr>
          <w:ilvl w:val="0"/>
          <w:numId w:val="566"/>
        </w:numPr>
        <w:spacing w:before="100" w:beforeAutospacing="1" w:after="100" w:afterAutospacing="1" w:line="240" w:lineRule="auto"/>
      </w:pPr>
      <w:r w:rsidRPr="00562A90">
        <w:t xml:space="preserve">identify technical issues; </w:t>
      </w:r>
    </w:p>
    <w:p w14:paraId="164E2697" w14:textId="77777777" w:rsidR="00562A90" w:rsidRPr="00562A90" w:rsidRDefault="00562A90" w:rsidP="00562A90">
      <w:pPr>
        <w:numPr>
          <w:ilvl w:val="0"/>
          <w:numId w:val="566"/>
        </w:numPr>
        <w:spacing w:before="100" w:beforeAutospacing="1" w:after="100" w:afterAutospacing="1" w:line="240" w:lineRule="auto"/>
      </w:pPr>
      <w:r w:rsidRPr="00562A90">
        <w:t xml:space="preserve">improve page loading times; </w:t>
      </w:r>
    </w:p>
    <w:p w14:paraId="4F2B23AE" w14:textId="77777777" w:rsidR="00562A90" w:rsidRPr="00562A90" w:rsidRDefault="00562A90" w:rsidP="00562A90">
      <w:pPr>
        <w:numPr>
          <w:ilvl w:val="0"/>
          <w:numId w:val="566"/>
        </w:numPr>
        <w:spacing w:before="100" w:beforeAutospacing="1" w:after="100" w:afterAutospacing="1" w:line="240" w:lineRule="auto"/>
      </w:pPr>
      <w:r w:rsidRPr="00562A90">
        <w:t xml:space="preserve">enhance platform reliability; and </w:t>
      </w:r>
    </w:p>
    <w:p w14:paraId="4504A639" w14:textId="77777777" w:rsidR="00562A90" w:rsidRPr="00562A90" w:rsidRDefault="00562A90" w:rsidP="00562A90">
      <w:pPr>
        <w:numPr>
          <w:ilvl w:val="0"/>
          <w:numId w:val="566"/>
        </w:numPr>
        <w:spacing w:before="100" w:beforeAutospacing="1" w:after="100" w:afterAutospacing="1" w:line="240" w:lineRule="auto"/>
      </w:pPr>
      <w:r w:rsidRPr="00562A90">
        <w:t xml:space="preserve">improve the overall user experience. </w:t>
      </w:r>
    </w:p>
    <w:p w14:paraId="5E69B4A4" w14:textId="77777777" w:rsidR="00562A90" w:rsidRPr="00562A90" w:rsidRDefault="00562A90" w:rsidP="00562A90">
      <w:pPr>
        <w:spacing w:after="0"/>
      </w:pPr>
      <w:r w:rsidRPr="00562A90">
        <w:pict w14:anchorId="4A516C09">
          <v:rect id="_x0000_i1891" style="width:0;height:1.5pt" o:hralign="center" o:hrstd="t" o:hr="t" fillcolor="#a0a0a0" stroked="f"/>
        </w:pict>
      </w:r>
    </w:p>
    <w:p w14:paraId="1843F2EA" w14:textId="77777777" w:rsidR="00562A90" w:rsidRPr="00562A90" w:rsidRDefault="00562A90" w:rsidP="00562A90">
      <w:pPr>
        <w:pStyle w:val="Heading2"/>
        <w:rPr>
          <w:rFonts w:asciiTheme="minorHAnsi" w:hAnsiTheme="minorHAnsi"/>
          <w:sz w:val="22"/>
          <w:szCs w:val="22"/>
        </w:rPr>
      </w:pPr>
      <w:bookmarkStart w:id="33" w:name="_Toc237251612"/>
      <w:r w:rsidRPr="00562A90">
        <w:rPr>
          <w:rFonts w:asciiTheme="minorHAnsi" w:hAnsiTheme="minorHAnsi"/>
          <w:sz w:val="22"/>
          <w:szCs w:val="22"/>
        </w:rPr>
        <w:t>4.4 Analytics Cookies</w:t>
      </w:r>
      <w:bookmarkEnd w:id="33"/>
    </w:p>
    <w:p w14:paraId="01CAADB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Analytics cookies help us understand how visitors use the My Sports Coach platform.</w:t>
      </w:r>
    </w:p>
    <w:p w14:paraId="5777DE0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Information collected may include:</w:t>
      </w:r>
    </w:p>
    <w:p w14:paraId="2C8CF555" w14:textId="77777777" w:rsidR="00562A90" w:rsidRPr="00562A90" w:rsidRDefault="00562A90" w:rsidP="00562A90">
      <w:pPr>
        <w:numPr>
          <w:ilvl w:val="0"/>
          <w:numId w:val="567"/>
        </w:numPr>
        <w:spacing w:before="100" w:beforeAutospacing="1" w:after="100" w:afterAutospacing="1" w:line="240" w:lineRule="auto"/>
      </w:pPr>
      <w:r w:rsidRPr="00562A90">
        <w:t xml:space="preserve">pages visited; </w:t>
      </w:r>
    </w:p>
    <w:p w14:paraId="36AC7900" w14:textId="77777777" w:rsidR="00562A90" w:rsidRPr="00562A90" w:rsidRDefault="00562A90" w:rsidP="00562A90">
      <w:pPr>
        <w:numPr>
          <w:ilvl w:val="0"/>
          <w:numId w:val="567"/>
        </w:numPr>
        <w:spacing w:before="100" w:beforeAutospacing="1" w:after="100" w:afterAutospacing="1" w:line="240" w:lineRule="auto"/>
      </w:pPr>
      <w:r w:rsidRPr="00562A90">
        <w:t xml:space="preserve">navigation patterns; </w:t>
      </w:r>
    </w:p>
    <w:p w14:paraId="11AAB48B" w14:textId="77777777" w:rsidR="00562A90" w:rsidRPr="00562A90" w:rsidRDefault="00562A90" w:rsidP="00562A90">
      <w:pPr>
        <w:numPr>
          <w:ilvl w:val="0"/>
          <w:numId w:val="567"/>
        </w:numPr>
        <w:spacing w:before="100" w:beforeAutospacing="1" w:after="100" w:afterAutospacing="1" w:line="240" w:lineRule="auto"/>
      </w:pPr>
      <w:r w:rsidRPr="00562A90">
        <w:t xml:space="preserve">time spent on the website; </w:t>
      </w:r>
    </w:p>
    <w:p w14:paraId="5CDCED2B" w14:textId="77777777" w:rsidR="00562A90" w:rsidRPr="00562A90" w:rsidRDefault="00562A90" w:rsidP="00562A90">
      <w:pPr>
        <w:numPr>
          <w:ilvl w:val="0"/>
          <w:numId w:val="567"/>
        </w:numPr>
        <w:spacing w:before="100" w:beforeAutospacing="1" w:after="100" w:afterAutospacing="1" w:line="240" w:lineRule="auto"/>
      </w:pPr>
      <w:r w:rsidRPr="00562A90">
        <w:t xml:space="preserve">device information; and </w:t>
      </w:r>
    </w:p>
    <w:p w14:paraId="22837F10" w14:textId="77777777" w:rsidR="00562A90" w:rsidRPr="00562A90" w:rsidRDefault="00562A90" w:rsidP="00562A90">
      <w:pPr>
        <w:numPr>
          <w:ilvl w:val="0"/>
          <w:numId w:val="567"/>
        </w:numPr>
        <w:spacing w:before="100" w:beforeAutospacing="1" w:after="100" w:afterAutospacing="1" w:line="240" w:lineRule="auto"/>
      </w:pPr>
      <w:r w:rsidRPr="00562A90">
        <w:t xml:space="preserve">general usage trends. </w:t>
      </w:r>
    </w:p>
    <w:p w14:paraId="29AE46A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reasonably practicable, analytics information is collected in an aggregated or anonymised form.</w:t>
      </w:r>
    </w:p>
    <w:p w14:paraId="1DD862B6" w14:textId="77777777" w:rsidR="00562A90" w:rsidRPr="00562A90" w:rsidRDefault="00562A90" w:rsidP="00562A90">
      <w:r w:rsidRPr="00562A90">
        <w:pict w14:anchorId="30AA83DD">
          <v:rect id="_x0000_i1892" style="width:0;height:1.5pt" o:hralign="center" o:hrstd="t" o:hr="t" fillcolor="#a0a0a0" stroked="f"/>
        </w:pict>
      </w:r>
    </w:p>
    <w:p w14:paraId="114F99E4" w14:textId="77777777" w:rsidR="00562A90" w:rsidRPr="00562A90" w:rsidRDefault="00562A90" w:rsidP="00562A90">
      <w:pPr>
        <w:pStyle w:val="Heading2"/>
        <w:rPr>
          <w:rFonts w:asciiTheme="minorHAnsi" w:hAnsiTheme="minorHAnsi"/>
          <w:sz w:val="22"/>
          <w:szCs w:val="22"/>
        </w:rPr>
      </w:pPr>
      <w:bookmarkStart w:id="34" w:name="_Toc237251613"/>
      <w:r w:rsidRPr="00562A90">
        <w:rPr>
          <w:rFonts w:asciiTheme="minorHAnsi" w:hAnsiTheme="minorHAnsi"/>
          <w:sz w:val="22"/>
          <w:szCs w:val="22"/>
        </w:rPr>
        <w:t>4.5 Third-Party Cookies</w:t>
      </w:r>
      <w:bookmarkEnd w:id="34"/>
    </w:p>
    <w:p w14:paraId="35CF750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Some services used by My Sports Coach may be provided by trusted third parties.</w:t>
      </w:r>
    </w:p>
    <w:p w14:paraId="72C96608"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these services are integrated into the platform, third-party cookies may be used in accordance with the policies of those providers.</w:t>
      </w:r>
    </w:p>
    <w:p w14:paraId="335C2E9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Examples may include services relating to:</w:t>
      </w:r>
    </w:p>
    <w:p w14:paraId="7274A0C9" w14:textId="77777777" w:rsidR="00562A90" w:rsidRPr="00562A90" w:rsidRDefault="00562A90" w:rsidP="00562A90">
      <w:pPr>
        <w:numPr>
          <w:ilvl w:val="0"/>
          <w:numId w:val="568"/>
        </w:numPr>
        <w:spacing w:before="100" w:beforeAutospacing="1" w:after="100" w:afterAutospacing="1" w:line="240" w:lineRule="auto"/>
      </w:pPr>
      <w:r w:rsidRPr="00562A90">
        <w:t xml:space="preserve">website analytics; </w:t>
      </w:r>
    </w:p>
    <w:p w14:paraId="7F492CDC" w14:textId="77777777" w:rsidR="00562A90" w:rsidRPr="00562A90" w:rsidRDefault="00562A90" w:rsidP="00562A90">
      <w:pPr>
        <w:numPr>
          <w:ilvl w:val="0"/>
          <w:numId w:val="568"/>
        </w:numPr>
        <w:spacing w:before="100" w:beforeAutospacing="1" w:after="100" w:afterAutospacing="1" w:line="240" w:lineRule="auto"/>
      </w:pPr>
      <w:r w:rsidRPr="00562A90">
        <w:t xml:space="preserve">secure payment processing; </w:t>
      </w:r>
    </w:p>
    <w:p w14:paraId="354AFF37" w14:textId="77777777" w:rsidR="00562A90" w:rsidRPr="00562A90" w:rsidRDefault="00562A90" w:rsidP="00562A90">
      <w:pPr>
        <w:numPr>
          <w:ilvl w:val="0"/>
          <w:numId w:val="568"/>
        </w:numPr>
        <w:spacing w:before="100" w:beforeAutospacing="1" w:after="100" w:afterAutospacing="1" w:line="240" w:lineRule="auto"/>
      </w:pPr>
      <w:r w:rsidRPr="00562A90">
        <w:t xml:space="preserve">embedded content; or </w:t>
      </w:r>
    </w:p>
    <w:p w14:paraId="192DAE3C" w14:textId="77777777" w:rsidR="00562A90" w:rsidRPr="00562A90" w:rsidRDefault="00562A90" w:rsidP="00562A90">
      <w:pPr>
        <w:numPr>
          <w:ilvl w:val="0"/>
          <w:numId w:val="568"/>
        </w:numPr>
        <w:spacing w:before="100" w:beforeAutospacing="1" w:after="100" w:afterAutospacing="1" w:line="240" w:lineRule="auto"/>
      </w:pPr>
      <w:r w:rsidRPr="00562A90">
        <w:t xml:space="preserve">website functionality. </w:t>
      </w:r>
    </w:p>
    <w:p w14:paraId="0881F1B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should review the relevant third-party privacy and cookie policies where appropriate.</w:t>
      </w:r>
    </w:p>
    <w:p w14:paraId="7C21C81F" w14:textId="77777777" w:rsidR="00562A90" w:rsidRPr="00562A90" w:rsidRDefault="00562A90" w:rsidP="00562A90">
      <w:r w:rsidRPr="00562A90">
        <w:pict w14:anchorId="18919306">
          <v:rect id="_x0000_i1893" style="width:0;height:1.5pt" o:hralign="center" o:hrstd="t" o:hr="t" fillcolor="#a0a0a0" stroked="f"/>
        </w:pict>
      </w:r>
    </w:p>
    <w:p w14:paraId="37074FA3" w14:textId="77777777" w:rsidR="00562A90" w:rsidRPr="00562A90" w:rsidRDefault="00562A90" w:rsidP="00562A90">
      <w:pPr>
        <w:pStyle w:val="Heading2"/>
        <w:rPr>
          <w:rFonts w:asciiTheme="minorHAnsi" w:hAnsiTheme="minorHAnsi"/>
          <w:sz w:val="22"/>
          <w:szCs w:val="22"/>
        </w:rPr>
      </w:pPr>
      <w:bookmarkStart w:id="35" w:name="_Toc237251614"/>
      <w:r w:rsidRPr="00562A90">
        <w:rPr>
          <w:rFonts w:asciiTheme="minorHAnsi" w:hAnsiTheme="minorHAnsi"/>
          <w:sz w:val="22"/>
          <w:szCs w:val="22"/>
        </w:rPr>
        <w:lastRenderedPageBreak/>
        <w:t>4.6 Cookie Duration</w:t>
      </w:r>
      <w:bookmarkEnd w:id="35"/>
    </w:p>
    <w:p w14:paraId="2E86FC2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may remain on a user's device for different periods depending on their purpose.</w:t>
      </w:r>
    </w:p>
    <w:p w14:paraId="0B84392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Some cookies are automatically removed when the browser session ends, while others remain for a longer period to remember preferences or improve future visits.</w:t>
      </w:r>
    </w:p>
    <w:p w14:paraId="6A90CCC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 retention periods may vary depending on the type of cookie used.</w:t>
      </w:r>
    </w:p>
    <w:p w14:paraId="500DD38D" w14:textId="77777777" w:rsidR="00562A90" w:rsidRPr="00562A90" w:rsidRDefault="00562A90" w:rsidP="00562A90">
      <w:r w:rsidRPr="00562A90">
        <w:pict w14:anchorId="23C20993">
          <v:rect id="_x0000_i1894" style="width:0;height:1.5pt" o:hralign="center" o:hrstd="t" o:hr="t" fillcolor="#a0a0a0" stroked="f"/>
        </w:pict>
      </w:r>
    </w:p>
    <w:p w14:paraId="3D79A476" w14:textId="77777777" w:rsidR="00562A90" w:rsidRPr="00562A90" w:rsidRDefault="00562A90" w:rsidP="00562A90">
      <w:pPr>
        <w:pStyle w:val="Heading2"/>
        <w:rPr>
          <w:rFonts w:asciiTheme="minorHAnsi" w:hAnsiTheme="minorHAnsi"/>
          <w:sz w:val="22"/>
          <w:szCs w:val="22"/>
        </w:rPr>
      </w:pPr>
      <w:bookmarkStart w:id="36" w:name="_Toc237251615"/>
      <w:r w:rsidRPr="00562A90">
        <w:rPr>
          <w:rFonts w:asciiTheme="minorHAnsi" w:hAnsiTheme="minorHAnsi"/>
          <w:sz w:val="22"/>
          <w:szCs w:val="22"/>
        </w:rPr>
        <w:t>4.7 Future Technologies</w:t>
      </w:r>
      <w:bookmarkEnd w:id="36"/>
    </w:p>
    <w:p w14:paraId="7EA70D58"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As technology evolves, My Sports Coach may introduce new cookies or similar technologies to improve the functionality, security and performance of the platform.</w:t>
      </w:r>
    </w:p>
    <w:p w14:paraId="69B7D7E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required by law, users will be informed of material changes and provided with appropriate choices regarding their cookie preferences.</w:t>
      </w:r>
    </w:p>
    <w:p w14:paraId="4CE3EC7A" w14:textId="77777777" w:rsidR="00562A90" w:rsidRPr="00562A90" w:rsidRDefault="00562A90" w:rsidP="00562A90">
      <w:r w:rsidRPr="00562A90">
        <w:pict w14:anchorId="65F60F50">
          <v:rect id="_x0000_i1895" style="width:0;height:1.5pt" o:hralign="center" o:hrstd="t" o:hr="t" fillcolor="#a0a0a0" stroked="f"/>
        </w:pict>
      </w:r>
    </w:p>
    <w:p w14:paraId="5EF3D970" w14:textId="77777777" w:rsidR="00562A90" w:rsidRPr="00562A90" w:rsidRDefault="00562A90" w:rsidP="00562A90">
      <w:pPr>
        <w:pStyle w:val="Heading2"/>
        <w:rPr>
          <w:rFonts w:asciiTheme="minorHAnsi" w:hAnsiTheme="minorHAnsi"/>
          <w:sz w:val="22"/>
          <w:szCs w:val="22"/>
        </w:rPr>
      </w:pPr>
      <w:bookmarkStart w:id="37" w:name="_Toc237251616"/>
      <w:r w:rsidRPr="00562A90">
        <w:rPr>
          <w:rFonts w:asciiTheme="minorHAnsi" w:hAnsiTheme="minorHAnsi"/>
          <w:sz w:val="22"/>
          <w:szCs w:val="22"/>
        </w:rPr>
        <w:t>4.8 Reviewing Cookie Use</w:t>
      </w:r>
      <w:bookmarkEnd w:id="37"/>
    </w:p>
    <w:p w14:paraId="4BE984B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periodically reviews the cookies used across the platform to ensure they remain appropriate, proportionate and consistent with applicable legal requirements.</w:t>
      </w:r>
    </w:p>
    <w:p w14:paraId="589530F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Cookies that are no longer required may be removed, while new cookies may be introduced where necessary to support platform functionality or improvements.</w:t>
      </w:r>
    </w:p>
    <w:p w14:paraId="6E83DDA0" w14:textId="77777777" w:rsidR="00562A90" w:rsidRPr="00562A90" w:rsidRDefault="00562A90" w:rsidP="00562A90">
      <w:r w:rsidRPr="00562A90">
        <w:pict w14:anchorId="2BB651C5">
          <v:rect id="_x0000_i1896" style="width:0;height:1.5pt" o:hralign="center" o:hrstd="t" o:hr="t" fillcolor="#a0a0a0" stroked="f"/>
        </w:pict>
      </w:r>
    </w:p>
    <w:p w14:paraId="53DA2CEC" w14:textId="77777777" w:rsidR="00562A90" w:rsidRPr="00562A90" w:rsidRDefault="00562A90" w:rsidP="00562A90">
      <w:pPr>
        <w:pStyle w:val="Heading2"/>
        <w:rPr>
          <w:rFonts w:asciiTheme="minorHAnsi" w:hAnsiTheme="minorHAnsi"/>
          <w:sz w:val="22"/>
          <w:szCs w:val="22"/>
        </w:rPr>
      </w:pPr>
      <w:bookmarkStart w:id="38" w:name="_Toc237251617"/>
      <w:r w:rsidRPr="00562A90">
        <w:rPr>
          <w:rFonts w:asciiTheme="minorHAnsi" w:hAnsiTheme="minorHAnsi"/>
          <w:sz w:val="22"/>
          <w:szCs w:val="22"/>
        </w:rPr>
        <w:t>4.9 User Awareness</w:t>
      </w:r>
      <w:bookmarkEnd w:id="38"/>
    </w:p>
    <w:p w14:paraId="73FA45D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encourage users to familiarise themselves with this Cookie Policy and review their cookie preferences periodically.</w:t>
      </w:r>
    </w:p>
    <w:p w14:paraId="6356C08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Understanding how cookies work helps users make informed decisions about their online privacy and browsing experience.</w:t>
      </w:r>
    </w:p>
    <w:p w14:paraId="12247FC4" w14:textId="77777777" w:rsidR="00562A90" w:rsidRPr="00562A90" w:rsidRDefault="00562A90" w:rsidP="00562A90">
      <w:r w:rsidRPr="00562A90">
        <w:pict w14:anchorId="0C6BC704">
          <v:rect id="_x0000_i1897" style="width:0;height:1.5pt" o:hralign="center" o:hrstd="t" o:hr="t" fillcolor="#a0a0a0" stroked="f"/>
        </w:pict>
      </w:r>
    </w:p>
    <w:p w14:paraId="1D4646B1" w14:textId="77777777" w:rsidR="00562A90" w:rsidRPr="00562A90" w:rsidRDefault="00562A90" w:rsidP="00562A90">
      <w:pPr>
        <w:pStyle w:val="Heading2"/>
        <w:rPr>
          <w:rFonts w:asciiTheme="minorHAnsi" w:hAnsiTheme="minorHAnsi"/>
          <w:sz w:val="22"/>
          <w:szCs w:val="22"/>
        </w:rPr>
      </w:pPr>
      <w:bookmarkStart w:id="39" w:name="_Toc237251618"/>
      <w:r w:rsidRPr="00562A90">
        <w:rPr>
          <w:rFonts w:asciiTheme="minorHAnsi" w:hAnsiTheme="minorHAnsi"/>
          <w:sz w:val="22"/>
          <w:szCs w:val="22"/>
        </w:rPr>
        <w:t>4.10 Our Commitment</w:t>
      </w:r>
      <w:bookmarkEnd w:id="39"/>
    </w:p>
    <w:p w14:paraId="2C12A88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using cookies responsibly and transparently.</w:t>
      </w:r>
    </w:p>
    <w:p w14:paraId="62D80DA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By limiting cookies to appropriate purposes, respecting user preferences and regularly reviewing our practices, we aim to maintain a secure, reliable and user-friendly platform while supporting user privacy.</w:t>
      </w:r>
    </w:p>
    <w:p w14:paraId="6A930D27" w14:textId="77777777" w:rsidR="00562A90" w:rsidRPr="00562A90" w:rsidRDefault="00562A90" w:rsidP="00562A90">
      <w:pPr>
        <w:pStyle w:val="Heading1"/>
        <w:rPr>
          <w:rFonts w:asciiTheme="minorHAnsi" w:hAnsiTheme="minorHAnsi"/>
        </w:rPr>
      </w:pPr>
      <w:bookmarkStart w:id="40" w:name="_Toc237251619"/>
      <w:r w:rsidRPr="00562A90">
        <w:rPr>
          <w:rFonts w:asciiTheme="minorHAnsi" w:hAnsiTheme="minorHAnsi"/>
        </w:rPr>
        <w:lastRenderedPageBreak/>
        <w:t>5. Managing Cookie Preferences</w:t>
      </w:r>
      <w:bookmarkEnd w:id="40"/>
    </w:p>
    <w:p w14:paraId="266C73C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believes users should have clear information and meaningful choices regarding the use of cookies.</w:t>
      </w:r>
    </w:p>
    <w:p w14:paraId="29A24E4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required by law, users will be provided with options to accept, reject or manage non-essential cookies. Users may also manage cookie settings through their web browser at any time.</w:t>
      </w:r>
    </w:p>
    <w:p w14:paraId="52A170A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Please note that restricting certain cookies may affect the functionality or performance of parts of the My Sports Coach platform.</w:t>
      </w:r>
    </w:p>
    <w:p w14:paraId="166B8A5E" w14:textId="77777777" w:rsidR="00562A90" w:rsidRPr="00562A90" w:rsidRDefault="00562A90" w:rsidP="00562A90">
      <w:r w:rsidRPr="00562A90">
        <w:pict w14:anchorId="16D63DF1">
          <v:rect id="_x0000_i2118" style="width:0;height:1.5pt" o:hralign="center" o:hrstd="t" o:hr="t" fillcolor="#a0a0a0" stroked="f"/>
        </w:pict>
      </w:r>
    </w:p>
    <w:p w14:paraId="36A7E781" w14:textId="77777777" w:rsidR="00562A90" w:rsidRPr="00562A90" w:rsidRDefault="00562A90" w:rsidP="00562A90">
      <w:pPr>
        <w:pStyle w:val="Heading2"/>
        <w:rPr>
          <w:rFonts w:asciiTheme="minorHAnsi" w:hAnsiTheme="minorHAnsi"/>
          <w:sz w:val="22"/>
          <w:szCs w:val="22"/>
        </w:rPr>
      </w:pPr>
      <w:bookmarkStart w:id="41" w:name="_Toc237251620"/>
      <w:r w:rsidRPr="00562A90">
        <w:rPr>
          <w:rFonts w:asciiTheme="minorHAnsi" w:hAnsiTheme="minorHAnsi"/>
          <w:sz w:val="22"/>
          <w:szCs w:val="22"/>
        </w:rPr>
        <w:t>5.1 Cookie Consent</w:t>
      </w:r>
      <w:bookmarkEnd w:id="41"/>
    </w:p>
    <w:p w14:paraId="626911E8"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When users first visit the My Sports Coach platform, they may be presented with a cookie consent banner.</w:t>
      </w:r>
    </w:p>
    <w:p w14:paraId="73E0ED8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required by law, users will have the opportunity to:</w:t>
      </w:r>
    </w:p>
    <w:p w14:paraId="17049A93" w14:textId="77777777" w:rsidR="00562A90" w:rsidRPr="00562A90" w:rsidRDefault="00562A90" w:rsidP="00562A90">
      <w:pPr>
        <w:numPr>
          <w:ilvl w:val="0"/>
          <w:numId w:val="569"/>
        </w:numPr>
        <w:spacing w:before="100" w:beforeAutospacing="1" w:after="100" w:afterAutospacing="1" w:line="240" w:lineRule="auto"/>
      </w:pPr>
      <w:r w:rsidRPr="00562A90">
        <w:t xml:space="preserve">accept all cookies; </w:t>
      </w:r>
    </w:p>
    <w:p w14:paraId="26AAC71B" w14:textId="77777777" w:rsidR="00562A90" w:rsidRPr="00562A90" w:rsidRDefault="00562A90" w:rsidP="00562A90">
      <w:pPr>
        <w:numPr>
          <w:ilvl w:val="0"/>
          <w:numId w:val="569"/>
        </w:numPr>
        <w:spacing w:before="100" w:beforeAutospacing="1" w:after="100" w:afterAutospacing="1" w:line="240" w:lineRule="auto"/>
      </w:pPr>
      <w:r w:rsidRPr="00562A90">
        <w:t xml:space="preserve">reject non-essential cookies; or </w:t>
      </w:r>
    </w:p>
    <w:p w14:paraId="00A51826" w14:textId="77777777" w:rsidR="00562A90" w:rsidRPr="00562A90" w:rsidRDefault="00562A90" w:rsidP="00562A90">
      <w:pPr>
        <w:numPr>
          <w:ilvl w:val="0"/>
          <w:numId w:val="569"/>
        </w:numPr>
        <w:spacing w:before="100" w:beforeAutospacing="1" w:after="100" w:afterAutospacing="1" w:line="240" w:lineRule="auto"/>
      </w:pPr>
      <w:r w:rsidRPr="00562A90">
        <w:t xml:space="preserve">customise their cookie preferences. </w:t>
      </w:r>
    </w:p>
    <w:p w14:paraId="589C2C4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 choices will be respected in accordance with applicable legal requirements.</w:t>
      </w:r>
    </w:p>
    <w:p w14:paraId="7A5B0AF6" w14:textId="77777777" w:rsidR="00562A90" w:rsidRPr="00562A90" w:rsidRDefault="00562A90" w:rsidP="00562A90">
      <w:r w:rsidRPr="00562A90">
        <w:pict w14:anchorId="341303EC">
          <v:rect id="_x0000_i2119" style="width:0;height:1.5pt" o:hralign="center" o:hrstd="t" o:hr="t" fillcolor="#a0a0a0" stroked="f"/>
        </w:pict>
      </w:r>
    </w:p>
    <w:p w14:paraId="11C07801" w14:textId="77777777" w:rsidR="00562A90" w:rsidRPr="00562A90" w:rsidRDefault="00562A90" w:rsidP="00562A90">
      <w:pPr>
        <w:pStyle w:val="Heading2"/>
        <w:rPr>
          <w:rFonts w:asciiTheme="minorHAnsi" w:hAnsiTheme="minorHAnsi"/>
          <w:sz w:val="22"/>
          <w:szCs w:val="22"/>
        </w:rPr>
      </w:pPr>
      <w:bookmarkStart w:id="42" w:name="_Toc237251621"/>
      <w:r w:rsidRPr="00562A90">
        <w:rPr>
          <w:rFonts w:asciiTheme="minorHAnsi" w:hAnsiTheme="minorHAnsi"/>
          <w:sz w:val="22"/>
          <w:szCs w:val="22"/>
        </w:rPr>
        <w:t>5.2 Changing Cookie Preferences</w:t>
      </w:r>
      <w:bookmarkEnd w:id="42"/>
    </w:p>
    <w:p w14:paraId="1FC882E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may update their cookie preferences at any time using the cookie preference tools provided on the My Sports Coach platform, where available.</w:t>
      </w:r>
    </w:p>
    <w:p w14:paraId="6A53794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Changes to preferences will apply to future use of cookies and may not affect information previously collected where permitted by law.</w:t>
      </w:r>
    </w:p>
    <w:p w14:paraId="1F60F8C2" w14:textId="77777777" w:rsidR="00562A90" w:rsidRPr="00562A90" w:rsidRDefault="00562A90" w:rsidP="00562A90">
      <w:r w:rsidRPr="00562A90">
        <w:pict w14:anchorId="588A3625">
          <v:rect id="_x0000_i2120" style="width:0;height:1.5pt" o:hralign="center" o:hrstd="t" o:hr="t" fillcolor="#a0a0a0" stroked="f"/>
        </w:pict>
      </w:r>
    </w:p>
    <w:p w14:paraId="6633DB07" w14:textId="77777777" w:rsidR="00562A90" w:rsidRPr="00562A90" w:rsidRDefault="00562A90" w:rsidP="00562A90">
      <w:pPr>
        <w:pStyle w:val="Heading2"/>
        <w:rPr>
          <w:rFonts w:asciiTheme="minorHAnsi" w:hAnsiTheme="minorHAnsi"/>
          <w:sz w:val="22"/>
          <w:szCs w:val="22"/>
        </w:rPr>
      </w:pPr>
      <w:bookmarkStart w:id="43" w:name="_Toc237251622"/>
      <w:r w:rsidRPr="00562A90">
        <w:rPr>
          <w:rFonts w:asciiTheme="minorHAnsi" w:hAnsiTheme="minorHAnsi"/>
          <w:sz w:val="22"/>
          <w:szCs w:val="22"/>
        </w:rPr>
        <w:t>5.3 Browser Settings</w:t>
      </w:r>
      <w:bookmarkEnd w:id="43"/>
    </w:p>
    <w:p w14:paraId="6E66905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Most web browsers allow users to manage cookies through their browser settings.</w:t>
      </w:r>
    </w:p>
    <w:p w14:paraId="6FBCD3B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may choose to:</w:t>
      </w:r>
    </w:p>
    <w:p w14:paraId="3A12F99C" w14:textId="77777777" w:rsidR="00562A90" w:rsidRPr="00562A90" w:rsidRDefault="00562A90" w:rsidP="00562A90">
      <w:pPr>
        <w:numPr>
          <w:ilvl w:val="0"/>
          <w:numId w:val="570"/>
        </w:numPr>
        <w:spacing w:before="100" w:beforeAutospacing="1" w:after="100" w:afterAutospacing="1" w:line="240" w:lineRule="auto"/>
      </w:pPr>
      <w:r w:rsidRPr="00562A90">
        <w:t xml:space="preserve">view stored cookies; </w:t>
      </w:r>
    </w:p>
    <w:p w14:paraId="04FE9F55" w14:textId="77777777" w:rsidR="00562A90" w:rsidRPr="00562A90" w:rsidRDefault="00562A90" w:rsidP="00562A90">
      <w:pPr>
        <w:numPr>
          <w:ilvl w:val="0"/>
          <w:numId w:val="570"/>
        </w:numPr>
        <w:spacing w:before="100" w:beforeAutospacing="1" w:after="100" w:afterAutospacing="1" w:line="240" w:lineRule="auto"/>
      </w:pPr>
      <w:r w:rsidRPr="00562A90">
        <w:t xml:space="preserve">delete cookies; </w:t>
      </w:r>
    </w:p>
    <w:p w14:paraId="37332232" w14:textId="77777777" w:rsidR="00562A90" w:rsidRPr="00562A90" w:rsidRDefault="00562A90" w:rsidP="00562A90">
      <w:pPr>
        <w:numPr>
          <w:ilvl w:val="0"/>
          <w:numId w:val="570"/>
        </w:numPr>
        <w:spacing w:before="100" w:beforeAutospacing="1" w:after="100" w:afterAutospacing="1" w:line="240" w:lineRule="auto"/>
      </w:pPr>
      <w:r w:rsidRPr="00562A90">
        <w:t xml:space="preserve">block certain cookies; </w:t>
      </w:r>
    </w:p>
    <w:p w14:paraId="3FB3B959" w14:textId="77777777" w:rsidR="00562A90" w:rsidRPr="00562A90" w:rsidRDefault="00562A90" w:rsidP="00562A90">
      <w:pPr>
        <w:numPr>
          <w:ilvl w:val="0"/>
          <w:numId w:val="570"/>
        </w:numPr>
        <w:spacing w:before="100" w:beforeAutospacing="1" w:after="100" w:afterAutospacing="1" w:line="240" w:lineRule="auto"/>
      </w:pPr>
      <w:r w:rsidRPr="00562A90">
        <w:t xml:space="preserve">block all cookies; or </w:t>
      </w:r>
    </w:p>
    <w:p w14:paraId="6CDA555C" w14:textId="77777777" w:rsidR="00562A90" w:rsidRPr="00562A90" w:rsidRDefault="00562A90" w:rsidP="00562A90">
      <w:pPr>
        <w:numPr>
          <w:ilvl w:val="0"/>
          <w:numId w:val="570"/>
        </w:numPr>
        <w:spacing w:before="100" w:beforeAutospacing="1" w:after="100" w:afterAutospacing="1" w:line="240" w:lineRule="auto"/>
      </w:pPr>
      <w:r w:rsidRPr="00562A90">
        <w:t xml:space="preserve">receive notifications before cookies are stored. </w:t>
      </w:r>
    </w:p>
    <w:p w14:paraId="0F0995F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The methods for managing cookies vary depending on the browser being used.</w:t>
      </w:r>
    </w:p>
    <w:p w14:paraId="7DCA3190" w14:textId="77777777" w:rsidR="00562A90" w:rsidRPr="00562A90" w:rsidRDefault="00562A90" w:rsidP="00562A90">
      <w:r w:rsidRPr="00562A90">
        <w:pict w14:anchorId="494C193C">
          <v:rect id="_x0000_i2121" style="width:0;height:1.5pt" o:hralign="center" o:hrstd="t" o:hr="t" fillcolor="#a0a0a0" stroked="f"/>
        </w:pict>
      </w:r>
    </w:p>
    <w:p w14:paraId="50DC5A8C" w14:textId="77777777" w:rsidR="00562A90" w:rsidRPr="00562A90" w:rsidRDefault="00562A90" w:rsidP="00562A90">
      <w:pPr>
        <w:pStyle w:val="Heading2"/>
        <w:rPr>
          <w:rFonts w:asciiTheme="minorHAnsi" w:hAnsiTheme="minorHAnsi"/>
          <w:sz w:val="22"/>
          <w:szCs w:val="22"/>
        </w:rPr>
      </w:pPr>
      <w:bookmarkStart w:id="44" w:name="_Toc237251623"/>
      <w:r w:rsidRPr="00562A90">
        <w:rPr>
          <w:rFonts w:asciiTheme="minorHAnsi" w:hAnsiTheme="minorHAnsi"/>
          <w:sz w:val="22"/>
          <w:szCs w:val="22"/>
        </w:rPr>
        <w:t>5.4 Withdrawing Consent</w:t>
      </w:r>
      <w:bookmarkEnd w:id="44"/>
    </w:p>
    <w:p w14:paraId="308A82C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cookies rely on user consent, that consent may be withdrawn at any time.</w:t>
      </w:r>
    </w:p>
    <w:p w14:paraId="4CC8D96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Withdrawing consent will not affect the lawfulness of any processing carried out before consent was withdrawn.</w:t>
      </w:r>
    </w:p>
    <w:p w14:paraId="5049F41A" w14:textId="77777777" w:rsidR="00562A90" w:rsidRPr="00562A90" w:rsidRDefault="00562A90" w:rsidP="00562A90">
      <w:r w:rsidRPr="00562A90">
        <w:pict w14:anchorId="0770ECF0">
          <v:rect id="_x0000_i2122" style="width:0;height:1.5pt" o:hralign="center" o:hrstd="t" o:hr="t" fillcolor="#a0a0a0" stroked="f"/>
        </w:pict>
      </w:r>
    </w:p>
    <w:p w14:paraId="40266A8D" w14:textId="77777777" w:rsidR="00562A90" w:rsidRPr="00562A90" w:rsidRDefault="00562A90" w:rsidP="00562A90">
      <w:pPr>
        <w:pStyle w:val="Heading2"/>
        <w:rPr>
          <w:rFonts w:asciiTheme="minorHAnsi" w:hAnsiTheme="minorHAnsi"/>
          <w:sz w:val="22"/>
          <w:szCs w:val="22"/>
        </w:rPr>
      </w:pPr>
      <w:bookmarkStart w:id="45" w:name="_Toc237251624"/>
      <w:r w:rsidRPr="00562A90">
        <w:rPr>
          <w:rFonts w:asciiTheme="minorHAnsi" w:hAnsiTheme="minorHAnsi"/>
          <w:sz w:val="22"/>
          <w:szCs w:val="22"/>
        </w:rPr>
        <w:t>5.5 Impact of Disabling Cookies</w:t>
      </w:r>
      <w:bookmarkEnd w:id="45"/>
    </w:p>
    <w:p w14:paraId="1CD28CA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should be aware that disabling certain cookies may affect the functionality of the My Sports Coach platform.</w:t>
      </w:r>
    </w:p>
    <w:p w14:paraId="546A859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Depending on which cookies are disabled, users may experience limitations affecting:</w:t>
      </w:r>
    </w:p>
    <w:p w14:paraId="159397B2" w14:textId="77777777" w:rsidR="00562A90" w:rsidRPr="00562A90" w:rsidRDefault="00562A90" w:rsidP="00562A90">
      <w:pPr>
        <w:numPr>
          <w:ilvl w:val="0"/>
          <w:numId w:val="571"/>
        </w:numPr>
        <w:spacing w:before="100" w:beforeAutospacing="1" w:after="100" w:afterAutospacing="1" w:line="240" w:lineRule="auto"/>
      </w:pPr>
      <w:r w:rsidRPr="00562A90">
        <w:t xml:space="preserve">account access; </w:t>
      </w:r>
    </w:p>
    <w:p w14:paraId="5A2F5716" w14:textId="77777777" w:rsidR="00562A90" w:rsidRPr="00562A90" w:rsidRDefault="00562A90" w:rsidP="00562A90">
      <w:pPr>
        <w:numPr>
          <w:ilvl w:val="0"/>
          <w:numId w:val="571"/>
        </w:numPr>
        <w:spacing w:before="100" w:beforeAutospacing="1" w:after="100" w:afterAutospacing="1" w:line="240" w:lineRule="auto"/>
      </w:pPr>
      <w:r w:rsidRPr="00562A90">
        <w:t xml:space="preserve">booking services; </w:t>
      </w:r>
    </w:p>
    <w:p w14:paraId="652CD582" w14:textId="77777777" w:rsidR="00562A90" w:rsidRPr="00562A90" w:rsidRDefault="00562A90" w:rsidP="00562A90">
      <w:pPr>
        <w:numPr>
          <w:ilvl w:val="0"/>
          <w:numId w:val="571"/>
        </w:numPr>
        <w:spacing w:before="100" w:beforeAutospacing="1" w:after="100" w:afterAutospacing="1" w:line="240" w:lineRule="auto"/>
      </w:pPr>
      <w:r w:rsidRPr="00562A90">
        <w:t xml:space="preserve">saved preferences; </w:t>
      </w:r>
    </w:p>
    <w:p w14:paraId="0407D95C" w14:textId="77777777" w:rsidR="00562A90" w:rsidRPr="00562A90" w:rsidRDefault="00562A90" w:rsidP="00562A90">
      <w:pPr>
        <w:numPr>
          <w:ilvl w:val="0"/>
          <w:numId w:val="571"/>
        </w:numPr>
        <w:spacing w:before="100" w:beforeAutospacing="1" w:after="100" w:afterAutospacing="1" w:line="240" w:lineRule="auto"/>
      </w:pPr>
      <w:r w:rsidRPr="00562A90">
        <w:t xml:space="preserve">website performance; or </w:t>
      </w:r>
    </w:p>
    <w:p w14:paraId="3C2A5EF0" w14:textId="77777777" w:rsidR="00562A90" w:rsidRPr="00562A90" w:rsidRDefault="00562A90" w:rsidP="00562A90">
      <w:pPr>
        <w:numPr>
          <w:ilvl w:val="0"/>
          <w:numId w:val="571"/>
        </w:numPr>
        <w:spacing w:before="100" w:beforeAutospacing="1" w:after="100" w:afterAutospacing="1" w:line="240" w:lineRule="auto"/>
      </w:pPr>
      <w:r w:rsidRPr="00562A90">
        <w:t xml:space="preserve">other platform features. </w:t>
      </w:r>
    </w:p>
    <w:p w14:paraId="4088DFB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Essential cookies may continue to operate where necessary for the secure functioning of the platform.</w:t>
      </w:r>
    </w:p>
    <w:p w14:paraId="5DFBA16F" w14:textId="77777777" w:rsidR="00562A90" w:rsidRPr="00562A90" w:rsidRDefault="00562A90" w:rsidP="00562A90">
      <w:r w:rsidRPr="00562A90">
        <w:pict w14:anchorId="123E7A5F">
          <v:rect id="_x0000_i2123" style="width:0;height:1.5pt" o:hralign="center" o:hrstd="t" o:hr="t" fillcolor="#a0a0a0" stroked="f"/>
        </w:pict>
      </w:r>
    </w:p>
    <w:p w14:paraId="196D0860" w14:textId="77777777" w:rsidR="00562A90" w:rsidRPr="00562A90" w:rsidRDefault="00562A90" w:rsidP="00562A90">
      <w:pPr>
        <w:pStyle w:val="Heading2"/>
        <w:rPr>
          <w:rFonts w:asciiTheme="minorHAnsi" w:hAnsiTheme="minorHAnsi"/>
          <w:sz w:val="22"/>
          <w:szCs w:val="22"/>
        </w:rPr>
      </w:pPr>
      <w:bookmarkStart w:id="46" w:name="_Toc237251625"/>
      <w:r w:rsidRPr="00562A90">
        <w:rPr>
          <w:rFonts w:asciiTheme="minorHAnsi" w:hAnsiTheme="minorHAnsi"/>
          <w:sz w:val="22"/>
          <w:szCs w:val="22"/>
        </w:rPr>
        <w:t>5.6 Third-Party Cookies</w:t>
      </w:r>
      <w:bookmarkEnd w:id="46"/>
    </w:p>
    <w:p w14:paraId="06E717A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third-party services place cookies through the My Sports Coach platform, users may also need to manage cookie preferences directly through the relevant third-party providers.</w:t>
      </w:r>
    </w:p>
    <w:p w14:paraId="6A8428A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does not control the cookie settings of independent third-party services.</w:t>
      </w:r>
    </w:p>
    <w:p w14:paraId="6B188294" w14:textId="77777777" w:rsidR="00562A90" w:rsidRPr="00562A90" w:rsidRDefault="00562A90" w:rsidP="00562A90">
      <w:r w:rsidRPr="00562A90">
        <w:pict w14:anchorId="01E9576C">
          <v:rect id="_x0000_i2124" style="width:0;height:1.5pt" o:hralign="center" o:hrstd="t" o:hr="t" fillcolor="#a0a0a0" stroked="f"/>
        </w:pict>
      </w:r>
    </w:p>
    <w:p w14:paraId="265667E5" w14:textId="77777777" w:rsidR="00562A90" w:rsidRPr="00562A90" w:rsidRDefault="00562A90" w:rsidP="00562A90">
      <w:pPr>
        <w:pStyle w:val="Heading2"/>
        <w:rPr>
          <w:rFonts w:asciiTheme="minorHAnsi" w:hAnsiTheme="minorHAnsi"/>
          <w:sz w:val="22"/>
          <w:szCs w:val="22"/>
        </w:rPr>
      </w:pPr>
      <w:bookmarkStart w:id="47" w:name="_Toc237251626"/>
      <w:r w:rsidRPr="00562A90">
        <w:rPr>
          <w:rFonts w:asciiTheme="minorHAnsi" w:hAnsiTheme="minorHAnsi"/>
          <w:sz w:val="22"/>
          <w:szCs w:val="22"/>
        </w:rPr>
        <w:t>5.7 Keeping Preferences Updated</w:t>
      </w:r>
      <w:bookmarkEnd w:id="47"/>
    </w:p>
    <w:p w14:paraId="5BDC870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are encouraged to review their cookie preferences periodically, particularly after browser updates, changes to devices or updates to this Cookie Policy.</w:t>
      </w:r>
    </w:p>
    <w:p w14:paraId="36359C7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Regular review helps ensure that cookie preferences continue to reflect individual choices.</w:t>
      </w:r>
    </w:p>
    <w:p w14:paraId="41BF8706" w14:textId="77777777" w:rsidR="00562A90" w:rsidRPr="00562A90" w:rsidRDefault="00562A90" w:rsidP="00562A90">
      <w:r w:rsidRPr="00562A90">
        <w:pict w14:anchorId="6FCB7398">
          <v:rect id="_x0000_i2125" style="width:0;height:1.5pt" o:hralign="center" o:hrstd="t" o:hr="t" fillcolor="#a0a0a0" stroked="f"/>
        </w:pict>
      </w:r>
    </w:p>
    <w:p w14:paraId="6BABC133" w14:textId="77777777" w:rsidR="00562A90" w:rsidRPr="00562A90" w:rsidRDefault="00562A90" w:rsidP="00562A90">
      <w:pPr>
        <w:pStyle w:val="Heading2"/>
        <w:rPr>
          <w:rFonts w:asciiTheme="minorHAnsi" w:hAnsiTheme="minorHAnsi"/>
          <w:sz w:val="22"/>
          <w:szCs w:val="22"/>
        </w:rPr>
      </w:pPr>
      <w:bookmarkStart w:id="48" w:name="_Toc237251627"/>
      <w:r w:rsidRPr="00562A90">
        <w:rPr>
          <w:rFonts w:asciiTheme="minorHAnsi" w:hAnsiTheme="minorHAnsi"/>
          <w:sz w:val="22"/>
          <w:szCs w:val="22"/>
        </w:rPr>
        <w:lastRenderedPageBreak/>
        <w:t>5.8 Transparency</w:t>
      </w:r>
      <w:bookmarkEnd w:id="48"/>
    </w:p>
    <w:p w14:paraId="371FC16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providing clear information about the cookies used on our platform and the choices available to users.</w:t>
      </w:r>
    </w:p>
    <w:p w14:paraId="584C753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aim to make managing cookie preferences straightforward and accessible.</w:t>
      </w:r>
    </w:p>
    <w:p w14:paraId="0838F003" w14:textId="77777777" w:rsidR="00562A90" w:rsidRPr="00562A90" w:rsidRDefault="00562A90" w:rsidP="00562A90">
      <w:r w:rsidRPr="00562A90">
        <w:pict w14:anchorId="6B1E7240">
          <v:rect id="_x0000_i2126" style="width:0;height:1.5pt" o:hralign="center" o:hrstd="t" o:hr="t" fillcolor="#a0a0a0" stroked="f"/>
        </w:pict>
      </w:r>
    </w:p>
    <w:p w14:paraId="0B5C4556" w14:textId="77777777" w:rsidR="00562A90" w:rsidRPr="00562A90" w:rsidRDefault="00562A90" w:rsidP="00562A90">
      <w:pPr>
        <w:pStyle w:val="Heading2"/>
        <w:rPr>
          <w:rFonts w:asciiTheme="minorHAnsi" w:hAnsiTheme="minorHAnsi"/>
          <w:sz w:val="22"/>
          <w:szCs w:val="22"/>
        </w:rPr>
      </w:pPr>
      <w:bookmarkStart w:id="49" w:name="_Toc237251628"/>
      <w:r w:rsidRPr="00562A90">
        <w:rPr>
          <w:rFonts w:asciiTheme="minorHAnsi" w:hAnsiTheme="minorHAnsi"/>
          <w:sz w:val="22"/>
          <w:szCs w:val="22"/>
        </w:rPr>
        <w:t>5.9 Additional Information</w:t>
      </w:r>
      <w:bookmarkEnd w:id="49"/>
    </w:p>
    <w:p w14:paraId="6DDCA81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Users who would like further information about how My Sports Coach uses cookies or processes personal data should refer to our Privacy Policy or contact us using the details provided on our website.</w:t>
      </w:r>
    </w:p>
    <w:p w14:paraId="45296EDE" w14:textId="77777777" w:rsidR="00562A90" w:rsidRPr="00562A90" w:rsidRDefault="00562A90" w:rsidP="00562A90">
      <w:r w:rsidRPr="00562A90">
        <w:pict w14:anchorId="0A11DE8A">
          <v:rect id="_x0000_i2127" style="width:0;height:1.5pt" o:hralign="center" o:hrstd="t" o:hr="t" fillcolor="#a0a0a0" stroked="f"/>
        </w:pict>
      </w:r>
    </w:p>
    <w:p w14:paraId="618F25DE" w14:textId="77777777" w:rsidR="00562A90" w:rsidRPr="00562A90" w:rsidRDefault="00562A90" w:rsidP="00562A90">
      <w:pPr>
        <w:pStyle w:val="Heading2"/>
        <w:rPr>
          <w:rFonts w:asciiTheme="minorHAnsi" w:hAnsiTheme="minorHAnsi"/>
          <w:sz w:val="22"/>
          <w:szCs w:val="22"/>
        </w:rPr>
      </w:pPr>
      <w:bookmarkStart w:id="50" w:name="_Toc237251629"/>
      <w:r w:rsidRPr="00562A90">
        <w:rPr>
          <w:rFonts w:asciiTheme="minorHAnsi" w:hAnsiTheme="minorHAnsi"/>
          <w:sz w:val="22"/>
          <w:szCs w:val="22"/>
        </w:rPr>
        <w:t>5.10 Our Commitment</w:t>
      </w:r>
      <w:bookmarkEnd w:id="50"/>
    </w:p>
    <w:p w14:paraId="4BACB314"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respects users' privacy and their right to make informed choices about cookies.</w:t>
      </w:r>
    </w:p>
    <w:p w14:paraId="3B5EE2A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By providing clear information, respecting user preferences and reviewing our practices regularly, we aim to maintain a transparent, secure and user-friendly platform.</w:t>
      </w:r>
    </w:p>
    <w:p w14:paraId="59DA6DEA" w14:textId="77777777" w:rsidR="00562A90" w:rsidRPr="00767D30" w:rsidRDefault="00562A90" w:rsidP="00562A90">
      <w:pPr>
        <w:pStyle w:val="Heading1"/>
        <w:rPr>
          <w:rFonts w:asciiTheme="minorHAnsi" w:hAnsiTheme="minorHAnsi"/>
        </w:rPr>
      </w:pPr>
      <w:bookmarkStart w:id="51" w:name="_Toc237251630"/>
      <w:r w:rsidRPr="00767D30">
        <w:rPr>
          <w:rFonts w:asciiTheme="minorHAnsi" w:hAnsiTheme="minorHAnsi"/>
        </w:rPr>
        <w:t>6. Policy Review &amp; Updates</w:t>
      </w:r>
      <w:bookmarkEnd w:id="51"/>
    </w:p>
    <w:p w14:paraId="2BB79FB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maintaining a Cookie Policy that remains accurate, transparent and aligned with applicable legislation, regulatory guidance and recognised good practice.</w:t>
      </w:r>
    </w:p>
    <w:p w14:paraId="3E773D6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As our platform continues to develop, we may review and update this Policy to reflect changes in the technologies we use, legal requirements or the services we provide.</w:t>
      </w:r>
    </w:p>
    <w:p w14:paraId="7F7B269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Policy forms part of the wider My Sports Coach Policy Library and should be read alongside our other published governance documents.</w:t>
      </w:r>
    </w:p>
    <w:p w14:paraId="3283E245" w14:textId="77777777" w:rsidR="00562A90" w:rsidRPr="00562A90" w:rsidRDefault="00562A90" w:rsidP="00562A90">
      <w:r w:rsidRPr="00562A90">
        <w:pict w14:anchorId="0049684F">
          <v:rect id="_x0000_i2258" style="width:0;height:1.5pt" o:hralign="center" o:hrstd="t" o:hr="t" fillcolor="#a0a0a0" stroked="f"/>
        </w:pict>
      </w:r>
    </w:p>
    <w:p w14:paraId="088C3721" w14:textId="77777777" w:rsidR="00562A90" w:rsidRPr="00562A90" w:rsidRDefault="00562A90" w:rsidP="00562A90">
      <w:pPr>
        <w:pStyle w:val="Heading2"/>
        <w:rPr>
          <w:rFonts w:asciiTheme="minorHAnsi" w:hAnsiTheme="minorHAnsi"/>
          <w:sz w:val="22"/>
          <w:szCs w:val="22"/>
        </w:rPr>
      </w:pPr>
      <w:bookmarkStart w:id="52" w:name="_Toc237251631"/>
      <w:r w:rsidRPr="00562A90">
        <w:rPr>
          <w:rFonts w:asciiTheme="minorHAnsi" w:hAnsiTheme="minorHAnsi"/>
          <w:sz w:val="22"/>
          <w:szCs w:val="22"/>
        </w:rPr>
        <w:t>6.1 Policy Ownership</w:t>
      </w:r>
      <w:bookmarkEnd w:id="52"/>
    </w:p>
    <w:p w14:paraId="062B9A1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Cookie Policy is owned and maintained by My Sports Coach UK Ltd.</w:t>
      </w:r>
    </w:p>
    <w:p w14:paraId="51C371E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Responsibility for reviewing and updating this Policy rests with My Sports Coach to ensure it remains accurate, relevant and consistent with applicable legal requirements.</w:t>
      </w:r>
    </w:p>
    <w:p w14:paraId="51F53C9A" w14:textId="77777777" w:rsidR="00562A90" w:rsidRPr="00562A90" w:rsidRDefault="00562A90" w:rsidP="00562A90">
      <w:r w:rsidRPr="00562A90">
        <w:pict w14:anchorId="1B333CBF">
          <v:rect id="_x0000_i2259" style="width:0;height:1.5pt" o:hralign="center" o:hrstd="t" o:hr="t" fillcolor="#a0a0a0" stroked="f"/>
        </w:pict>
      </w:r>
    </w:p>
    <w:p w14:paraId="4822B4B0" w14:textId="77777777" w:rsidR="00562A90" w:rsidRPr="00562A90" w:rsidRDefault="00562A90" w:rsidP="00562A90">
      <w:pPr>
        <w:pStyle w:val="Heading2"/>
        <w:rPr>
          <w:rFonts w:asciiTheme="minorHAnsi" w:hAnsiTheme="minorHAnsi"/>
          <w:sz w:val="22"/>
          <w:szCs w:val="22"/>
        </w:rPr>
      </w:pPr>
      <w:bookmarkStart w:id="53" w:name="_Toc237251632"/>
      <w:r w:rsidRPr="00562A90">
        <w:rPr>
          <w:rFonts w:asciiTheme="minorHAnsi" w:hAnsiTheme="minorHAnsi"/>
          <w:sz w:val="22"/>
          <w:szCs w:val="22"/>
        </w:rPr>
        <w:lastRenderedPageBreak/>
        <w:t>6.2 Policy Reviews</w:t>
      </w:r>
      <w:bookmarkEnd w:id="53"/>
    </w:p>
    <w:p w14:paraId="767AAE7C"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Policy will be reviewed periodically.</w:t>
      </w:r>
    </w:p>
    <w:p w14:paraId="5B84B02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Reviews may take place:</w:t>
      </w:r>
    </w:p>
    <w:p w14:paraId="0C6596D1" w14:textId="77777777" w:rsidR="00562A90" w:rsidRPr="00562A90" w:rsidRDefault="00562A90" w:rsidP="00562A90">
      <w:pPr>
        <w:numPr>
          <w:ilvl w:val="0"/>
          <w:numId w:val="572"/>
        </w:numPr>
        <w:spacing w:before="100" w:beforeAutospacing="1" w:after="100" w:afterAutospacing="1" w:line="240" w:lineRule="auto"/>
      </w:pPr>
      <w:r w:rsidRPr="00562A90">
        <w:t xml:space="preserve">as part of scheduled governance reviews; </w:t>
      </w:r>
    </w:p>
    <w:p w14:paraId="30578593" w14:textId="77777777" w:rsidR="00562A90" w:rsidRPr="00562A90" w:rsidRDefault="00562A90" w:rsidP="00562A90">
      <w:pPr>
        <w:numPr>
          <w:ilvl w:val="0"/>
          <w:numId w:val="572"/>
        </w:numPr>
        <w:spacing w:before="100" w:beforeAutospacing="1" w:after="100" w:afterAutospacing="1" w:line="240" w:lineRule="auto"/>
      </w:pPr>
      <w:r w:rsidRPr="00562A90">
        <w:t xml:space="preserve">following legislative or regulatory changes; </w:t>
      </w:r>
    </w:p>
    <w:p w14:paraId="28AC3457" w14:textId="77777777" w:rsidR="00562A90" w:rsidRPr="00562A90" w:rsidRDefault="00562A90" w:rsidP="00562A90">
      <w:pPr>
        <w:numPr>
          <w:ilvl w:val="0"/>
          <w:numId w:val="572"/>
        </w:numPr>
        <w:spacing w:before="100" w:beforeAutospacing="1" w:after="100" w:afterAutospacing="1" w:line="240" w:lineRule="auto"/>
      </w:pPr>
      <w:r w:rsidRPr="00562A90">
        <w:t xml:space="preserve">after significant platform updates; </w:t>
      </w:r>
    </w:p>
    <w:p w14:paraId="7160C292" w14:textId="77777777" w:rsidR="00562A90" w:rsidRPr="00562A90" w:rsidRDefault="00562A90" w:rsidP="00562A90">
      <w:pPr>
        <w:numPr>
          <w:ilvl w:val="0"/>
          <w:numId w:val="572"/>
        </w:numPr>
        <w:spacing w:before="100" w:beforeAutospacing="1" w:after="100" w:afterAutospacing="1" w:line="240" w:lineRule="auto"/>
      </w:pPr>
      <w:r w:rsidRPr="00562A90">
        <w:t xml:space="preserve">following changes to the cookies or technologies we use; or </w:t>
      </w:r>
    </w:p>
    <w:p w14:paraId="28155A7E" w14:textId="77777777" w:rsidR="00562A90" w:rsidRPr="00562A90" w:rsidRDefault="00562A90" w:rsidP="00562A90">
      <w:pPr>
        <w:numPr>
          <w:ilvl w:val="0"/>
          <w:numId w:val="572"/>
        </w:numPr>
        <w:spacing w:before="100" w:beforeAutospacing="1" w:after="100" w:afterAutospacing="1" w:line="240" w:lineRule="auto"/>
      </w:pPr>
      <w:r w:rsidRPr="00562A90">
        <w:t xml:space="preserve">where improvements are identified. </w:t>
      </w:r>
    </w:p>
    <w:p w14:paraId="563D6C9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Regular reviews help ensure this Policy remains accurate and up to date.</w:t>
      </w:r>
    </w:p>
    <w:p w14:paraId="0D7AB385" w14:textId="77777777" w:rsidR="00562A90" w:rsidRPr="00562A90" w:rsidRDefault="00562A90" w:rsidP="00562A90">
      <w:r w:rsidRPr="00562A90">
        <w:pict w14:anchorId="17AE3F03">
          <v:rect id="_x0000_i2260" style="width:0;height:1.5pt" o:hralign="center" o:hrstd="t" o:hr="t" fillcolor="#a0a0a0" stroked="f"/>
        </w:pict>
      </w:r>
    </w:p>
    <w:p w14:paraId="3745BBAD" w14:textId="77777777" w:rsidR="00562A90" w:rsidRPr="00562A90" w:rsidRDefault="00562A90" w:rsidP="00562A90">
      <w:pPr>
        <w:pStyle w:val="Heading2"/>
        <w:rPr>
          <w:rFonts w:asciiTheme="minorHAnsi" w:hAnsiTheme="minorHAnsi"/>
          <w:sz w:val="22"/>
          <w:szCs w:val="22"/>
        </w:rPr>
      </w:pPr>
      <w:bookmarkStart w:id="54" w:name="_Toc237251633"/>
      <w:r w:rsidRPr="00562A90">
        <w:rPr>
          <w:rFonts w:asciiTheme="minorHAnsi" w:hAnsiTheme="minorHAnsi"/>
          <w:sz w:val="22"/>
          <w:szCs w:val="22"/>
        </w:rPr>
        <w:t>6.3 Changes to Cookie Technologies</w:t>
      </w:r>
      <w:bookmarkEnd w:id="54"/>
    </w:p>
    <w:p w14:paraId="093DA4D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As the My Sports Coach platform evolves, the cookies and similar technologies used may change.</w:t>
      </w:r>
    </w:p>
    <w:p w14:paraId="1CE92FB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appropriate, this Policy will be updated to reflect material changes and users will be provided with appropriate information where required by law.</w:t>
      </w:r>
    </w:p>
    <w:p w14:paraId="38D812AA" w14:textId="77777777" w:rsidR="00562A90" w:rsidRPr="00562A90" w:rsidRDefault="00562A90" w:rsidP="00562A90">
      <w:r w:rsidRPr="00562A90">
        <w:pict w14:anchorId="12B40CDE">
          <v:rect id="_x0000_i2261" style="width:0;height:1.5pt" o:hralign="center" o:hrstd="t" o:hr="t" fillcolor="#a0a0a0" stroked="f"/>
        </w:pict>
      </w:r>
    </w:p>
    <w:p w14:paraId="5450CA6A" w14:textId="77777777" w:rsidR="00562A90" w:rsidRPr="00562A90" w:rsidRDefault="00562A90" w:rsidP="00562A90">
      <w:pPr>
        <w:pStyle w:val="Heading2"/>
        <w:rPr>
          <w:rFonts w:asciiTheme="minorHAnsi" w:hAnsiTheme="minorHAnsi"/>
          <w:sz w:val="22"/>
          <w:szCs w:val="22"/>
        </w:rPr>
      </w:pPr>
      <w:bookmarkStart w:id="55" w:name="_Toc237251634"/>
      <w:r w:rsidRPr="00562A90">
        <w:rPr>
          <w:rFonts w:asciiTheme="minorHAnsi" w:hAnsiTheme="minorHAnsi"/>
          <w:sz w:val="22"/>
          <w:szCs w:val="22"/>
        </w:rPr>
        <w:t>6.4 Legislative and Regulatory Changes</w:t>
      </w:r>
      <w:bookmarkEnd w:id="55"/>
    </w:p>
    <w:p w14:paraId="3A72295D"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Where relevant legislation or regulatory guidance changes, My Sports Coach will consider whether updates to this Policy are necessary.</w:t>
      </w:r>
    </w:p>
    <w:p w14:paraId="48A99AFE"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The latest published version will always replace previous editions.</w:t>
      </w:r>
    </w:p>
    <w:p w14:paraId="2DABE3AF" w14:textId="77777777" w:rsidR="00562A90" w:rsidRPr="00562A90" w:rsidRDefault="00562A90" w:rsidP="00562A90">
      <w:r w:rsidRPr="00562A90">
        <w:pict w14:anchorId="205E4BA9">
          <v:rect id="_x0000_i2262" style="width:0;height:1.5pt" o:hralign="center" o:hrstd="t" o:hr="t" fillcolor="#a0a0a0" stroked="f"/>
        </w:pict>
      </w:r>
    </w:p>
    <w:p w14:paraId="364A6925" w14:textId="77777777" w:rsidR="00562A90" w:rsidRPr="00562A90" w:rsidRDefault="00562A90" w:rsidP="00562A90">
      <w:pPr>
        <w:pStyle w:val="Heading2"/>
        <w:rPr>
          <w:rFonts w:asciiTheme="minorHAnsi" w:hAnsiTheme="minorHAnsi"/>
          <w:sz w:val="22"/>
          <w:szCs w:val="22"/>
        </w:rPr>
      </w:pPr>
      <w:bookmarkStart w:id="56" w:name="_Toc237251635"/>
      <w:r w:rsidRPr="00562A90">
        <w:rPr>
          <w:rFonts w:asciiTheme="minorHAnsi" w:hAnsiTheme="minorHAnsi"/>
          <w:sz w:val="22"/>
          <w:szCs w:val="22"/>
        </w:rPr>
        <w:t>6.5 User Feedback</w:t>
      </w:r>
      <w:bookmarkEnd w:id="56"/>
    </w:p>
    <w:p w14:paraId="5FB08F99"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Feedback from users helps us improve the transparency and effectiveness of this Policy.</w:t>
      </w:r>
    </w:p>
    <w:p w14:paraId="1381D4A6"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Constructive feedback may be considered during future policy reviews and platform improvements.</w:t>
      </w:r>
    </w:p>
    <w:p w14:paraId="76C7A5A4" w14:textId="77777777" w:rsidR="00562A90" w:rsidRPr="00562A90" w:rsidRDefault="00562A90" w:rsidP="00562A90">
      <w:r w:rsidRPr="00562A90">
        <w:pict w14:anchorId="5C894FE9">
          <v:rect id="_x0000_i2263" style="width:0;height:1.5pt" o:hralign="center" o:hrstd="t" o:hr="t" fillcolor="#a0a0a0" stroked="f"/>
        </w:pict>
      </w:r>
    </w:p>
    <w:p w14:paraId="642A6D67" w14:textId="77777777" w:rsidR="00562A90" w:rsidRPr="00562A90" w:rsidRDefault="00562A90" w:rsidP="00562A90">
      <w:pPr>
        <w:pStyle w:val="Heading2"/>
        <w:rPr>
          <w:rFonts w:asciiTheme="minorHAnsi" w:hAnsiTheme="minorHAnsi"/>
          <w:sz w:val="22"/>
          <w:szCs w:val="22"/>
        </w:rPr>
      </w:pPr>
      <w:bookmarkStart w:id="57" w:name="_Toc237251636"/>
      <w:r w:rsidRPr="00562A90">
        <w:rPr>
          <w:rFonts w:asciiTheme="minorHAnsi" w:hAnsiTheme="minorHAnsi"/>
          <w:sz w:val="22"/>
          <w:szCs w:val="22"/>
        </w:rPr>
        <w:t>6.6 Related Governance Documents</w:t>
      </w:r>
      <w:bookmarkEnd w:id="57"/>
    </w:p>
    <w:p w14:paraId="4AB3E6C1"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Policy should be read alongside the:</w:t>
      </w:r>
    </w:p>
    <w:p w14:paraId="72A847E3" w14:textId="77777777" w:rsidR="00562A90" w:rsidRPr="00562A90" w:rsidRDefault="00562A90" w:rsidP="00562A90">
      <w:pPr>
        <w:numPr>
          <w:ilvl w:val="0"/>
          <w:numId w:val="573"/>
        </w:numPr>
        <w:spacing w:before="100" w:beforeAutospacing="1" w:after="100" w:afterAutospacing="1" w:line="240" w:lineRule="auto"/>
      </w:pPr>
      <w:r w:rsidRPr="00562A90">
        <w:t xml:space="preserve">Privacy Policy; </w:t>
      </w:r>
    </w:p>
    <w:p w14:paraId="3CDABE22" w14:textId="77777777" w:rsidR="00562A90" w:rsidRPr="00562A90" w:rsidRDefault="00562A90" w:rsidP="00562A90">
      <w:pPr>
        <w:numPr>
          <w:ilvl w:val="0"/>
          <w:numId w:val="573"/>
        </w:numPr>
        <w:spacing w:before="100" w:beforeAutospacing="1" w:after="100" w:afterAutospacing="1" w:line="240" w:lineRule="auto"/>
      </w:pPr>
      <w:r w:rsidRPr="00562A90">
        <w:t xml:space="preserve">Terms &amp; Conditions; and </w:t>
      </w:r>
    </w:p>
    <w:p w14:paraId="2EBD0322" w14:textId="77777777" w:rsidR="00562A90" w:rsidRPr="00562A90" w:rsidRDefault="00562A90" w:rsidP="00562A90">
      <w:pPr>
        <w:numPr>
          <w:ilvl w:val="0"/>
          <w:numId w:val="573"/>
        </w:numPr>
        <w:spacing w:before="100" w:beforeAutospacing="1" w:after="100" w:afterAutospacing="1" w:line="240" w:lineRule="auto"/>
      </w:pPr>
      <w:r w:rsidRPr="00562A90">
        <w:t xml:space="preserve">other relevant My Sports Coach governance documents. </w:t>
      </w:r>
    </w:p>
    <w:p w14:paraId="242DEE98"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lastRenderedPageBreak/>
        <w:t>Together, these publications support the secure, transparent and responsible operation of the My Sports Coach platform.</w:t>
      </w:r>
    </w:p>
    <w:p w14:paraId="1126FC63" w14:textId="77777777" w:rsidR="00562A90" w:rsidRPr="00562A90" w:rsidRDefault="00562A90" w:rsidP="00562A90">
      <w:r w:rsidRPr="00562A90">
        <w:pict w14:anchorId="1ACB7C5B">
          <v:rect id="_x0000_i2264" style="width:0;height:1.5pt" o:hralign="center" o:hrstd="t" o:hr="t" fillcolor="#a0a0a0" stroked="f"/>
        </w:pict>
      </w:r>
    </w:p>
    <w:p w14:paraId="1FAD1A2A" w14:textId="77777777" w:rsidR="00562A90" w:rsidRPr="00562A90" w:rsidRDefault="00562A90" w:rsidP="00562A90">
      <w:pPr>
        <w:pStyle w:val="Heading2"/>
        <w:rPr>
          <w:rFonts w:asciiTheme="minorHAnsi" w:hAnsiTheme="minorHAnsi"/>
          <w:sz w:val="22"/>
          <w:szCs w:val="22"/>
        </w:rPr>
      </w:pPr>
      <w:bookmarkStart w:id="58" w:name="_Toc237251637"/>
      <w:r w:rsidRPr="00562A90">
        <w:rPr>
          <w:rFonts w:asciiTheme="minorHAnsi" w:hAnsiTheme="minorHAnsi"/>
          <w:sz w:val="22"/>
          <w:szCs w:val="22"/>
        </w:rPr>
        <w:t>6.7 Version Control</w:t>
      </w:r>
      <w:bookmarkEnd w:id="58"/>
    </w:p>
    <w:p w14:paraId="4ED17993"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Policy forms part of the official My Sports Coach Policy Library and is subject to version control.</w:t>
      </w:r>
    </w:p>
    <w:p w14:paraId="5531DEB5"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Previous editions may be retained for governance and record-keeping purposes, while the most recent published version will be made available on the My Sports Coach website.</w:t>
      </w:r>
    </w:p>
    <w:p w14:paraId="7539AB94" w14:textId="77777777" w:rsidR="00562A90" w:rsidRPr="00562A90" w:rsidRDefault="00562A90" w:rsidP="00562A90">
      <w:r w:rsidRPr="00562A90">
        <w:pict w14:anchorId="0B6E7951">
          <v:rect id="_x0000_i2265" style="width:0;height:1.5pt" o:hralign="center" o:hrstd="t" o:hr="t" fillcolor="#a0a0a0" stroked="f"/>
        </w:pict>
      </w:r>
    </w:p>
    <w:p w14:paraId="40784733" w14:textId="77777777" w:rsidR="00562A90" w:rsidRPr="00562A90" w:rsidRDefault="00562A90" w:rsidP="00562A90">
      <w:pPr>
        <w:pStyle w:val="Heading2"/>
        <w:rPr>
          <w:rFonts w:asciiTheme="minorHAnsi" w:hAnsiTheme="minorHAnsi"/>
          <w:sz w:val="22"/>
          <w:szCs w:val="22"/>
        </w:rPr>
      </w:pPr>
      <w:bookmarkStart w:id="59" w:name="_Toc237251638"/>
      <w:r w:rsidRPr="00562A90">
        <w:rPr>
          <w:rFonts w:asciiTheme="minorHAnsi" w:hAnsiTheme="minorHAnsi"/>
          <w:sz w:val="22"/>
          <w:szCs w:val="22"/>
        </w:rPr>
        <w:t>6.8 Continuous Improvement</w:t>
      </w:r>
      <w:bookmarkEnd w:id="59"/>
    </w:p>
    <w:p w14:paraId="615041D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continually reviewing the technologies used across the platform and improving the information provided to users.</w:t>
      </w:r>
    </w:p>
    <w:p w14:paraId="5EFBF9C0"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will seek to ensure that our use of cookies remains transparent, proportionate and consistent with recognised good practice.</w:t>
      </w:r>
    </w:p>
    <w:p w14:paraId="03A9309E" w14:textId="77777777" w:rsidR="00562A90" w:rsidRPr="00562A90" w:rsidRDefault="00562A90" w:rsidP="00562A90">
      <w:r w:rsidRPr="00562A90">
        <w:pict w14:anchorId="2830CC21">
          <v:rect id="_x0000_i2266" style="width:0;height:1.5pt" o:hralign="center" o:hrstd="t" o:hr="t" fillcolor="#a0a0a0" stroked="f"/>
        </w:pict>
      </w:r>
    </w:p>
    <w:p w14:paraId="0CBAC62A" w14:textId="77777777" w:rsidR="00562A90" w:rsidRPr="00562A90" w:rsidRDefault="00562A90" w:rsidP="00562A90">
      <w:pPr>
        <w:pStyle w:val="Heading2"/>
        <w:rPr>
          <w:rFonts w:asciiTheme="minorHAnsi" w:hAnsiTheme="minorHAnsi"/>
          <w:sz w:val="22"/>
          <w:szCs w:val="22"/>
        </w:rPr>
      </w:pPr>
      <w:bookmarkStart w:id="60" w:name="_Toc237251639"/>
      <w:r w:rsidRPr="00562A90">
        <w:rPr>
          <w:rFonts w:asciiTheme="minorHAnsi" w:hAnsiTheme="minorHAnsi"/>
          <w:sz w:val="22"/>
          <w:szCs w:val="22"/>
        </w:rPr>
        <w:t>6.9 Transparency</w:t>
      </w:r>
      <w:bookmarkEnd w:id="60"/>
    </w:p>
    <w:p w14:paraId="7450E58A"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We believe users should understand how cookies are used and how they can manage their preferences.</w:t>
      </w:r>
    </w:p>
    <w:p w14:paraId="5E82C662"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Providing clear information supports informed decision-making and helps build trust in the My Sports Coach platform.</w:t>
      </w:r>
    </w:p>
    <w:p w14:paraId="5A018321" w14:textId="77777777" w:rsidR="00562A90" w:rsidRPr="00562A90" w:rsidRDefault="00562A90" w:rsidP="00562A90">
      <w:r w:rsidRPr="00562A90">
        <w:pict w14:anchorId="7313CE33">
          <v:rect id="_x0000_i2267" style="width:0;height:1.5pt" o:hralign="center" o:hrstd="t" o:hr="t" fillcolor="#a0a0a0" stroked="f"/>
        </w:pict>
      </w:r>
    </w:p>
    <w:p w14:paraId="0710678D" w14:textId="77777777" w:rsidR="00562A90" w:rsidRPr="00562A90" w:rsidRDefault="00562A90" w:rsidP="00562A90">
      <w:pPr>
        <w:pStyle w:val="Heading2"/>
        <w:rPr>
          <w:rFonts w:asciiTheme="minorHAnsi" w:hAnsiTheme="minorHAnsi"/>
          <w:sz w:val="22"/>
          <w:szCs w:val="22"/>
        </w:rPr>
      </w:pPr>
      <w:bookmarkStart w:id="61" w:name="_Toc237251640"/>
      <w:r w:rsidRPr="00562A90">
        <w:rPr>
          <w:rFonts w:asciiTheme="minorHAnsi" w:hAnsiTheme="minorHAnsi"/>
          <w:sz w:val="22"/>
          <w:szCs w:val="22"/>
        </w:rPr>
        <w:t>6.10 Our Commitment</w:t>
      </w:r>
      <w:bookmarkEnd w:id="61"/>
    </w:p>
    <w:p w14:paraId="1B61488B"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My Sports Coach is committed to using cookies responsibly and transparently.</w:t>
      </w:r>
    </w:p>
    <w:p w14:paraId="7E28B86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By respecting user choices, reviewing our practices regularly and maintaining clear information about the technologies we use, we aim to provide a secure, reliable and user-friendly platform while protecting user privacy.</w:t>
      </w:r>
    </w:p>
    <w:p w14:paraId="270D316A" w14:textId="77777777" w:rsidR="00562A90" w:rsidRPr="00562A90" w:rsidRDefault="00562A90" w:rsidP="00562A90">
      <w:pPr>
        <w:pStyle w:val="Heading1"/>
        <w:rPr>
          <w:rFonts w:asciiTheme="minorHAnsi" w:hAnsiTheme="minorHAnsi"/>
          <w:sz w:val="22"/>
          <w:szCs w:val="22"/>
        </w:rPr>
      </w:pPr>
      <w:bookmarkStart w:id="62" w:name="_Toc237251641"/>
      <w:r w:rsidRPr="00562A90">
        <w:rPr>
          <w:rFonts w:asciiTheme="minorHAnsi" w:hAnsiTheme="minorHAnsi"/>
          <w:sz w:val="22"/>
          <w:szCs w:val="22"/>
        </w:rPr>
        <w:t>End of Cookie Policy</w:t>
      </w:r>
      <w:bookmarkEnd w:id="62"/>
    </w:p>
    <w:p w14:paraId="402D642F"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This Cookie Policy forms part of the official My Sports Coach Policy Library and should be read alongside our other published policies and governance documents.</w:t>
      </w:r>
    </w:p>
    <w:p w14:paraId="28692D27" w14:textId="77777777" w:rsidR="00562A90" w:rsidRPr="00562A90" w:rsidRDefault="00562A90" w:rsidP="00562A90">
      <w:pPr>
        <w:pStyle w:val="NormalWeb"/>
        <w:rPr>
          <w:rFonts w:asciiTheme="minorHAnsi" w:hAnsiTheme="minorHAnsi"/>
          <w:sz w:val="22"/>
          <w:szCs w:val="22"/>
        </w:rPr>
      </w:pPr>
      <w:r w:rsidRPr="00562A90">
        <w:rPr>
          <w:rFonts w:asciiTheme="minorHAnsi" w:hAnsiTheme="minorHAnsi"/>
          <w:sz w:val="22"/>
          <w:szCs w:val="22"/>
        </w:rPr>
        <w:t>Together, these publications support the secure, transparent and professional operation of the My Sports Coach platform and reflect our commitment to creating the UK's trusted sports coaching marketplace.</w:t>
      </w:r>
    </w:p>
    <w:p w14:paraId="092919D5" w14:textId="7E65CBE8" w:rsidR="00E57E6D" w:rsidRPr="00EE27CA" w:rsidRDefault="00E57E6D" w:rsidP="00E57E6D">
      <w:pPr>
        <w:rPr>
          <w:b/>
          <w:bCs/>
          <w:color w:val="365F91" w:themeColor="accent1" w:themeShade="BF"/>
          <w:sz w:val="28"/>
          <w:szCs w:val="28"/>
          <w:lang w:val="en-GB"/>
        </w:rPr>
      </w:pPr>
      <w:r w:rsidRPr="00EE27CA">
        <w:rPr>
          <w:b/>
          <w:bCs/>
          <w:color w:val="365F91" w:themeColor="accent1" w:themeShade="BF"/>
          <w:sz w:val="28"/>
          <w:szCs w:val="28"/>
          <w:lang w:val="en-GB"/>
        </w:rPr>
        <w:lastRenderedPageBreak/>
        <w:t>Copyright Notice</w:t>
      </w:r>
    </w:p>
    <w:p w14:paraId="08D0A46C" w14:textId="77777777" w:rsidR="00E57E6D" w:rsidRPr="00AA0F4D" w:rsidRDefault="00E57E6D" w:rsidP="00E57E6D">
      <w:pPr>
        <w:rPr>
          <w:lang w:val="en-GB"/>
        </w:rPr>
      </w:pPr>
      <w:r w:rsidRPr="00AA0F4D">
        <w:rPr>
          <w:b/>
          <w:bCs/>
          <w:lang w:val="en-GB"/>
        </w:rPr>
        <w:t>© My Sports Coach UK Ltd 2026. All Rights Reserved.</w:t>
      </w:r>
    </w:p>
    <w:p w14:paraId="474084DF" w14:textId="77777777" w:rsidR="00E57E6D" w:rsidRPr="00AA0F4D" w:rsidRDefault="00E57E6D" w:rsidP="00E57E6D">
      <w:pPr>
        <w:rPr>
          <w:lang w:val="en-GB"/>
        </w:rPr>
      </w:pPr>
      <w:r w:rsidRPr="00AA0F4D">
        <w:rPr>
          <w:lang w:val="en-GB"/>
        </w:rPr>
        <w:t xml:space="preserve">This publication is the intellectual property of </w:t>
      </w:r>
      <w:r w:rsidRPr="00AA0F4D">
        <w:rPr>
          <w:b/>
          <w:bCs/>
          <w:lang w:val="en-GB"/>
        </w:rPr>
        <w:t>My Sports Coach UK Ltd</w:t>
      </w:r>
      <w:r w:rsidRPr="00AA0F4D">
        <w:rPr>
          <w:lang w:val="en-GB"/>
        </w:rPr>
        <w:t>.</w:t>
      </w:r>
    </w:p>
    <w:p w14:paraId="11363D5A" w14:textId="77777777" w:rsidR="00E57E6D" w:rsidRPr="00AA0F4D" w:rsidRDefault="00E57E6D" w:rsidP="00E57E6D">
      <w:pPr>
        <w:rPr>
          <w:lang w:val="en-GB"/>
        </w:rPr>
      </w:pPr>
      <w:r w:rsidRPr="00AA0F4D">
        <w:rPr>
          <w:lang w:val="en-GB"/>
        </w:rPr>
        <w:t xml:space="preserve">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t>
      </w:r>
      <w:proofErr w:type="gramStart"/>
      <w:r w:rsidRPr="00AA0F4D">
        <w:rPr>
          <w:lang w:val="en-GB"/>
        </w:rPr>
        <w:t>where</w:t>
      </w:r>
      <w:proofErr w:type="gramEnd"/>
      <w:r w:rsidRPr="00AA0F4D">
        <w:rPr>
          <w:lang w:val="en-GB"/>
        </w:rPr>
        <w:t xml:space="preserve"> permitted by applicable copyright legislation.</w:t>
      </w:r>
    </w:p>
    <w:p w14:paraId="68DC4D1B" w14:textId="77777777" w:rsidR="00E57E6D" w:rsidRPr="00AA0F4D" w:rsidRDefault="00E57E6D" w:rsidP="00E57E6D">
      <w:pPr>
        <w:rPr>
          <w:lang w:val="en-GB"/>
        </w:rPr>
      </w:pPr>
      <w:r w:rsidRPr="00AA0F4D">
        <w:rPr>
          <w:lang w:val="en-GB"/>
        </w:rPr>
        <w:t xml:space="preserve">This document forms part of the </w:t>
      </w:r>
      <w:r w:rsidRPr="00AA0F4D">
        <w:rPr>
          <w:b/>
          <w:bCs/>
          <w:lang w:val="en-GB"/>
        </w:rPr>
        <w:t>My Sports Coach Policy Library</w:t>
      </w:r>
      <w:r w:rsidRPr="00AA0F4D">
        <w:rPr>
          <w:lang w:val="en-GB"/>
        </w:rPr>
        <w:t xml:space="preserve"> and has been produced to support the governance, operation and use of the My Sports Coach platform.</w:t>
      </w:r>
    </w:p>
    <w:p w14:paraId="6686F37A" w14:textId="77777777" w:rsidR="00E57E6D" w:rsidRPr="00AA0F4D" w:rsidRDefault="00E57E6D" w:rsidP="00E57E6D">
      <w:pPr>
        <w:rPr>
          <w:lang w:val="en-GB"/>
        </w:rPr>
      </w:pPr>
      <w:r w:rsidRPr="00AA0F4D">
        <w:rPr>
          <w:lang w:val="en-GB"/>
        </w:rPr>
        <w:t xml:space="preserve">Nothing in this publication grants any licence or right to use the </w:t>
      </w:r>
      <w:r w:rsidRPr="00AA0F4D">
        <w:rPr>
          <w:b/>
          <w:bCs/>
          <w:lang w:val="en-GB"/>
        </w:rPr>
        <w:t>My Sports Coach</w:t>
      </w:r>
      <w:r w:rsidRPr="00AA0F4D">
        <w:rPr>
          <w:lang w:val="en-GB"/>
        </w:rPr>
        <w:t xml:space="preserve"> name, logo, branding, trademarks or other intellectual property except where expressly authorised in writing by My Sports Coach UK Ltd.</w:t>
      </w:r>
    </w:p>
    <w:p w14:paraId="62377406" w14:textId="77777777" w:rsidR="00E57E6D" w:rsidRPr="00AA0F4D" w:rsidRDefault="00E57E6D" w:rsidP="00E57E6D">
      <w:pPr>
        <w:rPr>
          <w:lang w:val="en-GB"/>
        </w:rPr>
      </w:pPr>
      <w:r w:rsidRPr="00AA0F4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AA0F4D" w:rsidRDefault="00E57E6D" w:rsidP="00E57E6D">
      <w:pPr>
        <w:rPr>
          <w:b/>
          <w:bCs/>
          <w:color w:val="365F91" w:themeColor="accent1" w:themeShade="BF"/>
          <w:sz w:val="28"/>
          <w:szCs w:val="28"/>
          <w:lang w:val="en-GB"/>
        </w:rPr>
      </w:pPr>
      <w:r w:rsidRPr="00AA0F4D">
        <w:rPr>
          <w:b/>
          <w:bCs/>
          <w:color w:val="365F91" w:themeColor="accent1" w:themeShade="BF"/>
          <w:sz w:val="28"/>
          <w:szCs w:val="28"/>
          <w:lang w:val="en-GB"/>
        </w:rPr>
        <w:t>Official Publication Statement</w:t>
      </w:r>
    </w:p>
    <w:p w14:paraId="08A60DAB" w14:textId="77777777" w:rsidR="00E57E6D" w:rsidRPr="00AA0F4D" w:rsidRDefault="00E57E6D" w:rsidP="00E57E6D">
      <w:pPr>
        <w:rPr>
          <w:lang w:val="en-GB"/>
        </w:rPr>
      </w:pPr>
      <w:r w:rsidRPr="00AA0F4D">
        <w:rPr>
          <w:lang w:val="en-GB"/>
        </w:rPr>
        <w:t xml:space="preserve">This document forms part of the official </w:t>
      </w:r>
      <w:r w:rsidRPr="00AA0F4D">
        <w:rPr>
          <w:b/>
          <w:bCs/>
          <w:lang w:val="en-GB"/>
        </w:rPr>
        <w:t>My Sports Coach Policy Library</w:t>
      </w:r>
      <w:r w:rsidRPr="00AA0F4D">
        <w:rPr>
          <w:lang w:val="en-GB"/>
        </w:rPr>
        <w:t>.</w:t>
      </w:r>
    </w:p>
    <w:p w14:paraId="6567027B" w14:textId="77777777" w:rsidR="00E57E6D" w:rsidRPr="00AA0F4D" w:rsidRDefault="00E57E6D" w:rsidP="00E57E6D">
      <w:pPr>
        <w:rPr>
          <w:lang w:val="en-GB"/>
        </w:rPr>
      </w:pPr>
      <w:r w:rsidRPr="00AA0F4D">
        <w:rPr>
          <w:lang w:val="en-GB"/>
        </w:rPr>
        <w:t xml:space="preserve">It has been prepared and published by </w:t>
      </w:r>
      <w:r w:rsidRPr="00AA0F4D">
        <w:rPr>
          <w:b/>
          <w:bCs/>
          <w:lang w:val="en-GB"/>
        </w:rPr>
        <w:t>My Sports Coach UK Ltd</w:t>
      </w:r>
      <w:r w:rsidRPr="00AA0F4D">
        <w:rPr>
          <w:lang w:val="en-GB"/>
        </w:rPr>
        <w:t xml:space="preserve"> to support the safe, professional and transparent operation of the My Sports Coach platform.</w:t>
      </w:r>
    </w:p>
    <w:p w14:paraId="3BD70CB7" w14:textId="77777777" w:rsidR="00E57E6D" w:rsidRPr="00AA0F4D" w:rsidRDefault="00E57E6D" w:rsidP="00E57E6D">
      <w:pPr>
        <w:rPr>
          <w:lang w:val="en-GB"/>
        </w:rPr>
      </w:pPr>
      <w:r w:rsidRPr="00AA0F4D">
        <w:rPr>
          <w:lang w:val="en-GB"/>
        </w:rPr>
        <w:t>The Policy Library is maintained as a living collection of governance documents and may be updated from time to time to reflect changes in legislation, industry best practice and the continued development of the platform.</w:t>
      </w:r>
    </w:p>
    <w:p w14:paraId="558011BF" w14:textId="646FC0F9" w:rsidR="00302F17" w:rsidRPr="00AA0F4D" w:rsidRDefault="00E57E6D" w:rsidP="00DD3B68">
      <w:pPr>
        <w:rPr>
          <w:lang w:val="en-GB"/>
        </w:rPr>
      </w:pPr>
      <w:r w:rsidRPr="00AA0F4D">
        <w:rPr>
          <w:lang w:val="en-GB"/>
        </w:rPr>
        <w:t>Users should ensure they refer to the latest published edition when relying upon any policy or governance document.</w:t>
      </w:r>
      <w:bookmarkEnd w:id="0"/>
    </w:p>
    <w:p w14:paraId="27CF67CA" w14:textId="77777777" w:rsidR="00AA0F4D" w:rsidRDefault="00AA0F4D" w:rsidP="00DD3B68">
      <w:pPr>
        <w:rPr>
          <w:lang w:val="en-GB"/>
        </w:rPr>
      </w:pPr>
    </w:p>
    <w:p w14:paraId="15BEB21D" w14:textId="77777777" w:rsidR="00AA0F4D" w:rsidRDefault="00AA0F4D" w:rsidP="00DD3B68">
      <w:pPr>
        <w:rPr>
          <w:b/>
          <w:bCs/>
          <w:color w:val="365F91" w:themeColor="accent1" w:themeShade="BF"/>
          <w:sz w:val="28"/>
          <w:szCs w:val="28"/>
          <w:lang w:val="en-GB"/>
        </w:rPr>
      </w:pPr>
    </w:p>
    <w:p w14:paraId="21EB259C" w14:textId="77777777" w:rsidR="00AA0F4D" w:rsidRDefault="00AA0F4D" w:rsidP="00DD3B68">
      <w:pPr>
        <w:rPr>
          <w:b/>
          <w:bCs/>
          <w:color w:val="365F91" w:themeColor="accent1" w:themeShade="BF"/>
          <w:sz w:val="28"/>
          <w:szCs w:val="28"/>
          <w:lang w:val="en-GB"/>
        </w:rPr>
      </w:pPr>
    </w:p>
    <w:p w14:paraId="2B1C3D33" w14:textId="77777777" w:rsidR="00AA0F4D" w:rsidRDefault="00AA0F4D" w:rsidP="00DD3B68">
      <w:pPr>
        <w:rPr>
          <w:b/>
          <w:bCs/>
          <w:color w:val="365F91" w:themeColor="accent1" w:themeShade="BF"/>
          <w:sz w:val="28"/>
          <w:szCs w:val="28"/>
          <w:lang w:val="en-GB"/>
        </w:rPr>
      </w:pPr>
    </w:p>
    <w:p w14:paraId="2F75E9D7" w14:textId="77777777" w:rsidR="00AA0F4D" w:rsidRDefault="00AA0F4D" w:rsidP="00DD3B68">
      <w:pPr>
        <w:rPr>
          <w:b/>
          <w:bCs/>
          <w:color w:val="365F91" w:themeColor="accent1" w:themeShade="BF"/>
          <w:sz w:val="28"/>
          <w:szCs w:val="28"/>
          <w:lang w:val="en-GB"/>
        </w:rPr>
      </w:pPr>
    </w:p>
    <w:p w14:paraId="53502C58" w14:textId="77777777" w:rsidR="00AA0F4D" w:rsidRDefault="00AA0F4D" w:rsidP="00DD3B68">
      <w:pPr>
        <w:rPr>
          <w:b/>
          <w:bCs/>
          <w:color w:val="365F91" w:themeColor="accent1" w:themeShade="BF"/>
          <w:sz w:val="28"/>
          <w:szCs w:val="28"/>
          <w:lang w:val="en-GB"/>
        </w:rPr>
      </w:pPr>
    </w:p>
    <w:p w14:paraId="3F3D69AF" w14:textId="77777777" w:rsidR="00AA0F4D" w:rsidRDefault="00AA0F4D" w:rsidP="00DD3B68">
      <w:pPr>
        <w:rPr>
          <w:b/>
          <w:bCs/>
          <w:color w:val="365F91" w:themeColor="accent1" w:themeShade="BF"/>
          <w:sz w:val="28"/>
          <w:szCs w:val="28"/>
          <w:lang w:val="en-GB"/>
        </w:rPr>
      </w:pPr>
    </w:p>
    <w:p w14:paraId="4C84D7F6" w14:textId="320C24EF" w:rsidR="00DD3B68" w:rsidRPr="00AA0F4D" w:rsidRDefault="00DD3B68" w:rsidP="00DD3B68">
      <w:pPr>
        <w:rPr>
          <w:b/>
          <w:bCs/>
          <w:color w:val="365F91" w:themeColor="accent1" w:themeShade="BF"/>
          <w:sz w:val="28"/>
          <w:szCs w:val="28"/>
          <w:lang w:val="en-GB"/>
        </w:rPr>
      </w:pPr>
      <w:r w:rsidRPr="00AA0F4D">
        <w:rPr>
          <w:b/>
          <w:bCs/>
          <w:color w:val="365F91" w:themeColor="accent1" w:themeShade="BF"/>
          <w:sz w:val="28"/>
          <w:szCs w:val="28"/>
          <w:lang w:val="en-GB"/>
        </w:rPr>
        <w:lastRenderedPageBreak/>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3953"/>
      </w:tblGrid>
      <w:tr w:rsidR="00DD3B68" w:rsidRPr="00AA0F4D" w14:paraId="1B7EF4E0" w14:textId="77777777" w:rsidTr="00DD3B68">
        <w:trPr>
          <w:tblHeader/>
          <w:tblCellSpacing w:w="15" w:type="dxa"/>
        </w:trPr>
        <w:tc>
          <w:tcPr>
            <w:tcW w:w="0" w:type="auto"/>
            <w:vAlign w:val="center"/>
            <w:hideMark/>
          </w:tcPr>
          <w:p w14:paraId="1F5DC64C" w14:textId="77777777" w:rsidR="00DD3B68" w:rsidRPr="00AA0F4D" w:rsidRDefault="00DD3B68" w:rsidP="00DD3B68">
            <w:pPr>
              <w:rPr>
                <w:b/>
                <w:bCs/>
                <w:lang w:val="en-GB"/>
              </w:rPr>
            </w:pPr>
            <w:r w:rsidRPr="00AA0F4D">
              <w:rPr>
                <w:b/>
                <w:bCs/>
                <w:lang w:val="en-GB"/>
              </w:rPr>
              <w:t>Document</w:t>
            </w:r>
          </w:p>
        </w:tc>
        <w:tc>
          <w:tcPr>
            <w:tcW w:w="0" w:type="auto"/>
            <w:vAlign w:val="center"/>
            <w:hideMark/>
          </w:tcPr>
          <w:p w14:paraId="6B8D017C" w14:textId="1DBCC31E" w:rsidR="00DD3B68" w:rsidRPr="00AA0F4D" w:rsidRDefault="00DD3B68" w:rsidP="00DD3B68">
            <w:pPr>
              <w:rPr>
                <w:b/>
                <w:bCs/>
                <w:lang w:val="en-GB"/>
              </w:rPr>
            </w:pPr>
            <w:r w:rsidRPr="00AA0F4D">
              <w:rPr>
                <w:b/>
                <w:bCs/>
                <w:lang w:val="en-GB"/>
              </w:rPr>
              <w:t>Book</w:t>
            </w:r>
            <w:r w:rsidR="00906869" w:rsidRPr="00AA0F4D">
              <w:rPr>
                <w:b/>
                <w:bCs/>
                <w:lang w:val="en-GB"/>
              </w:rPr>
              <w:t xml:space="preserve"> </w:t>
            </w:r>
            <w:r w:rsidR="000717EC">
              <w:rPr>
                <w:b/>
                <w:bCs/>
                <w:lang w:val="en-GB"/>
              </w:rPr>
              <w:t>1</w:t>
            </w:r>
            <w:r w:rsidR="00562A90">
              <w:rPr>
                <w:b/>
                <w:bCs/>
                <w:lang w:val="en-GB"/>
              </w:rPr>
              <w:t>1</w:t>
            </w:r>
            <w:r w:rsidRPr="00AA0F4D">
              <w:rPr>
                <w:b/>
                <w:bCs/>
                <w:lang w:val="en-GB"/>
              </w:rPr>
              <w:t xml:space="preserve"> – </w:t>
            </w:r>
            <w:r w:rsidR="00562A90">
              <w:rPr>
                <w:b/>
                <w:bCs/>
                <w:lang w:val="en-GB"/>
              </w:rPr>
              <w:t xml:space="preserve">Cookie </w:t>
            </w:r>
            <w:r w:rsidR="00676280" w:rsidRPr="00AA0F4D">
              <w:rPr>
                <w:b/>
                <w:bCs/>
                <w:lang w:val="en-GB"/>
              </w:rPr>
              <w:t>Policy</w:t>
            </w:r>
          </w:p>
        </w:tc>
      </w:tr>
      <w:tr w:rsidR="00DD3B68" w:rsidRPr="00AA0F4D" w14:paraId="07A5C1E2" w14:textId="77777777" w:rsidTr="00DD3B68">
        <w:trPr>
          <w:tblCellSpacing w:w="15" w:type="dxa"/>
        </w:trPr>
        <w:tc>
          <w:tcPr>
            <w:tcW w:w="0" w:type="auto"/>
            <w:vAlign w:val="center"/>
            <w:hideMark/>
          </w:tcPr>
          <w:p w14:paraId="7084EE8B" w14:textId="77777777" w:rsidR="00DD3B68" w:rsidRPr="00AA0F4D" w:rsidRDefault="00DD3B68" w:rsidP="00DD3B68">
            <w:pPr>
              <w:rPr>
                <w:lang w:val="en-GB"/>
              </w:rPr>
            </w:pPr>
            <w:r w:rsidRPr="00AA0F4D">
              <w:rPr>
                <w:lang w:val="en-GB"/>
              </w:rPr>
              <w:t>Document Number</w:t>
            </w:r>
          </w:p>
        </w:tc>
        <w:tc>
          <w:tcPr>
            <w:tcW w:w="0" w:type="auto"/>
            <w:vAlign w:val="center"/>
            <w:hideMark/>
          </w:tcPr>
          <w:p w14:paraId="36C03B0A" w14:textId="1B61AFA9" w:rsidR="00DD3B68" w:rsidRPr="00AA0F4D" w:rsidRDefault="00DD3B68" w:rsidP="00DD3B68">
            <w:pPr>
              <w:rPr>
                <w:lang w:val="en-GB"/>
              </w:rPr>
            </w:pPr>
            <w:r w:rsidRPr="00AA0F4D">
              <w:rPr>
                <w:lang w:val="en-GB"/>
              </w:rPr>
              <w:t>MSC-POL-0</w:t>
            </w:r>
            <w:r w:rsidR="000717EC">
              <w:rPr>
                <w:lang w:val="en-GB"/>
              </w:rPr>
              <w:t>1</w:t>
            </w:r>
            <w:r w:rsidR="00562A90">
              <w:rPr>
                <w:lang w:val="en-GB"/>
              </w:rPr>
              <w:t>1</w:t>
            </w:r>
          </w:p>
        </w:tc>
      </w:tr>
      <w:tr w:rsidR="00DD3B68" w:rsidRPr="00AA0F4D" w14:paraId="46881C32" w14:textId="77777777" w:rsidTr="00DD3B68">
        <w:trPr>
          <w:tblCellSpacing w:w="15" w:type="dxa"/>
        </w:trPr>
        <w:tc>
          <w:tcPr>
            <w:tcW w:w="0" w:type="auto"/>
            <w:vAlign w:val="center"/>
            <w:hideMark/>
          </w:tcPr>
          <w:p w14:paraId="7D0BA702" w14:textId="77777777" w:rsidR="00DD3B68" w:rsidRPr="00AA0F4D" w:rsidRDefault="00DD3B68" w:rsidP="00DD3B68">
            <w:pPr>
              <w:rPr>
                <w:lang w:val="en-GB"/>
              </w:rPr>
            </w:pPr>
            <w:r w:rsidRPr="00AA0F4D">
              <w:rPr>
                <w:lang w:val="en-GB"/>
              </w:rPr>
              <w:t>Version</w:t>
            </w:r>
          </w:p>
        </w:tc>
        <w:tc>
          <w:tcPr>
            <w:tcW w:w="0" w:type="auto"/>
            <w:vAlign w:val="center"/>
            <w:hideMark/>
          </w:tcPr>
          <w:p w14:paraId="4312E280" w14:textId="77777777" w:rsidR="00DD3B68" w:rsidRPr="00AA0F4D" w:rsidRDefault="00DD3B68" w:rsidP="00DD3B68">
            <w:pPr>
              <w:rPr>
                <w:lang w:val="en-GB"/>
              </w:rPr>
            </w:pPr>
            <w:r w:rsidRPr="00AA0F4D">
              <w:rPr>
                <w:lang w:val="en-GB"/>
              </w:rPr>
              <w:t>1.0</w:t>
            </w:r>
          </w:p>
        </w:tc>
      </w:tr>
      <w:tr w:rsidR="00DD3B68" w:rsidRPr="00AA0F4D" w14:paraId="64ED2EBF" w14:textId="77777777" w:rsidTr="00DD3B68">
        <w:trPr>
          <w:tblCellSpacing w:w="15" w:type="dxa"/>
        </w:trPr>
        <w:tc>
          <w:tcPr>
            <w:tcW w:w="0" w:type="auto"/>
            <w:vAlign w:val="center"/>
            <w:hideMark/>
          </w:tcPr>
          <w:p w14:paraId="6EAE7FE1" w14:textId="77777777" w:rsidR="00DD3B68" w:rsidRPr="00AA0F4D" w:rsidRDefault="00DD3B68" w:rsidP="00DD3B68">
            <w:pPr>
              <w:rPr>
                <w:lang w:val="en-GB"/>
              </w:rPr>
            </w:pPr>
            <w:r w:rsidRPr="00AA0F4D">
              <w:rPr>
                <w:lang w:val="en-GB"/>
              </w:rPr>
              <w:t>Status</w:t>
            </w:r>
          </w:p>
        </w:tc>
        <w:tc>
          <w:tcPr>
            <w:tcW w:w="0" w:type="auto"/>
            <w:vAlign w:val="center"/>
            <w:hideMark/>
          </w:tcPr>
          <w:p w14:paraId="376CD326" w14:textId="77777777" w:rsidR="00DD3B68" w:rsidRPr="00AA0F4D" w:rsidRDefault="00DD3B68" w:rsidP="00DD3B68">
            <w:pPr>
              <w:rPr>
                <w:lang w:val="en-GB"/>
              </w:rPr>
            </w:pPr>
            <w:r w:rsidRPr="00AA0F4D">
              <w:rPr>
                <w:lang w:val="en-GB"/>
              </w:rPr>
              <w:t>Official Publication Edition</w:t>
            </w:r>
          </w:p>
        </w:tc>
      </w:tr>
      <w:tr w:rsidR="00DD3B68" w:rsidRPr="00AA0F4D" w14:paraId="6CDED65A" w14:textId="77777777" w:rsidTr="00DD3B68">
        <w:trPr>
          <w:tblCellSpacing w:w="15" w:type="dxa"/>
        </w:trPr>
        <w:tc>
          <w:tcPr>
            <w:tcW w:w="0" w:type="auto"/>
            <w:vAlign w:val="center"/>
            <w:hideMark/>
          </w:tcPr>
          <w:p w14:paraId="7A273C56" w14:textId="77777777" w:rsidR="00DD3B68" w:rsidRPr="00AA0F4D" w:rsidRDefault="00DD3B68" w:rsidP="00DD3B68">
            <w:pPr>
              <w:rPr>
                <w:lang w:val="en-GB"/>
              </w:rPr>
            </w:pPr>
            <w:r w:rsidRPr="00AA0F4D">
              <w:rPr>
                <w:lang w:val="en-GB"/>
              </w:rPr>
              <w:t>Effective Date</w:t>
            </w:r>
          </w:p>
        </w:tc>
        <w:tc>
          <w:tcPr>
            <w:tcW w:w="0" w:type="auto"/>
            <w:vAlign w:val="center"/>
            <w:hideMark/>
          </w:tcPr>
          <w:p w14:paraId="4E429F1C" w14:textId="77777777" w:rsidR="00DD3B68" w:rsidRPr="00AA0F4D" w:rsidRDefault="00DD3B68" w:rsidP="00DD3B68">
            <w:pPr>
              <w:rPr>
                <w:lang w:val="en-GB"/>
              </w:rPr>
            </w:pPr>
            <w:r w:rsidRPr="00AA0F4D">
              <w:rPr>
                <w:lang w:val="en-GB"/>
              </w:rPr>
              <w:t>August 2026</w:t>
            </w:r>
          </w:p>
        </w:tc>
      </w:tr>
      <w:tr w:rsidR="00DD3B68" w:rsidRPr="00AA0F4D" w14:paraId="0EF15288" w14:textId="77777777" w:rsidTr="00DD3B68">
        <w:trPr>
          <w:tblCellSpacing w:w="15" w:type="dxa"/>
        </w:trPr>
        <w:tc>
          <w:tcPr>
            <w:tcW w:w="0" w:type="auto"/>
            <w:vAlign w:val="center"/>
            <w:hideMark/>
          </w:tcPr>
          <w:p w14:paraId="3BD22B17" w14:textId="77777777" w:rsidR="00DD3B68" w:rsidRPr="00AA0F4D" w:rsidRDefault="00DD3B68" w:rsidP="00DD3B68">
            <w:pPr>
              <w:rPr>
                <w:lang w:val="en-GB"/>
              </w:rPr>
            </w:pPr>
            <w:r w:rsidRPr="00AA0F4D">
              <w:rPr>
                <w:lang w:val="en-GB"/>
              </w:rPr>
              <w:t>Review Date</w:t>
            </w:r>
          </w:p>
        </w:tc>
        <w:tc>
          <w:tcPr>
            <w:tcW w:w="0" w:type="auto"/>
            <w:vAlign w:val="center"/>
            <w:hideMark/>
          </w:tcPr>
          <w:p w14:paraId="08CBD685" w14:textId="77777777" w:rsidR="00DD3B68" w:rsidRPr="00AA0F4D" w:rsidRDefault="00DD3B68" w:rsidP="00DD3B68">
            <w:pPr>
              <w:rPr>
                <w:lang w:val="en-GB"/>
              </w:rPr>
            </w:pPr>
            <w:r w:rsidRPr="00AA0F4D">
              <w:rPr>
                <w:lang w:val="en-GB"/>
              </w:rPr>
              <w:t>August 2027</w:t>
            </w:r>
          </w:p>
        </w:tc>
      </w:tr>
      <w:tr w:rsidR="00DD3B68" w:rsidRPr="00AA0F4D" w14:paraId="64483EAC" w14:textId="77777777" w:rsidTr="00DD3B68">
        <w:trPr>
          <w:tblCellSpacing w:w="15" w:type="dxa"/>
        </w:trPr>
        <w:tc>
          <w:tcPr>
            <w:tcW w:w="0" w:type="auto"/>
            <w:vAlign w:val="center"/>
            <w:hideMark/>
          </w:tcPr>
          <w:p w14:paraId="5AF7F74F" w14:textId="77777777" w:rsidR="00DD3B68" w:rsidRPr="00AA0F4D" w:rsidRDefault="00DD3B68" w:rsidP="00DD3B68">
            <w:pPr>
              <w:rPr>
                <w:lang w:val="en-GB"/>
              </w:rPr>
            </w:pPr>
            <w:r w:rsidRPr="00AA0F4D">
              <w:rPr>
                <w:lang w:val="en-GB"/>
              </w:rPr>
              <w:t>Document Owner</w:t>
            </w:r>
          </w:p>
        </w:tc>
        <w:tc>
          <w:tcPr>
            <w:tcW w:w="0" w:type="auto"/>
            <w:vAlign w:val="center"/>
            <w:hideMark/>
          </w:tcPr>
          <w:p w14:paraId="75D76B9C" w14:textId="77777777" w:rsidR="00DD3B68" w:rsidRPr="00AA0F4D" w:rsidRDefault="00DD3B68" w:rsidP="00DD3B68">
            <w:pPr>
              <w:rPr>
                <w:lang w:val="en-GB"/>
              </w:rPr>
            </w:pPr>
            <w:r w:rsidRPr="00AA0F4D">
              <w:rPr>
                <w:lang w:val="en-GB"/>
              </w:rPr>
              <w:t>My Sports Coach UK Ltd</w:t>
            </w:r>
          </w:p>
        </w:tc>
      </w:tr>
      <w:tr w:rsidR="00DD3B68" w:rsidRPr="00AA0F4D" w14:paraId="1C9EE1A0" w14:textId="77777777" w:rsidTr="00DD3B68">
        <w:trPr>
          <w:tblCellSpacing w:w="15" w:type="dxa"/>
        </w:trPr>
        <w:tc>
          <w:tcPr>
            <w:tcW w:w="0" w:type="auto"/>
            <w:vAlign w:val="center"/>
            <w:hideMark/>
          </w:tcPr>
          <w:p w14:paraId="42994831" w14:textId="77777777" w:rsidR="00DD3B68" w:rsidRPr="00AA0F4D" w:rsidRDefault="00DD3B68" w:rsidP="00DD3B68">
            <w:pPr>
              <w:rPr>
                <w:lang w:val="en-GB"/>
              </w:rPr>
            </w:pPr>
            <w:r w:rsidRPr="00AA0F4D">
              <w:rPr>
                <w:lang w:val="en-GB"/>
              </w:rPr>
              <w:t>Applies To</w:t>
            </w:r>
          </w:p>
        </w:tc>
        <w:tc>
          <w:tcPr>
            <w:tcW w:w="0" w:type="auto"/>
            <w:vAlign w:val="center"/>
            <w:hideMark/>
          </w:tcPr>
          <w:p w14:paraId="0D73555F" w14:textId="77777777" w:rsidR="00DD3B68" w:rsidRPr="00AA0F4D" w:rsidRDefault="00DD3B68" w:rsidP="00DD3B68">
            <w:pPr>
              <w:rPr>
                <w:lang w:val="en-GB"/>
              </w:rPr>
            </w:pPr>
            <w:r w:rsidRPr="00AA0F4D">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05C5" w14:textId="77777777" w:rsidR="007E3814" w:rsidRDefault="007E3814">
      <w:pPr>
        <w:spacing w:after="0" w:line="240" w:lineRule="auto"/>
      </w:pPr>
      <w:r>
        <w:separator/>
      </w:r>
    </w:p>
  </w:endnote>
  <w:endnote w:type="continuationSeparator" w:id="0">
    <w:p w14:paraId="3F7FE620" w14:textId="77777777" w:rsidR="007E3814" w:rsidRDefault="007E3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5E8DC" w14:textId="77777777" w:rsidR="007E3814" w:rsidRDefault="007E3814">
      <w:pPr>
        <w:spacing w:after="0" w:line="240" w:lineRule="auto"/>
      </w:pPr>
      <w:r>
        <w:separator/>
      </w:r>
    </w:p>
  </w:footnote>
  <w:footnote w:type="continuationSeparator" w:id="0">
    <w:p w14:paraId="1F1AFD42" w14:textId="77777777" w:rsidR="007E3814" w:rsidRDefault="007E3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F5F0F"/>
    <w:multiLevelType w:val="multilevel"/>
    <w:tmpl w:val="235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670C29"/>
    <w:multiLevelType w:val="multilevel"/>
    <w:tmpl w:val="5B9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7F38D7"/>
    <w:multiLevelType w:val="multilevel"/>
    <w:tmpl w:val="A0D0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0B01273"/>
    <w:multiLevelType w:val="multilevel"/>
    <w:tmpl w:val="DCA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0E91F46"/>
    <w:multiLevelType w:val="multilevel"/>
    <w:tmpl w:val="FE3E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0EB7417"/>
    <w:multiLevelType w:val="multilevel"/>
    <w:tmpl w:val="EB2A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1E1311"/>
    <w:multiLevelType w:val="multilevel"/>
    <w:tmpl w:val="338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4136B5"/>
    <w:multiLevelType w:val="multilevel"/>
    <w:tmpl w:val="F6A4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14F6146"/>
    <w:multiLevelType w:val="multilevel"/>
    <w:tmpl w:val="FD5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1624ADD"/>
    <w:multiLevelType w:val="multilevel"/>
    <w:tmpl w:val="9B6E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913DDE"/>
    <w:multiLevelType w:val="multilevel"/>
    <w:tmpl w:val="3AA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A07BA1"/>
    <w:multiLevelType w:val="multilevel"/>
    <w:tmpl w:val="3E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1FA700F"/>
    <w:multiLevelType w:val="multilevel"/>
    <w:tmpl w:val="9AC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146537"/>
    <w:multiLevelType w:val="multilevel"/>
    <w:tmpl w:val="9704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3F4B43"/>
    <w:multiLevelType w:val="multilevel"/>
    <w:tmpl w:val="10A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2BD4D87"/>
    <w:multiLevelType w:val="multilevel"/>
    <w:tmpl w:val="E91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12048E"/>
    <w:multiLevelType w:val="multilevel"/>
    <w:tmpl w:val="F5C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377283"/>
    <w:multiLevelType w:val="multilevel"/>
    <w:tmpl w:val="C384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6E33F9"/>
    <w:multiLevelType w:val="multilevel"/>
    <w:tmpl w:val="27C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8116EE"/>
    <w:multiLevelType w:val="multilevel"/>
    <w:tmpl w:val="9BDC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D35CEE"/>
    <w:multiLevelType w:val="multilevel"/>
    <w:tmpl w:val="C30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376816"/>
    <w:multiLevelType w:val="multilevel"/>
    <w:tmpl w:val="CCAC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EA32A2"/>
    <w:multiLevelType w:val="multilevel"/>
    <w:tmpl w:val="670C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733B2D"/>
    <w:multiLevelType w:val="multilevel"/>
    <w:tmpl w:val="B84E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E0189B"/>
    <w:multiLevelType w:val="multilevel"/>
    <w:tmpl w:val="654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AA4716"/>
    <w:multiLevelType w:val="multilevel"/>
    <w:tmpl w:val="B5BC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6DD02E2"/>
    <w:multiLevelType w:val="multilevel"/>
    <w:tmpl w:val="908A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F60A37"/>
    <w:multiLevelType w:val="multilevel"/>
    <w:tmpl w:val="161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1F449A"/>
    <w:multiLevelType w:val="multilevel"/>
    <w:tmpl w:val="FB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66695C"/>
    <w:multiLevelType w:val="multilevel"/>
    <w:tmpl w:val="6240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B942E9"/>
    <w:multiLevelType w:val="multilevel"/>
    <w:tmpl w:val="72E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E72743"/>
    <w:multiLevelType w:val="multilevel"/>
    <w:tmpl w:val="EC0E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4839A0"/>
    <w:multiLevelType w:val="multilevel"/>
    <w:tmpl w:val="B7B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77479F"/>
    <w:multiLevelType w:val="multilevel"/>
    <w:tmpl w:val="DFA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AB27D1"/>
    <w:multiLevelType w:val="multilevel"/>
    <w:tmpl w:val="7D6A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9C62B11"/>
    <w:multiLevelType w:val="multilevel"/>
    <w:tmpl w:val="C0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D15085"/>
    <w:multiLevelType w:val="multilevel"/>
    <w:tmpl w:val="AEE2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353344"/>
    <w:multiLevelType w:val="multilevel"/>
    <w:tmpl w:val="D1C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46592A"/>
    <w:multiLevelType w:val="multilevel"/>
    <w:tmpl w:val="BB0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702149"/>
    <w:multiLevelType w:val="multilevel"/>
    <w:tmpl w:val="3146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83706E"/>
    <w:multiLevelType w:val="multilevel"/>
    <w:tmpl w:val="084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0913DF"/>
    <w:multiLevelType w:val="multilevel"/>
    <w:tmpl w:val="261E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0A425C"/>
    <w:multiLevelType w:val="multilevel"/>
    <w:tmpl w:val="133A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2F4467"/>
    <w:multiLevelType w:val="multilevel"/>
    <w:tmpl w:val="E98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4D3AD1"/>
    <w:multiLevelType w:val="multilevel"/>
    <w:tmpl w:val="612C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753D79"/>
    <w:multiLevelType w:val="multilevel"/>
    <w:tmpl w:val="2D6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1A7ADB"/>
    <w:multiLevelType w:val="multilevel"/>
    <w:tmpl w:val="0D6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C3D35AF"/>
    <w:multiLevelType w:val="multilevel"/>
    <w:tmpl w:val="6BD0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3E599D"/>
    <w:multiLevelType w:val="multilevel"/>
    <w:tmpl w:val="5BD4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96068B"/>
    <w:multiLevelType w:val="multilevel"/>
    <w:tmpl w:val="60C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CA00D87"/>
    <w:multiLevelType w:val="multilevel"/>
    <w:tmpl w:val="53D0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D082FB5"/>
    <w:multiLevelType w:val="multilevel"/>
    <w:tmpl w:val="ED6A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D133876"/>
    <w:multiLevelType w:val="multilevel"/>
    <w:tmpl w:val="8AD0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D617245"/>
    <w:multiLevelType w:val="multilevel"/>
    <w:tmpl w:val="48F8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DC50002"/>
    <w:multiLevelType w:val="multilevel"/>
    <w:tmpl w:val="E778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DD005EB"/>
    <w:multiLevelType w:val="multilevel"/>
    <w:tmpl w:val="5734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DD37F0E"/>
    <w:multiLevelType w:val="multilevel"/>
    <w:tmpl w:val="102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463C91"/>
    <w:multiLevelType w:val="multilevel"/>
    <w:tmpl w:val="A81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B43656"/>
    <w:multiLevelType w:val="multilevel"/>
    <w:tmpl w:val="6F52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F160293"/>
    <w:multiLevelType w:val="multilevel"/>
    <w:tmpl w:val="D76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596DB9"/>
    <w:multiLevelType w:val="multilevel"/>
    <w:tmpl w:val="45E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944097"/>
    <w:multiLevelType w:val="multilevel"/>
    <w:tmpl w:val="3808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9B6ED6"/>
    <w:multiLevelType w:val="multilevel"/>
    <w:tmpl w:val="B24C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0095CF8"/>
    <w:multiLevelType w:val="multilevel"/>
    <w:tmpl w:val="9AF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0680937"/>
    <w:multiLevelType w:val="multilevel"/>
    <w:tmpl w:val="588C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751CDB"/>
    <w:multiLevelType w:val="multilevel"/>
    <w:tmpl w:val="608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885FDC"/>
    <w:multiLevelType w:val="multilevel"/>
    <w:tmpl w:val="67B0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A408D7"/>
    <w:multiLevelType w:val="multilevel"/>
    <w:tmpl w:val="7DD6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BE75B3"/>
    <w:multiLevelType w:val="multilevel"/>
    <w:tmpl w:val="327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0D6044C"/>
    <w:multiLevelType w:val="multilevel"/>
    <w:tmpl w:val="262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1C729A3"/>
    <w:multiLevelType w:val="multilevel"/>
    <w:tmpl w:val="159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21268D6"/>
    <w:multiLevelType w:val="multilevel"/>
    <w:tmpl w:val="442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2591E99"/>
    <w:multiLevelType w:val="multilevel"/>
    <w:tmpl w:val="1AB2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25F7C30"/>
    <w:multiLevelType w:val="multilevel"/>
    <w:tmpl w:val="25F8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2632200"/>
    <w:multiLevelType w:val="multilevel"/>
    <w:tmpl w:val="07BE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328158F"/>
    <w:multiLevelType w:val="multilevel"/>
    <w:tmpl w:val="8DEE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4FF1E51"/>
    <w:multiLevelType w:val="multilevel"/>
    <w:tmpl w:val="A0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50B03A2"/>
    <w:multiLevelType w:val="multilevel"/>
    <w:tmpl w:val="081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5405F48"/>
    <w:multiLevelType w:val="multilevel"/>
    <w:tmpl w:val="2DA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55771A0"/>
    <w:multiLevelType w:val="multilevel"/>
    <w:tmpl w:val="A33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5A45CCB"/>
    <w:multiLevelType w:val="multilevel"/>
    <w:tmpl w:val="4D20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5B910C8"/>
    <w:multiLevelType w:val="multilevel"/>
    <w:tmpl w:val="0EE2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5D13994"/>
    <w:multiLevelType w:val="multilevel"/>
    <w:tmpl w:val="532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5D66F27"/>
    <w:multiLevelType w:val="multilevel"/>
    <w:tmpl w:val="167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5F64168"/>
    <w:multiLevelType w:val="multilevel"/>
    <w:tmpl w:val="E61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636475E"/>
    <w:multiLevelType w:val="multilevel"/>
    <w:tmpl w:val="4988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65D2A39"/>
    <w:multiLevelType w:val="multilevel"/>
    <w:tmpl w:val="03D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67671A8"/>
    <w:multiLevelType w:val="multilevel"/>
    <w:tmpl w:val="0B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6E502AF"/>
    <w:multiLevelType w:val="multilevel"/>
    <w:tmpl w:val="5CB6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80A7A12"/>
    <w:multiLevelType w:val="multilevel"/>
    <w:tmpl w:val="8B2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8C45CDC"/>
    <w:multiLevelType w:val="multilevel"/>
    <w:tmpl w:val="64E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8C9094B"/>
    <w:multiLevelType w:val="multilevel"/>
    <w:tmpl w:val="4CB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8DF5685"/>
    <w:multiLevelType w:val="multilevel"/>
    <w:tmpl w:val="D12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9754F94"/>
    <w:multiLevelType w:val="multilevel"/>
    <w:tmpl w:val="548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A04521C"/>
    <w:multiLevelType w:val="multilevel"/>
    <w:tmpl w:val="A1E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A9509B9"/>
    <w:multiLevelType w:val="multilevel"/>
    <w:tmpl w:val="73E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9B62EC"/>
    <w:multiLevelType w:val="multilevel"/>
    <w:tmpl w:val="ACD0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9F6D4B"/>
    <w:multiLevelType w:val="multilevel"/>
    <w:tmpl w:val="286C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B2F1FC0"/>
    <w:multiLevelType w:val="multilevel"/>
    <w:tmpl w:val="97B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B473980"/>
    <w:multiLevelType w:val="multilevel"/>
    <w:tmpl w:val="4084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BA419FD"/>
    <w:multiLevelType w:val="multilevel"/>
    <w:tmpl w:val="77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D03BFF"/>
    <w:multiLevelType w:val="multilevel"/>
    <w:tmpl w:val="AEB8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C082886"/>
    <w:multiLevelType w:val="multilevel"/>
    <w:tmpl w:val="D47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C1B7B4F"/>
    <w:multiLevelType w:val="multilevel"/>
    <w:tmpl w:val="CFE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C2911D9"/>
    <w:multiLevelType w:val="multilevel"/>
    <w:tmpl w:val="DA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CA476D4"/>
    <w:multiLevelType w:val="multilevel"/>
    <w:tmpl w:val="D69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DA20E2E"/>
    <w:multiLevelType w:val="multilevel"/>
    <w:tmpl w:val="3E44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DDC3DEF"/>
    <w:multiLevelType w:val="multilevel"/>
    <w:tmpl w:val="540E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E682ACF"/>
    <w:multiLevelType w:val="multilevel"/>
    <w:tmpl w:val="F7AE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EA60770"/>
    <w:multiLevelType w:val="multilevel"/>
    <w:tmpl w:val="F30C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EC358D7"/>
    <w:multiLevelType w:val="multilevel"/>
    <w:tmpl w:val="F3E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F7B72EE"/>
    <w:multiLevelType w:val="multilevel"/>
    <w:tmpl w:val="D54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FA940DB"/>
    <w:multiLevelType w:val="multilevel"/>
    <w:tmpl w:val="8A3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055067E"/>
    <w:multiLevelType w:val="multilevel"/>
    <w:tmpl w:val="A08E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08F5161"/>
    <w:multiLevelType w:val="multilevel"/>
    <w:tmpl w:val="839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0C847E8"/>
    <w:multiLevelType w:val="multilevel"/>
    <w:tmpl w:val="AE3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0FD4BC5"/>
    <w:multiLevelType w:val="multilevel"/>
    <w:tmpl w:val="31B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13D5862"/>
    <w:multiLevelType w:val="multilevel"/>
    <w:tmpl w:val="CC2A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14D3264"/>
    <w:multiLevelType w:val="multilevel"/>
    <w:tmpl w:val="CA76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18657DB"/>
    <w:multiLevelType w:val="multilevel"/>
    <w:tmpl w:val="79C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2A55003"/>
    <w:multiLevelType w:val="multilevel"/>
    <w:tmpl w:val="7B10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2BA66CD"/>
    <w:multiLevelType w:val="multilevel"/>
    <w:tmpl w:val="3D5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31E7689"/>
    <w:multiLevelType w:val="multilevel"/>
    <w:tmpl w:val="72A4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3465D66"/>
    <w:multiLevelType w:val="multilevel"/>
    <w:tmpl w:val="C99A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3D56928"/>
    <w:multiLevelType w:val="multilevel"/>
    <w:tmpl w:val="FA5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41503D1"/>
    <w:multiLevelType w:val="multilevel"/>
    <w:tmpl w:val="3B56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43670B0"/>
    <w:multiLevelType w:val="multilevel"/>
    <w:tmpl w:val="E47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47B4C20"/>
    <w:multiLevelType w:val="multilevel"/>
    <w:tmpl w:val="551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48673F"/>
    <w:multiLevelType w:val="multilevel"/>
    <w:tmpl w:val="5D1E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54E5BE0"/>
    <w:multiLevelType w:val="multilevel"/>
    <w:tmpl w:val="BD80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5961479"/>
    <w:multiLevelType w:val="multilevel"/>
    <w:tmpl w:val="3CD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5D16AC5"/>
    <w:multiLevelType w:val="multilevel"/>
    <w:tmpl w:val="B1C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5F736A8"/>
    <w:multiLevelType w:val="multilevel"/>
    <w:tmpl w:val="1B02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6432238"/>
    <w:multiLevelType w:val="multilevel"/>
    <w:tmpl w:val="FD4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6455DE2"/>
    <w:multiLevelType w:val="multilevel"/>
    <w:tmpl w:val="DE4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6677788"/>
    <w:multiLevelType w:val="multilevel"/>
    <w:tmpl w:val="B83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6BE71CB"/>
    <w:multiLevelType w:val="multilevel"/>
    <w:tmpl w:val="8C8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70F165A"/>
    <w:multiLevelType w:val="multilevel"/>
    <w:tmpl w:val="3FC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86864A8"/>
    <w:multiLevelType w:val="multilevel"/>
    <w:tmpl w:val="8ED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8771B84"/>
    <w:multiLevelType w:val="multilevel"/>
    <w:tmpl w:val="ACF4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8C474D"/>
    <w:multiLevelType w:val="multilevel"/>
    <w:tmpl w:val="291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9305044"/>
    <w:multiLevelType w:val="multilevel"/>
    <w:tmpl w:val="0002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9AC68D0"/>
    <w:multiLevelType w:val="multilevel"/>
    <w:tmpl w:val="5EA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9B65966"/>
    <w:multiLevelType w:val="multilevel"/>
    <w:tmpl w:val="EA4E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A1A5742"/>
    <w:multiLevelType w:val="multilevel"/>
    <w:tmpl w:val="93DE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AC74656"/>
    <w:multiLevelType w:val="multilevel"/>
    <w:tmpl w:val="06EA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B55277E"/>
    <w:multiLevelType w:val="multilevel"/>
    <w:tmpl w:val="A55C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B79086E"/>
    <w:multiLevelType w:val="multilevel"/>
    <w:tmpl w:val="480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BAB02BD"/>
    <w:multiLevelType w:val="multilevel"/>
    <w:tmpl w:val="86D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BD71664"/>
    <w:multiLevelType w:val="multilevel"/>
    <w:tmpl w:val="50A8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BEF22D1"/>
    <w:multiLevelType w:val="multilevel"/>
    <w:tmpl w:val="D9D4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C015F19"/>
    <w:multiLevelType w:val="multilevel"/>
    <w:tmpl w:val="2EC4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C0D36B8"/>
    <w:multiLevelType w:val="multilevel"/>
    <w:tmpl w:val="F9D4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CAF65C5"/>
    <w:multiLevelType w:val="multilevel"/>
    <w:tmpl w:val="21D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CFA2946"/>
    <w:multiLevelType w:val="multilevel"/>
    <w:tmpl w:val="210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D083B36"/>
    <w:multiLevelType w:val="multilevel"/>
    <w:tmpl w:val="B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DA12C82"/>
    <w:multiLevelType w:val="multilevel"/>
    <w:tmpl w:val="67AC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DE57158"/>
    <w:multiLevelType w:val="multilevel"/>
    <w:tmpl w:val="33A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E872419"/>
    <w:multiLevelType w:val="multilevel"/>
    <w:tmpl w:val="3D32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F0A4200"/>
    <w:multiLevelType w:val="multilevel"/>
    <w:tmpl w:val="82DA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F697CDD"/>
    <w:multiLevelType w:val="multilevel"/>
    <w:tmpl w:val="E0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F6A2D28"/>
    <w:multiLevelType w:val="multilevel"/>
    <w:tmpl w:val="306C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F6B4B32"/>
    <w:multiLevelType w:val="multilevel"/>
    <w:tmpl w:val="EEAA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FA74474"/>
    <w:multiLevelType w:val="multilevel"/>
    <w:tmpl w:val="BC2A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FAA3A86"/>
    <w:multiLevelType w:val="multilevel"/>
    <w:tmpl w:val="F0D2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0584D83"/>
    <w:multiLevelType w:val="multilevel"/>
    <w:tmpl w:val="E5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0CB1DA7"/>
    <w:multiLevelType w:val="multilevel"/>
    <w:tmpl w:val="772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0FF6048"/>
    <w:multiLevelType w:val="multilevel"/>
    <w:tmpl w:val="CACE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126354E"/>
    <w:multiLevelType w:val="multilevel"/>
    <w:tmpl w:val="4FD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1595861"/>
    <w:multiLevelType w:val="multilevel"/>
    <w:tmpl w:val="AB6C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1972D58"/>
    <w:multiLevelType w:val="multilevel"/>
    <w:tmpl w:val="6BAA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1C20D01"/>
    <w:multiLevelType w:val="multilevel"/>
    <w:tmpl w:val="2BE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2425D7C"/>
    <w:multiLevelType w:val="multilevel"/>
    <w:tmpl w:val="734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278752E"/>
    <w:multiLevelType w:val="multilevel"/>
    <w:tmpl w:val="941A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2982B78"/>
    <w:multiLevelType w:val="multilevel"/>
    <w:tmpl w:val="CB0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3422CBE"/>
    <w:multiLevelType w:val="multilevel"/>
    <w:tmpl w:val="493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34B12F3"/>
    <w:multiLevelType w:val="multilevel"/>
    <w:tmpl w:val="358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3A4561D"/>
    <w:multiLevelType w:val="multilevel"/>
    <w:tmpl w:val="AE6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5801D73"/>
    <w:multiLevelType w:val="multilevel"/>
    <w:tmpl w:val="136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58204C2"/>
    <w:multiLevelType w:val="multilevel"/>
    <w:tmpl w:val="5B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59E2637"/>
    <w:multiLevelType w:val="multilevel"/>
    <w:tmpl w:val="984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5C74527"/>
    <w:multiLevelType w:val="multilevel"/>
    <w:tmpl w:val="3BB0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5F24ECC"/>
    <w:multiLevelType w:val="multilevel"/>
    <w:tmpl w:val="52F6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62C03A3"/>
    <w:multiLevelType w:val="multilevel"/>
    <w:tmpl w:val="8422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69C4CBF"/>
    <w:multiLevelType w:val="multilevel"/>
    <w:tmpl w:val="03B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6AF0B55"/>
    <w:multiLevelType w:val="multilevel"/>
    <w:tmpl w:val="EC9A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6D70C92"/>
    <w:multiLevelType w:val="multilevel"/>
    <w:tmpl w:val="C86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7127803"/>
    <w:multiLevelType w:val="multilevel"/>
    <w:tmpl w:val="C00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7783120"/>
    <w:multiLevelType w:val="multilevel"/>
    <w:tmpl w:val="96B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77F3B48"/>
    <w:multiLevelType w:val="multilevel"/>
    <w:tmpl w:val="F336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78654A8"/>
    <w:multiLevelType w:val="multilevel"/>
    <w:tmpl w:val="CDCE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78A778A"/>
    <w:multiLevelType w:val="multilevel"/>
    <w:tmpl w:val="6554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7904C2F"/>
    <w:multiLevelType w:val="multilevel"/>
    <w:tmpl w:val="E80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7BB421B"/>
    <w:multiLevelType w:val="multilevel"/>
    <w:tmpl w:val="A0BE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7D067F0"/>
    <w:multiLevelType w:val="multilevel"/>
    <w:tmpl w:val="3E8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7DE1167"/>
    <w:multiLevelType w:val="multilevel"/>
    <w:tmpl w:val="877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8276CA7"/>
    <w:multiLevelType w:val="multilevel"/>
    <w:tmpl w:val="38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8D05087"/>
    <w:multiLevelType w:val="multilevel"/>
    <w:tmpl w:val="15A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8EA2739"/>
    <w:multiLevelType w:val="multilevel"/>
    <w:tmpl w:val="F2E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9425AE2"/>
    <w:multiLevelType w:val="multilevel"/>
    <w:tmpl w:val="C9C4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9507E84"/>
    <w:multiLevelType w:val="multilevel"/>
    <w:tmpl w:val="AAB4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95E1888"/>
    <w:multiLevelType w:val="multilevel"/>
    <w:tmpl w:val="B54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9942666"/>
    <w:multiLevelType w:val="multilevel"/>
    <w:tmpl w:val="9496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A231C0A"/>
    <w:multiLevelType w:val="multilevel"/>
    <w:tmpl w:val="B4FC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B2665F3"/>
    <w:multiLevelType w:val="multilevel"/>
    <w:tmpl w:val="AA0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B74021F"/>
    <w:multiLevelType w:val="multilevel"/>
    <w:tmpl w:val="1BCA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B7B0C90"/>
    <w:multiLevelType w:val="multilevel"/>
    <w:tmpl w:val="561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BB976A9"/>
    <w:multiLevelType w:val="multilevel"/>
    <w:tmpl w:val="E06C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BCF471F"/>
    <w:multiLevelType w:val="multilevel"/>
    <w:tmpl w:val="7AC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C16666C"/>
    <w:multiLevelType w:val="multilevel"/>
    <w:tmpl w:val="EE92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C6111F1"/>
    <w:multiLevelType w:val="multilevel"/>
    <w:tmpl w:val="0C9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C781937"/>
    <w:multiLevelType w:val="multilevel"/>
    <w:tmpl w:val="278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D6100EE"/>
    <w:multiLevelType w:val="multilevel"/>
    <w:tmpl w:val="C104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D8436A0"/>
    <w:multiLevelType w:val="multilevel"/>
    <w:tmpl w:val="9C2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DE11F5B"/>
    <w:multiLevelType w:val="multilevel"/>
    <w:tmpl w:val="246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E312C3D"/>
    <w:multiLevelType w:val="multilevel"/>
    <w:tmpl w:val="CFDC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E7544DD"/>
    <w:multiLevelType w:val="multilevel"/>
    <w:tmpl w:val="1B94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EF50F2C"/>
    <w:multiLevelType w:val="multilevel"/>
    <w:tmpl w:val="750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F2F2584"/>
    <w:multiLevelType w:val="multilevel"/>
    <w:tmpl w:val="F65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F6E129C"/>
    <w:multiLevelType w:val="multilevel"/>
    <w:tmpl w:val="4DFC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FDD3D58"/>
    <w:multiLevelType w:val="multilevel"/>
    <w:tmpl w:val="421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06F1BC9"/>
    <w:multiLevelType w:val="multilevel"/>
    <w:tmpl w:val="3D0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1093A5A"/>
    <w:multiLevelType w:val="multilevel"/>
    <w:tmpl w:val="9D5C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10E70D2"/>
    <w:multiLevelType w:val="multilevel"/>
    <w:tmpl w:val="074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11C0D4C"/>
    <w:multiLevelType w:val="multilevel"/>
    <w:tmpl w:val="BDC8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1454184"/>
    <w:multiLevelType w:val="multilevel"/>
    <w:tmpl w:val="4E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1633C99"/>
    <w:multiLevelType w:val="multilevel"/>
    <w:tmpl w:val="060C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1C15DC3"/>
    <w:multiLevelType w:val="multilevel"/>
    <w:tmpl w:val="BB06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1D417DC"/>
    <w:multiLevelType w:val="multilevel"/>
    <w:tmpl w:val="12E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25737A1"/>
    <w:multiLevelType w:val="multilevel"/>
    <w:tmpl w:val="AB00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299189A"/>
    <w:multiLevelType w:val="multilevel"/>
    <w:tmpl w:val="127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2A16F89"/>
    <w:multiLevelType w:val="multilevel"/>
    <w:tmpl w:val="4D5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34D2B0C"/>
    <w:multiLevelType w:val="multilevel"/>
    <w:tmpl w:val="4B4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4181B7D"/>
    <w:multiLevelType w:val="multilevel"/>
    <w:tmpl w:val="625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45A7AE1"/>
    <w:multiLevelType w:val="multilevel"/>
    <w:tmpl w:val="BA58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51D1ADC"/>
    <w:multiLevelType w:val="multilevel"/>
    <w:tmpl w:val="5146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52B5531"/>
    <w:multiLevelType w:val="multilevel"/>
    <w:tmpl w:val="274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54D7077"/>
    <w:multiLevelType w:val="multilevel"/>
    <w:tmpl w:val="B132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5866A2A"/>
    <w:multiLevelType w:val="multilevel"/>
    <w:tmpl w:val="3DC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5AD3DDF"/>
    <w:multiLevelType w:val="multilevel"/>
    <w:tmpl w:val="CEFE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5F05555"/>
    <w:multiLevelType w:val="multilevel"/>
    <w:tmpl w:val="BB98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6C12BB9"/>
    <w:multiLevelType w:val="multilevel"/>
    <w:tmpl w:val="32C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71401C7"/>
    <w:multiLevelType w:val="multilevel"/>
    <w:tmpl w:val="D5E2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7303702"/>
    <w:multiLevelType w:val="multilevel"/>
    <w:tmpl w:val="EA3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7A0079C"/>
    <w:multiLevelType w:val="multilevel"/>
    <w:tmpl w:val="2B1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7D21960"/>
    <w:multiLevelType w:val="multilevel"/>
    <w:tmpl w:val="7982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7D57ED7"/>
    <w:multiLevelType w:val="multilevel"/>
    <w:tmpl w:val="8EA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84072E9"/>
    <w:multiLevelType w:val="multilevel"/>
    <w:tmpl w:val="64D0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1C78DB"/>
    <w:multiLevelType w:val="multilevel"/>
    <w:tmpl w:val="8D5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92B2F18"/>
    <w:multiLevelType w:val="multilevel"/>
    <w:tmpl w:val="E356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92C66E6"/>
    <w:multiLevelType w:val="multilevel"/>
    <w:tmpl w:val="B5F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9BB3DC3"/>
    <w:multiLevelType w:val="multilevel"/>
    <w:tmpl w:val="5BC4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A056771"/>
    <w:multiLevelType w:val="multilevel"/>
    <w:tmpl w:val="4B1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A487CB9"/>
    <w:multiLevelType w:val="multilevel"/>
    <w:tmpl w:val="2F5C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A834059"/>
    <w:multiLevelType w:val="multilevel"/>
    <w:tmpl w:val="CC3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A9E4690"/>
    <w:multiLevelType w:val="multilevel"/>
    <w:tmpl w:val="99E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ABC486F"/>
    <w:multiLevelType w:val="multilevel"/>
    <w:tmpl w:val="095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AF02BA2"/>
    <w:multiLevelType w:val="multilevel"/>
    <w:tmpl w:val="2BD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AFA18A7"/>
    <w:multiLevelType w:val="multilevel"/>
    <w:tmpl w:val="087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B66467A"/>
    <w:multiLevelType w:val="multilevel"/>
    <w:tmpl w:val="D7C4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BC62D6C"/>
    <w:multiLevelType w:val="multilevel"/>
    <w:tmpl w:val="A9C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C4D62E4"/>
    <w:multiLevelType w:val="multilevel"/>
    <w:tmpl w:val="47BE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D090830"/>
    <w:multiLevelType w:val="multilevel"/>
    <w:tmpl w:val="6E76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D2F39EE"/>
    <w:multiLevelType w:val="multilevel"/>
    <w:tmpl w:val="512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D335CD2"/>
    <w:multiLevelType w:val="multilevel"/>
    <w:tmpl w:val="58D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DB719A2"/>
    <w:multiLevelType w:val="multilevel"/>
    <w:tmpl w:val="1A70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DDF1FE4"/>
    <w:multiLevelType w:val="multilevel"/>
    <w:tmpl w:val="65D6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E1B18BC"/>
    <w:multiLevelType w:val="multilevel"/>
    <w:tmpl w:val="12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E3048E0"/>
    <w:multiLevelType w:val="multilevel"/>
    <w:tmpl w:val="FD1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E566D01"/>
    <w:multiLevelType w:val="multilevel"/>
    <w:tmpl w:val="389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EB77E65"/>
    <w:multiLevelType w:val="multilevel"/>
    <w:tmpl w:val="8714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0B32EAF"/>
    <w:multiLevelType w:val="multilevel"/>
    <w:tmpl w:val="548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13066B3"/>
    <w:multiLevelType w:val="multilevel"/>
    <w:tmpl w:val="5D6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1963E36"/>
    <w:multiLevelType w:val="multilevel"/>
    <w:tmpl w:val="B07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19A47C6"/>
    <w:multiLevelType w:val="multilevel"/>
    <w:tmpl w:val="6220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1D51361"/>
    <w:multiLevelType w:val="multilevel"/>
    <w:tmpl w:val="43F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1E202F5"/>
    <w:multiLevelType w:val="multilevel"/>
    <w:tmpl w:val="47E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20E3387"/>
    <w:multiLevelType w:val="multilevel"/>
    <w:tmpl w:val="F520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27B0332"/>
    <w:multiLevelType w:val="multilevel"/>
    <w:tmpl w:val="89FA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2803678"/>
    <w:multiLevelType w:val="multilevel"/>
    <w:tmpl w:val="A8A2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2990E7A"/>
    <w:multiLevelType w:val="multilevel"/>
    <w:tmpl w:val="112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2EF646E"/>
    <w:multiLevelType w:val="multilevel"/>
    <w:tmpl w:val="28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31D41F5"/>
    <w:multiLevelType w:val="multilevel"/>
    <w:tmpl w:val="204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3232000"/>
    <w:multiLevelType w:val="multilevel"/>
    <w:tmpl w:val="BAD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368066C"/>
    <w:multiLevelType w:val="multilevel"/>
    <w:tmpl w:val="37E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3AF26EC"/>
    <w:multiLevelType w:val="multilevel"/>
    <w:tmpl w:val="B3F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3B0590E"/>
    <w:multiLevelType w:val="multilevel"/>
    <w:tmpl w:val="8BE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3B62172"/>
    <w:multiLevelType w:val="multilevel"/>
    <w:tmpl w:val="6F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40B63A7"/>
    <w:multiLevelType w:val="multilevel"/>
    <w:tmpl w:val="8B0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45E4EA0"/>
    <w:multiLevelType w:val="multilevel"/>
    <w:tmpl w:val="511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4C30341"/>
    <w:multiLevelType w:val="multilevel"/>
    <w:tmpl w:val="E5F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4C7118C"/>
    <w:multiLevelType w:val="multilevel"/>
    <w:tmpl w:val="940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50F66B3"/>
    <w:multiLevelType w:val="multilevel"/>
    <w:tmpl w:val="6F90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52A029A"/>
    <w:multiLevelType w:val="multilevel"/>
    <w:tmpl w:val="125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6566618"/>
    <w:multiLevelType w:val="multilevel"/>
    <w:tmpl w:val="DF0C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6647A03"/>
    <w:multiLevelType w:val="multilevel"/>
    <w:tmpl w:val="1D9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6A95D18"/>
    <w:multiLevelType w:val="multilevel"/>
    <w:tmpl w:val="6F3A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71221E0"/>
    <w:multiLevelType w:val="multilevel"/>
    <w:tmpl w:val="B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7411D24"/>
    <w:multiLevelType w:val="multilevel"/>
    <w:tmpl w:val="3F42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780211E"/>
    <w:multiLevelType w:val="multilevel"/>
    <w:tmpl w:val="66F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7C55BC2"/>
    <w:multiLevelType w:val="multilevel"/>
    <w:tmpl w:val="DE98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82D07FE"/>
    <w:multiLevelType w:val="multilevel"/>
    <w:tmpl w:val="745E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87A7C87"/>
    <w:multiLevelType w:val="multilevel"/>
    <w:tmpl w:val="2516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99F6867"/>
    <w:multiLevelType w:val="multilevel"/>
    <w:tmpl w:val="155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9A02166"/>
    <w:multiLevelType w:val="multilevel"/>
    <w:tmpl w:val="FDA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9BE274F"/>
    <w:multiLevelType w:val="multilevel"/>
    <w:tmpl w:val="5B4A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9D92949"/>
    <w:multiLevelType w:val="multilevel"/>
    <w:tmpl w:val="34C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9E16304"/>
    <w:multiLevelType w:val="multilevel"/>
    <w:tmpl w:val="DA5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9EA385C"/>
    <w:multiLevelType w:val="multilevel"/>
    <w:tmpl w:val="E40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A000C83"/>
    <w:multiLevelType w:val="multilevel"/>
    <w:tmpl w:val="82E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A8C04FC"/>
    <w:multiLevelType w:val="multilevel"/>
    <w:tmpl w:val="A95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B58134C"/>
    <w:multiLevelType w:val="multilevel"/>
    <w:tmpl w:val="E4F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BD249F2"/>
    <w:multiLevelType w:val="multilevel"/>
    <w:tmpl w:val="008E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C0D3B2F"/>
    <w:multiLevelType w:val="multilevel"/>
    <w:tmpl w:val="79B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C1442AA"/>
    <w:multiLevelType w:val="multilevel"/>
    <w:tmpl w:val="805A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D195F53"/>
    <w:multiLevelType w:val="multilevel"/>
    <w:tmpl w:val="7FE2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D815A46"/>
    <w:multiLevelType w:val="multilevel"/>
    <w:tmpl w:val="DC2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D926302"/>
    <w:multiLevelType w:val="multilevel"/>
    <w:tmpl w:val="FE1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DBC3A0E"/>
    <w:multiLevelType w:val="multilevel"/>
    <w:tmpl w:val="AFA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E360476"/>
    <w:multiLevelType w:val="multilevel"/>
    <w:tmpl w:val="AB7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EA93396"/>
    <w:multiLevelType w:val="multilevel"/>
    <w:tmpl w:val="9CD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EB765F6"/>
    <w:multiLevelType w:val="multilevel"/>
    <w:tmpl w:val="D02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FED45D7"/>
    <w:multiLevelType w:val="multilevel"/>
    <w:tmpl w:val="3D5C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0306F31"/>
    <w:multiLevelType w:val="multilevel"/>
    <w:tmpl w:val="D8B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06B26E1"/>
    <w:multiLevelType w:val="multilevel"/>
    <w:tmpl w:val="613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0723B0C"/>
    <w:multiLevelType w:val="multilevel"/>
    <w:tmpl w:val="11E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0E15246"/>
    <w:multiLevelType w:val="multilevel"/>
    <w:tmpl w:val="2C6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19E3215"/>
    <w:multiLevelType w:val="multilevel"/>
    <w:tmpl w:val="0BA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1AF49F4"/>
    <w:multiLevelType w:val="multilevel"/>
    <w:tmpl w:val="D60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1D74144"/>
    <w:multiLevelType w:val="multilevel"/>
    <w:tmpl w:val="3D9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20D69AE"/>
    <w:multiLevelType w:val="multilevel"/>
    <w:tmpl w:val="2C7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2BA528B"/>
    <w:multiLevelType w:val="multilevel"/>
    <w:tmpl w:val="DB26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2FF1D2E"/>
    <w:multiLevelType w:val="multilevel"/>
    <w:tmpl w:val="34B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37F44E8"/>
    <w:multiLevelType w:val="multilevel"/>
    <w:tmpl w:val="908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4501914"/>
    <w:multiLevelType w:val="multilevel"/>
    <w:tmpl w:val="9194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5860CB5"/>
    <w:multiLevelType w:val="multilevel"/>
    <w:tmpl w:val="5BD2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5960765"/>
    <w:multiLevelType w:val="multilevel"/>
    <w:tmpl w:val="C5B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5CD4465"/>
    <w:multiLevelType w:val="multilevel"/>
    <w:tmpl w:val="2926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61D3652"/>
    <w:multiLevelType w:val="multilevel"/>
    <w:tmpl w:val="526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6576C40"/>
    <w:multiLevelType w:val="multilevel"/>
    <w:tmpl w:val="57E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66E5D5F"/>
    <w:multiLevelType w:val="multilevel"/>
    <w:tmpl w:val="9AF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67D21B8"/>
    <w:multiLevelType w:val="multilevel"/>
    <w:tmpl w:val="AE66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6AE782C"/>
    <w:multiLevelType w:val="multilevel"/>
    <w:tmpl w:val="22C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6CB4790"/>
    <w:multiLevelType w:val="multilevel"/>
    <w:tmpl w:val="5DD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6E94AC1"/>
    <w:multiLevelType w:val="multilevel"/>
    <w:tmpl w:val="127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6FC15F8"/>
    <w:multiLevelType w:val="multilevel"/>
    <w:tmpl w:val="FC6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73E0945"/>
    <w:multiLevelType w:val="multilevel"/>
    <w:tmpl w:val="93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7851B6A"/>
    <w:multiLevelType w:val="multilevel"/>
    <w:tmpl w:val="F57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7D05CE3"/>
    <w:multiLevelType w:val="multilevel"/>
    <w:tmpl w:val="8AFE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8491917"/>
    <w:multiLevelType w:val="multilevel"/>
    <w:tmpl w:val="856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84E4B1D"/>
    <w:multiLevelType w:val="multilevel"/>
    <w:tmpl w:val="B0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85E27C2"/>
    <w:multiLevelType w:val="multilevel"/>
    <w:tmpl w:val="085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89579D0"/>
    <w:multiLevelType w:val="multilevel"/>
    <w:tmpl w:val="0B86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8CD3D9E"/>
    <w:multiLevelType w:val="multilevel"/>
    <w:tmpl w:val="26C2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9082F56"/>
    <w:multiLevelType w:val="multilevel"/>
    <w:tmpl w:val="4E66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9373629"/>
    <w:multiLevelType w:val="multilevel"/>
    <w:tmpl w:val="21B6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9984BDB"/>
    <w:multiLevelType w:val="multilevel"/>
    <w:tmpl w:val="B90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9C61F46"/>
    <w:multiLevelType w:val="multilevel"/>
    <w:tmpl w:val="0A6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9F23ED4"/>
    <w:multiLevelType w:val="multilevel"/>
    <w:tmpl w:val="2C94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A3C3EAB"/>
    <w:multiLevelType w:val="multilevel"/>
    <w:tmpl w:val="CF2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A44743F"/>
    <w:multiLevelType w:val="multilevel"/>
    <w:tmpl w:val="A844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A5E682D"/>
    <w:multiLevelType w:val="multilevel"/>
    <w:tmpl w:val="971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A836DB0"/>
    <w:multiLevelType w:val="multilevel"/>
    <w:tmpl w:val="B51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A924025"/>
    <w:multiLevelType w:val="multilevel"/>
    <w:tmpl w:val="2A6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ADC56B0"/>
    <w:multiLevelType w:val="multilevel"/>
    <w:tmpl w:val="AD5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ADD7290"/>
    <w:multiLevelType w:val="multilevel"/>
    <w:tmpl w:val="8BB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B266AA9"/>
    <w:multiLevelType w:val="multilevel"/>
    <w:tmpl w:val="4F2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B992321"/>
    <w:multiLevelType w:val="multilevel"/>
    <w:tmpl w:val="C89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B9C7EA7"/>
    <w:multiLevelType w:val="multilevel"/>
    <w:tmpl w:val="5BD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C170FC6"/>
    <w:multiLevelType w:val="multilevel"/>
    <w:tmpl w:val="C276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C500F26"/>
    <w:multiLevelType w:val="multilevel"/>
    <w:tmpl w:val="BB7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C5E2ADA"/>
    <w:multiLevelType w:val="multilevel"/>
    <w:tmpl w:val="502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C723345"/>
    <w:multiLevelType w:val="multilevel"/>
    <w:tmpl w:val="1AC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C85799F"/>
    <w:multiLevelType w:val="multilevel"/>
    <w:tmpl w:val="439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CD153FB"/>
    <w:multiLevelType w:val="multilevel"/>
    <w:tmpl w:val="37A6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CD87467"/>
    <w:multiLevelType w:val="multilevel"/>
    <w:tmpl w:val="D5DE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D3672EE"/>
    <w:multiLevelType w:val="multilevel"/>
    <w:tmpl w:val="DB42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D6511F2"/>
    <w:multiLevelType w:val="multilevel"/>
    <w:tmpl w:val="33C4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D9E10C6"/>
    <w:multiLevelType w:val="multilevel"/>
    <w:tmpl w:val="3AF2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DC32235"/>
    <w:multiLevelType w:val="multilevel"/>
    <w:tmpl w:val="EF3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DD96490"/>
    <w:multiLevelType w:val="multilevel"/>
    <w:tmpl w:val="6B1E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E9234AB"/>
    <w:multiLevelType w:val="multilevel"/>
    <w:tmpl w:val="6326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EDF437D"/>
    <w:multiLevelType w:val="multilevel"/>
    <w:tmpl w:val="BDB6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EE16FF2"/>
    <w:multiLevelType w:val="multilevel"/>
    <w:tmpl w:val="ACE0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F4A3185"/>
    <w:multiLevelType w:val="multilevel"/>
    <w:tmpl w:val="D4A8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F794FCF"/>
    <w:multiLevelType w:val="multilevel"/>
    <w:tmpl w:val="ECBE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F9574BC"/>
    <w:multiLevelType w:val="multilevel"/>
    <w:tmpl w:val="4372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01402AD"/>
    <w:multiLevelType w:val="multilevel"/>
    <w:tmpl w:val="880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06C28D0"/>
    <w:multiLevelType w:val="multilevel"/>
    <w:tmpl w:val="B7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0A40AE9"/>
    <w:multiLevelType w:val="multilevel"/>
    <w:tmpl w:val="5842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0B637FE"/>
    <w:multiLevelType w:val="multilevel"/>
    <w:tmpl w:val="7B7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0E3719E"/>
    <w:multiLevelType w:val="multilevel"/>
    <w:tmpl w:val="2B0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10223B9"/>
    <w:multiLevelType w:val="multilevel"/>
    <w:tmpl w:val="3C0E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11C1252"/>
    <w:multiLevelType w:val="multilevel"/>
    <w:tmpl w:val="167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1675669"/>
    <w:multiLevelType w:val="multilevel"/>
    <w:tmpl w:val="7CB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18415AE"/>
    <w:multiLevelType w:val="multilevel"/>
    <w:tmpl w:val="B49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1CD0AE4"/>
    <w:multiLevelType w:val="multilevel"/>
    <w:tmpl w:val="E32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1FF1253"/>
    <w:multiLevelType w:val="multilevel"/>
    <w:tmpl w:val="4E9E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24E669B"/>
    <w:multiLevelType w:val="multilevel"/>
    <w:tmpl w:val="3502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2713BB0"/>
    <w:multiLevelType w:val="multilevel"/>
    <w:tmpl w:val="2A1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29E5F61"/>
    <w:multiLevelType w:val="multilevel"/>
    <w:tmpl w:val="A0D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2D52B6F"/>
    <w:multiLevelType w:val="multilevel"/>
    <w:tmpl w:val="1E7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2D814FF"/>
    <w:multiLevelType w:val="multilevel"/>
    <w:tmpl w:val="3FAA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32F1238"/>
    <w:multiLevelType w:val="multilevel"/>
    <w:tmpl w:val="69D8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3387167"/>
    <w:multiLevelType w:val="multilevel"/>
    <w:tmpl w:val="B686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3514BDE"/>
    <w:multiLevelType w:val="multilevel"/>
    <w:tmpl w:val="818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3BE1B16"/>
    <w:multiLevelType w:val="multilevel"/>
    <w:tmpl w:val="7E8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3E203FB"/>
    <w:multiLevelType w:val="multilevel"/>
    <w:tmpl w:val="A1FE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43D1177"/>
    <w:multiLevelType w:val="multilevel"/>
    <w:tmpl w:val="7B96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47A3CD1"/>
    <w:multiLevelType w:val="multilevel"/>
    <w:tmpl w:val="A20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4926721"/>
    <w:multiLevelType w:val="multilevel"/>
    <w:tmpl w:val="773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5505601"/>
    <w:multiLevelType w:val="multilevel"/>
    <w:tmpl w:val="5DD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55C1DE1"/>
    <w:multiLevelType w:val="multilevel"/>
    <w:tmpl w:val="F4DE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57315AF"/>
    <w:multiLevelType w:val="multilevel"/>
    <w:tmpl w:val="2FF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5C3161B"/>
    <w:multiLevelType w:val="multilevel"/>
    <w:tmpl w:val="63A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5F469C9"/>
    <w:multiLevelType w:val="multilevel"/>
    <w:tmpl w:val="395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6002D12"/>
    <w:multiLevelType w:val="multilevel"/>
    <w:tmpl w:val="83CE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69F03BA"/>
    <w:multiLevelType w:val="multilevel"/>
    <w:tmpl w:val="5232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6DE7201"/>
    <w:multiLevelType w:val="multilevel"/>
    <w:tmpl w:val="AD80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7622978"/>
    <w:multiLevelType w:val="multilevel"/>
    <w:tmpl w:val="120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783373E"/>
    <w:multiLevelType w:val="multilevel"/>
    <w:tmpl w:val="0D9C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7944CD1"/>
    <w:multiLevelType w:val="multilevel"/>
    <w:tmpl w:val="65FE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7B80EF6"/>
    <w:multiLevelType w:val="multilevel"/>
    <w:tmpl w:val="5FAA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7CD536C"/>
    <w:multiLevelType w:val="multilevel"/>
    <w:tmpl w:val="3D66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80242F4"/>
    <w:multiLevelType w:val="multilevel"/>
    <w:tmpl w:val="7A4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81A4304"/>
    <w:multiLevelType w:val="multilevel"/>
    <w:tmpl w:val="86E6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8360239"/>
    <w:multiLevelType w:val="multilevel"/>
    <w:tmpl w:val="0CC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84D6817"/>
    <w:multiLevelType w:val="multilevel"/>
    <w:tmpl w:val="F16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85075CB"/>
    <w:multiLevelType w:val="multilevel"/>
    <w:tmpl w:val="5BBC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8595271"/>
    <w:multiLevelType w:val="multilevel"/>
    <w:tmpl w:val="12A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8D2730A"/>
    <w:multiLevelType w:val="multilevel"/>
    <w:tmpl w:val="3AA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90E4E09"/>
    <w:multiLevelType w:val="multilevel"/>
    <w:tmpl w:val="0DA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9B86C8A"/>
    <w:multiLevelType w:val="multilevel"/>
    <w:tmpl w:val="59B0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9E05C2D"/>
    <w:multiLevelType w:val="multilevel"/>
    <w:tmpl w:val="DC9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A0263F9"/>
    <w:multiLevelType w:val="multilevel"/>
    <w:tmpl w:val="233C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A2F263F"/>
    <w:multiLevelType w:val="multilevel"/>
    <w:tmpl w:val="D0B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A6C5D3F"/>
    <w:multiLevelType w:val="multilevel"/>
    <w:tmpl w:val="0214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A920CEF"/>
    <w:multiLevelType w:val="multilevel"/>
    <w:tmpl w:val="B7A8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AD17244"/>
    <w:multiLevelType w:val="multilevel"/>
    <w:tmpl w:val="F24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B5E14DF"/>
    <w:multiLevelType w:val="multilevel"/>
    <w:tmpl w:val="ACD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C8B21A6"/>
    <w:multiLevelType w:val="multilevel"/>
    <w:tmpl w:val="461C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CB627AA"/>
    <w:multiLevelType w:val="multilevel"/>
    <w:tmpl w:val="C1D2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CEA620E"/>
    <w:multiLevelType w:val="multilevel"/>
    <w:tmpl w:val="037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D3C3EFD"/>
    <w:multiLevelType w:val="multilevel"/>
    <w:tmpl w:val="443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D434033"/>
    <w:multiLevelType w:val="multilevel"/>
    <w:tmpl w:val="6DA2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DF61F97"/>
    <w:multiLevelType w:val="multilevel"/>
    <w:tmpl w:val="5230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DF915BA"/>
    <w:multiLevelType w:val="multilevel"/>
    <w:tmpl w:val="8C2C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E056111"/>
    <w:multiLevelType w:val="multilevel"/>
    <w:tmpl w:val="3D1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E20625B"/>
    <w:multiLevelType w:val="multilevel"/>
    <w:tmpl w:val="F2D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E81694E"/>
    <w:multiLevelType w:val="multilevel"/>
    <w:tmpl w:val="3CF6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E920B11"/>
    <w:multiLevelType w:val="multilevel"/>
    <w:tmpl w:val="784E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E926F15"/>
    <w:multiLevelType w:val="multilevel"/>
    <w:tmpl w:val="87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FA40286"/>
    <w:multiLevelType w:val="multilevel"/>
    <w:tmpl w:val="EFC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FE82CD0"/>
    <w:multiLevelType w:val="multilevel"/>
    <w:tmpl w:val="D8F4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FF23CD5"/>
    <w:multiLevelType w:val="multilevel"/>
    <w:tmpl w:val="143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9"/>
  </w:num>
  <w:num w:numId="8" w16cid:durableId="1854832154">
    <w:abstractNumId w:val="449"/>
  </w:num>
  <w:num w:numId="9" w16cid:durableId="139615202">
    <w:abstractNumId w:val="509"/>
  </w:num>
  <w:num w:numId="10" w16cid:durableId="82191667">
    <w:abstractNumId w:val="307"/>
  </w:num>
  <w:num w:numId="11" w16cid:durableId="50882103">
    <w:abstractNumId w:val="301"/>
  </w:num>
  <w:num w:numId="12" w16cid:durableId="452943501">
    <w:abstractNumId w:val="132"/>
  </w:num>
  <w:num w:numId="13" w16cid:durableId="159123254">
    <w:abstractNumId w:val="39"/>
  </w:num>
  <w:num w:numId="14" w16cid:durableId="1031302036">
    <w:abstractNumId w:val="209"/>
  </w:num>
  <w:num w:numId="15" w16cid:durableId="932394089">
    <w:abstractNumId w:val="397"/>
  </w:num>
  <w:num w:numId="16" w16cid:durableId="879782732">
    <w:abstractNumId w:val="433"/>
  </w:num>
  <w:num w:numId="17" w16cid:durableId="323247438">
    <w:abstractNumId w:val="96"/>
  </w:num>
  <w:num w:numId="18" w16cid:durableId="452096927">
    <w:abstractNumId w:val="368"/>
  </w:num>
  <w:num w:numId="19" w16cid:durableId="1055157370">
    <w:abstractNumId w:val="118"/>
  </w:num>
  <w:num w:numId="20" w16cid:durableId="2098594500">
    <w:abstractNumId w:val="325"/>
  </w:num>
  <w:num w:numId="21" w16cid:durableId="1852836359">
    <w:abstractNumId w:val="293"/>
  </w:num>
  <w:num w:numId="22" w16cid:durableId="1195270005">
    <w:abstractNumId w:val="392"/>
  </w:num>
  <w:num w:numId="23" w16cid:durableId="25763844">
    <w:abstractNumId w:val="430"/>
  </w:num>
  <w:num w:numId="24" w16cid:durableId="1444307652">
    <w:abstractNumId w:val="539"/>
  </w:num>
  <w:num w:numId="25" w16cid:durableId="950548514">
    <w:abstractNumId w:val="318"/>
  </w:num>
  <w:num w:numId="26" w16cid:durableId="877625267">
    <w:abstractNumId w:val="217"/>
  </w:num>
  <w:num w:numId="27" w16cid:durableId="1733582714">
    <w:abstractNumId w:val="348"/>
  </w:num>
  <w:num w:numId="28" w16cid:durableId="2028142827">
    <w:abstractNumId w:val="215"/>
  </w:num>
  <w:num w:numId="29" w16cid:durableId="651102669">
    <w:abstractNumId w:val="363"/>
  </w:num>
  <w:num w:numId="30" w16cid:durableId="135494554">
    <w:abstractNumId w:val="212"/>
  </w:num>
  <w:num w:numId="31" w16cid:durableId="1008749491">
    <w:abstractNumId w:val="93"/>
  </w:num>
  <w:num w:numId="32" w16cid:durableId="217982102">
    <w:abstractNumId w:val="379"/>
  </w:num>
  <w:num w:numId="33" w16cid:durableId="1788695422">
    <w:abstractNumId w:val="327"/>
  </w:num>
  <w:num w:numId="34" w16cid:durableId="544682245">
    <w:abstractNumId w:val="406"/>
  </w:num>
  <w:num w:numId="35" w16cid:durableId="616570487">
    <w:abstractNumId w:val="264"/>
  </w:num>
  <w:num w:numId="36" w16cid:durableId="1248612839">
    <w:abstractNumId w:val="483"/>
  </w:num>
  <w:num w:numId="37" w16cid:durableId="877082632">
    <w:abstractNumId w:val="280"/>
  </w:num>
  <w:num w:numId="38" w16cid:durableId="193546479">
    <w:abstractNumId w:val="313"/>
  </w:num>
  <w:num w:numId="39" w16cid:durableId="1043335099">
    <w:abstractNumId w:val="275"/>
  </w:num>
  <w:num w:numId="40" w16cid:durableId="832377648">
    <w:abstractNumId w:val="349"/>
  </w:num>
  <w:num w:numId="41" w16cid:durableId="1840388014">
    <w:abstractNumId w:val="402"/>
  </w:num>
  <w:num w:numId="42" w16cid:durableId="2019261448">
    <w:abstractNumId w:val="111"/>
  </w:num>
  <w:num w:numId="43" w16cid:durableId="1230579541">
    <w:abstractNumId w:val="128"/>
  </w:num>
  <w:num w:numId="44" w16cid:durableId="636837097">
    <w:abstractNumId w:val="220"/>
  </w:num>
  <w:num w:numId="45" w16cid:durableId="385223347">
    <w:abstractNumId w:val="195"/>
  </w:num>
  <w:num w:numId="46" w16cid:durableId="1767261090">
    <w:abstractNumId w:val="125"/>
  </w:num>
  <w:num w:numId="47" w16cid:durableId="1570580057">
    <w:abstractNumId w:val="447"/>
  </w:num>
  <w:num w:numId="48" w16cid:durableId="286202594">
    <w:abstractNumId w:val="422"/>
  </w:num>
  <w:num w:numId="49" w16cid:durableId="1650940818">
    <w:abstractNumId w:val="531"/>
  </w:num>
  <w:num w:numId="50" w16cid:durableId="941035188">
    <w:abstractNumId w:val="286"/>
  </w:num>
  <w:num w:numId="51" w16cid:durableId="473454233">
    <w:abstractNumId w:val="235"/>
  </w:num>
  <w:num w:numId="52" w16cid:durableId="1854110042">
    <w:abstractNumId w:val="436"/>
  </w:num>
  <w:num w:numId="53" w16cid:durableId="1674645594">
    <w:abstractNumId w:val="290"/>
  </w:num>
  <w:num w:numId="54" w16cid:durableId="1340307098">
    <w:abstractNumId w:val="495"/>
  </w:num>
  <w:num w:numId="55" w16cid:durableId="1286740812">
    <w:abstractNumId w:val="323"/>
  </w:num>
  <w:num w:numId="56" w16cid:durableId="453404955">
    <w:abstractNumId w:val="411"/>
  </w:num>
  <w:num w:numId="57" w16cid:durableId="519054294">
    <w:abstractNumId w:val="37"/>
  </w:num>
  <w:num w:numId="58" w16cid:durableId="888415890">
    <w:abstractNumId w:val="521"/>
  </w:num>
  <w:num w:numId="59" w16cid:durableId="1215775643">
    <w:abstractNumId w:val="418"/>
  </w:num>
  <w:num w:numId="60" w16cid:durableId="159856295">
    <w:abstractNumId w:val="309"/>
  </w:num>
  <w:num w:numId="61" w16cid:durableId="895706988">
    <w:abstractNumId w:val="428"/>
  </w:num>
  <w:num w:numId="62" w16cid:durableId="1272129899">
    <w:abstractNumId w:val="516"/>
  </w:num>
  <w:num w:numId="63" w16cid:durableId="1718967928">
    <w:abstractNumId w:val="151"/>
  </w:num>
  <w:num w:numId="64" w16cid:durableId="432553520">
    <w:abstractNumId w:val="529"/>
  </w:num>
  <w:num w:numId="65" w16cid:durableId="1712917226">
    <w:abstractNumId w:val="479"/>
  </w:num>
  <w:num w:numId="66" w16cid:durableId="1160542555">
    <w:abstractNumId w:val="448"/>
  </w:num>
  <w:num w:numId="67" w16cid:durableId="1299916987">
    <w:abstractNumId w:val="192"/>
  </w:num>
  <w:num w:numId="68" w16cid:durableId="1816723528">
    <w:abstractNumId w:val="272"/>
  </w:num>
  <w:num w:numId="69" w16cid:durableId="1377464093">
    <w:abstractNumId w:val="476"/>
  </w:num>
  <w:num w:numId="70" w16cid:durableId="850921243">
    <w:abstractNumId w:val="7"/>
  </w:num>
  <w:num w:numId="71" w16cid:durableId="469632377">
    <w:abstractNumId w:val="387"/>
  </w:num>
  <w:num w:numId="72" w16cid:durableId="1895004602">
    <w:abstractNumId w:val="427"/>
  </w:num>
  <w:num w:numId="73" w16cid:durableId="499009519">
    <w:abstractNumId w:val="166"/>
  </w:num>
  <w:num w:numId="74" w16cid:durableId="1271278642">
    <w:abstractNumId w:val="485"/>
  </w:num>
  <w:num w:numId="75" w16cid:durableId="1091052398">
    <w:abstractNumId w:val="194"/>
  </w:num>
  <w:num w:numId="76" w16cid:durableId="1408654113">
    <w:abstractNumId w:val="555"/>
  </w:num>
  <w:num w:numId="77" w16cid:durableId="2044548929">
    <w:abstractNumId w:val="263"/>
  </w:num>
  <w:num w:numId="78" w16cid:durableId="1898324148">
    <w:abstractNumId w:val="172"/>
  </w:num>
  <w:num w:numId="79" w16cid:durableId="734739815">
    <w:abstractNumId w:val="412"/>
  </w:num>
  <w:num w:numId="80" w16cid:durableId="164635247">
    <w:abstractNumId w:val="385"/>
  </w:num>
  <w:num w:numId="81" w16cid:durableId="1960141330">
    <w:abstractNumId w:val="278"/>
  </w:num>
  <w:num w:numId="82" w16cid:durableId="1255940036">
    <w:abstractNumId w:val="140"/>
  </w:num>
  <w:num w:numId="83" w16cid:durableId="412047277">
    <w:abstractNumId w:val="375"/>
  </w:num>
  <w:num w:numId="84" w16cid:durableId="993876633">
    <w:abstractNumId w:val="120"/>
  </w:num>
  <w:num w:numId="85" w16cid:durableId="1821656990">
    <w:abstractNumId w:val="532"/>
  </w:num>
  <w:num w:numId="86" w16cid:durableId="965769812">
    <w:abstractNumId w:val="347"/>
  </w:num>
  <w:num w:numId="87" w16cid:durableId="1160199199">
    <w:abstractNumId w:val="222"/>
  </w:num>
  <w:num w:numId="88" w16cid:durableId="2077584279">
    <w:abstractNumId w:val="258"/>
  </w:num>
  <w:num w:numId="89" w16cid:durableId="1496536119">
    <w:abstractNumId w:val="269"/>
  </w:num>
  <w:num w:numId="90" w16cid:durableId="737095991">
    <w:abstractNumId w:val="36"/>
  </w:num>
  <w:num w:numId="91" w16cid:durableId="1704550347">
    <w:abstractNumId w:val="295"/>
  </w:num>
  <w:num w:numId="92" w16cid:durableId="829713673">
    <w:abstractNumId w:val="206"/>
  </w:num>
  <w:num w:numId="93" w16cid:durableId="1715620927">
    <w:abstractNumId w:val="259"/>
  </w:num>
  <w:num w:numId="94" w16cid:durableId="634991553">
    <w:abstractNumId w:val="155"/>
  </w:num>
  <w:num w:numId="95" w16cid:durableId="120535558">
    <w:abstractNumId w:val="245"/>
  </w:num>
  <w:num w:numId="96" w16cid:durableId="1205606137">
    <w:abstractNumId w:val="559"/>
  </w:num>
  <w:num w:numId="97" w16cid:durableId="1510173844">
    <w:abstractNumId w:val="548"/>
  </w:num>
  <w:num w:numId="98" w16cid:durableId="1937206084">
    <w:abstractNumId w:val="267"/>
  </w:num>
  <w:num w:numId="99" w16cid:durableId="192422777">
    <w:abstractNumId w:val="148"/>
  </w:num>
  <w:num w:numId="100" w16cid:durableId="48235171">
    <w:abstractNumId w:val="80"/>
  </w:num>
  <w:num w:numId="101" w16cid:durableId="60253565">
    <w:abstractNumId w:val="316"/>
  </w:num>
  <w:num w:numId="102" w16cid:durableId="1764645069">
    <w:abstractNumId w:val="223"/>
  </w:num>
  <w:num w:numId="103" w16cid:durableId="391734614">
    <w:abstractNumId w:val="306"/>
  </w:num>
  <w:num w:numId="104" w16cid:durableId="1435054547">
    <w:abstractNumId w:val="504"/>
  </w:num>
  <w:num w:numId="105" w16cid:durableId="567805151">
    <w:abstractNumId w:val="108"/>
  </w:num>
  <w:num w:numId="106" w16cid:durableId="374814543">
    <w:abstractNumId w:val="66"/>
  </w:num>
  <w:num w:numId="107" w16cid:durableId="1560019160">
    <w:abstractNumId w:val="32"/>
  </w:num>
  <w:num w:numId="108" w16cid:durableId="785929999">
    <w:abstractNumId w:val="60"/>
  </w:num>
  <w:num w:numId="109" w16cid:durableId="1596133608">
    <w:abstractNumId w:val="94"/>
  </w:num>
  <w:num w:numId="110" w16cid:durableId="1714499878">
    <w:abstractNumId w:val="227"/>
  </w:num>
  <w:num w:numId="111" w16cid:durableId="454376217">
    <w:abstractNumId w:val="69"/>
  </w:num>
  <w:num w:numId="112" w16cid:durableId="2054840795">
    <w:abstractNumId w:val="11"/>
  </w:num>
  <w:num w:numId="113" w16cid:durableId="1045758765">
    <w:abstractNumId w:val="468"/>
  </w:num>
  <w:num w:numId="114" w16cid:durableId="868957664">
    <w:abstractNumId w:val="97"/>
  </w:num>
  <w:num w:numId="115" w16cid:durableId="1133863750">
    <w:abstractNumId w:val="335"/>
  </w:num>
  <w:num w:numId="116" w16cid:durableId="1844516507">
    <w:abstractNumId w:val="346"/>
  </w:num>
  <w:num w:numId="117" w16cid:durableId="354886160">
    <w:abstractNumId w:val="298"/>
  </w:num>
  <w:num w:numId="118" w16cid:durableId="765347904">
    <w:abstractNumId w:val="35"/>
  </w:num>
  <w:num w:numId="119" w16cid:durableId="2038047030">
    <w:abstractNumId w:val="255"/>
  </w:num>
  <w:num w:numId="120" w16cid:durableId="1573731254">
    <w:abstractNumId w:val="395"/>
  </w:num>
  <w:num w:numId="121" w16cid:durableId="172187048">
    <w:abstractNumId w:val="444"/>
  </w:num>
  <w:num w:numId="122" w16cid:durableId="1669021045">
    <w:abstractNumId w:val="282"/>
  </w:num>
  <w:num w:numId="123" w16cid:durableId="1135834714">
    <w:abstractNumId w:val="399"/>
  </w:num>
  <w:num w:numId="124" w16cid:durableId="1670015721">
    <w:abstractNumId w:val="171"/>
  </w:num>
  <w:num w:numId="125" w16cid:durableId="805925971">
    <w:abstractNumId w:val="183"/>
  </w:num>
  <w:num w:numId="126" w16cid:durableId="684750838">
    <w:abstractNumId w:val="370"/>
  </w:num>
  <w:num w:numId="127" w16cid:durableId="1450473347">
    <w:abstractNumId w:val="382"/>
  </w:num>
  <w:num w:numId="128" w16cid:durableId="616259476">
    <w:abstractNumId w:val="344"/>
  </w:num>
  <w:num w:numId="129" w16cid:durableId="959338385">
    <w:abstractNumId w:val="494"/>
  </w:num>
  <w:num w:numId="130" w16cid:durableId="301888280">
    <w:abstractNumId w:val="119"/>
  </w:num>
  <w:num w:numId="131" w16cid:durableId="396321370">
    <w:abstractNumId w:val="240"/>
  </w:num>
  <w:num w:numId="132" w16cid:durableId="1946764593">
    <w:abstractNumId w:val="514"/>
  </w:num>
  <w:num w:numId="133" w16cid:durableId="1825970249">
    <w:abstractNumId w:val="170"/>
  </w:num>
  <w:num w:numId="134" w16cid:durableId="2115902394">
    <w:abstractNumId w:val="359"/>
  </w:num>
  <w:num w:numId="135" w16cid:durableId="1801459393">
    <w:abstractNumId w:val="365"/>
  </w:num>
  <w:num w:numId="136" w16cid:durableId="1053390040">
    <w:abstractNumId w:val="61"/>
  </w:num>
  <w:num w:numId="137" w16cid:durableId="1348214879">
    <w:abstractNumId w:val="425"/>
  </w:num>
  <w:num w:numId="138" w16cid:durableId="1152722483">
    <w:abstractNumId w:val="168"/>
  </w:num>
  <w:num w:numId="139" w16cid:durableId="660155868">
    <w:abstractNumId w:val="435"/>
  </w:num>
  <w:num w:numId="140" w16cid:durableId="1810437032">
    <w:abstractNumId w:val="569"/>
  </w:num>
  <w:num w:numId="141" w16cid:durableId="1488282796">
    <w:abstractNumId w:val="331"/>
  </w:num>
  <w:num w:numId="142" w16cid:durableId="967009205">
    <w:abstractNumId w:val="426"/>
  </w:num>
  <w:num w:numId="143" w16cid:durableId="1461920553">
    <w:abstractNumId w:val="356"/>
  </w:num>
  <w:num w:numId="144" w16cid:durableId="289093149">
    <w:abstractNumId w:val="77"/>
  </w:num>
  <w:num w:numId="145" w16cid:durableId="617879524">
    <w:abstractNumId w:val="311"/>
  </w:num>
  <w:num w:numId="146" w16cid:durableId="458570328">
    <w:abstractNumId w:val="182"/>
  </w:num>
  <w:num w:numId="147" w16cid:durableId="1061947320">
    <w:abstractNumId w:val="59"/>
  </w:num>
  <w:num w:numId="148" w16cid:durableId="1171792049">
    <w:abstractNumId w:val="367"/>
  </w:num>
  <w:num w:numId="149" w16cid:durableId="1561594146">
    <w:abstractNumId w:val="491"/>
  </w:num>
  <w:num w:numId="150" w16cid:durableId="349718161">
    <w:abstractNumId w:val="41"/>
  </w:num>
  <w:num w:numId="151" w16cid:durableId="671225516">
    <w:abstractNumId w:val="423"/>
  </w:num>
  <w:num w:numId="152" w16cid:durableId="433131774">
    <w:abstractNumId w:val="17"/>
  </w:num>
  <w:num w:numId="153" w16cid:durableId="815799214">
    <w:abstractNumId w:val="49"/>
  </w:num>
  <w:num w:numId="154" w16cid:durableId="318964514">
    <w:abstractNumId w:val="106"/>
  </w:num>
  <w:num w:numId="155" w16cid:durableId="1226455762">
    <w:abstractNumId w:val="360"/>
  </w:num>
  <w:num w:numId="156" w16cid:durableId="337390056">
    <w:abstractNumId w:val="308"/>
  </w:num>
  <w:num w:numId="157" w16cid:durableId="2129738671">
    <w:abstractNumId w:val="466"/>
  </w:num>
  <w:num w:numId="158" w16cid:durableId="33388231">
    <w:abstractNumId w:val="464"/>
  </w:num>
  <w:num w:numId="159" w16cid:durableId="1943220241">
    <w:abstractNumId w:val="556"/>
  </w:num>
  <w:num w:numId="160" w16cid:durableId="1855413079">
    <w:abstractNumId w:val="572"/>
  </w:num>
  <w:num w:numId="161" w16cid:durableId="2102800761">
    <w:abstractNumId w:val="417"/>
  </w:num>
  <w:num w:numId="162" w16cid:durableId="218709959">
    <w:abstractNumId w:val="169"/>
  </w:num>
  <w:num w:numId="163" w16cid:durableId="12153316">
    <w:abstractNumId w:val="526"/>
  </w:num>
  <w:num w:numId="164" w16cid:durableId="681516697">
    <w:abstractNumId w:val="105"/>
  </w:num>
  <w:num w:numId="165" w16cid:durableId="1942755587">
    <w:abstractNumId w:val="131"/>
  </w:num>
  <w:num w:numId="166" w16cid:durableId="564684624">
    <w:abstractNumId w:val="219"/>
  </w:num>
  <w:num w:numId="167" w16cid:durableId="2125419884">
    <w:abstractNumId w:val="139"/>
  </w:num>
  <w:num w:numId="168" w16cid:durableId="415832155">
    <w:abstractNumId w:val="450"/>
  </w:num>
  <w:num w:numId="169" w16cid:durableId="705299867">
    <w:abstractNumId w:val="53"/>
  </w:num>
  <w:num w:numId="170" w16cid:durableId="943659525">
    <w:abstractNumId w:val="188"/>
  </w:num>
  <w:num w:numId="171" w16cid:durableId="2045059009">
    <w:abstractNumId w:val="396"/>
  </w:num>
  <w:num w:numId="172" w16cid:durableId="2013331878">
    <w:abstractNumId w:val="520"/>
  </w:num>
  <w:num w:numId="173" w16cid:durableId="763498008">
    <w:abstractNumId w:val="475"/>
  </w:num>
  <w:num w:numId="174" w16cid:durableId="1412388936">
    <w:abstractNumId w:val="362"/>
  </w:num>
  <w:num w:numId="175" w16cid:durableId="1122068213">
    <w:abstractNumId w:val="54"/>
  </w:num>
  <w:num w:numId="176" w16cid:durableId="1630890127">
    <w:abstractNumId w:val="127"/>
  </w:num>
  <w:num w:numId="177" w16cid:durableId="2111269017">
    <w:abstractNumId w:val="27"/>
  </w:num>
  <w:num w:numId="178" w16cid:durableId="594938934">
    <w:abstractNumId w:val="164"/>
  </w:num>
  <w:num w:numId="179" w16cid:durableId="468790996">
    <w:abstractNumId w:val="221"/>
  </w:num>
  <w:num w:numId="180" w16cid:durableId="1846745078">
    <w:abstractNumId w:val="312"/>
  </w:num>
  <w:num w:numId="181" w16cid:durableId="358431226">
    <w:abstractNumId w:val="498"/>
  </w:num>
  <w:num w:numId="182" w16cid:durableId="194777151">
    <w:abstractNumId w:val="441"/>
  </w:num>
  <w:num w:numId="183" w16cid:durableId="1545018137">
    <w:abstractNumId w:val="549"/>
  </w:num>
  <w:num w:numId="184" w16cid:durableId="1978293638">
    <w:abstractNumId w:val="266"/>
  </w:num>
  <w:num w:numId="185" w16cid:durableId="1356350492">
    <w:abstractNumId w:val="150"/>
  </w:num>
  <w:num w:numId="186" w16cid:durableId="1831561222">
    <w:abstractNumId w:val="234"/>
  </w:num>
  <w:num w:numId="187" w16cid:durableId="13657">
    <w:abstractNumId w:val="12"/>
  </w:num>
  <w:num w:numId="188" w16cid:durableId="1536113958">
    <w:abstractNumId w:val="371"/>
  </w:num>
  <w:num w:numId="189" w16cid:durableId="1904369377">
    <w:abstractNumId w:val="44"/>
  </w:num>
  <w:num w:numId="190" w16cid:durableId="932471264">
    <w:abstractNumId w:val="207"/>
  </w:num>
  <w:num w:numId="191" w16cid:durableId="353118777">
    <w:abstractNumId w:val="343"/>
  </w:num>
  <w:num w:numId="192" w16cid:durableId="320669161">
    <w:abstractNumId w:val="334"/>
  </w:num>
  <w:num w:numId="193" w16cid:durableId="1438602221">
    <w:abstractNumId w:val="415"/>
  </w:num>
  <w:num w:numId="194" w16cid:durableId="390663804">
    <w:abstractNumId w:val="538"/>
  </w:num>
  <w:num w:numId="195" w16cid:durableId="1120145227">
    <w:abstractNumId w:val="338"/>
  </w:num>
  <w:num w:numId="196" w16cid:durableId="1705253777">
    <w:abstractNumId w:val="380"/>
  </w:num>
  <w:num w:numId="197" w16cid:durableId="1658803908">
    <w:abstractNumId w:val="225"/>
  </w:num>
  <w:num w:numId="198" w16cid:durableId="1781872239">
    <w:abstractNumId w:val="439"/>
  </w:num>
  <w:num w:numId="199" w16cid:durableId="566767192">
    <w:abstractNumId w:val="566"/>
  </w:num>
  <w:num w:numId="200" w16cid:durableId="114257742">
    <w:abstractNumId w:val="203"/>
  </w:num>
  <w:num w:numId="201" w16cid:durableId="1138767193">
    <w:abstractNumId w:val="410"/>
  </w:num>
  <w:num w:numId="202" w16cid:durableId="962077520">
    <w:abstractNumId w:val="452"/>
  </w:num>
  <w:num w:numId="203" w16cid:durableId="1209301367">
    <w:abstractNumId w:val="407"/>
  </w:num>
  <w:num w:numId="204" w16cid:durableId="1977947273">
    <w:abstractNumId w:val="405"/>
  </w:num>
  <w:num w:numId="205" w16cid:durableId="1967198427">
    <w:abstractNumId w:val="57"/>
  </w:num>
  <w:num w:numId="206" w16cid:durableId="126123390">
    <w:abstractNumId w:val="374"/>
  </w:num>
  <w:num w:numId="207" w16cid:durableId="1494906863">
    <w:abstractNumId w:val="64"/>
  </w:num>
  <w:num w:numId="208" w16cid:durableId="256720077">
    <w:abstractNumId w:val="394"/>
  </w:num>
  <w:num w:numId="209" w16cid:durableId="2102293419">
    <w:abstractNumId w:val="288"/>
  </w:num>
  <w:num w:numId="210" w16cid:durableId="1649017185">
    <w:abstractNumId w:val="377"/>
  </w:num>
  <w:num w:numId="211" w16cid:durableId="1404792883">
    <w:abstractNumId w:val="42"/>
  </w:num>
  <w:num w:numId="212" w16cid:durableId="1077674324">
    <w:abstractNumId w:val="157"/>
  </w:num>
  <w:num w:numId="213" w16cid:durableId="1159886222">
    <w:abstractNumId w:val="187"/>
  </w:num>
  <w:num w:numId="214" w16cid:durableId="2009553340">
    <w:abstractNumId w:val="89"/>
  </w:num>
  <w:num w:numId="215" w16cid:durableId="219218055">
    <w:abstractNumId w:val="372"/>
  </w:num>
  <w:num w:numId="216" w16cid:durableId="439181022">
    <w:abstractNumId w:val="437"/>
  </w:num>
  <w:num w:numId="217" w16cid:durableId="1190265400">
    <w:abstractNumId w:val="253"/>
  </w:num>
  <w:num w:numId="218" w16cid:durableId="1092122067">
    <w:abstractNumId w:val="366"/>
  </w:num>
  <w:num w:numId="219" w16cid:durableId="558828256">
    <w:abstractNumId w:val="201"/>
  </w:num>
  <w:num w:numId="220" w16cid:durableId="473183790">
    <w:abstractNumId w:val="474"/>
  </w:num>
  <w:num w:numId="221" w16cid:durableId="1660843779">
    <w:abstractNumId w:val="262"/>
  </w:num>
  <w:num w:numId="222" w16cid:durableId="10643943">
    <w:abstractNumId w:val="501"/>
  </w:num>
  <w:num w:numId="223" w16cid:durableId="262104783">
    <w:abstractNumId w:val="104"/>
  </w:num>
  <w:num w:numId="224" w16cid:durableId="1895189730">
    <w:abstractNumId w:val="451"/>
  </w:num>
  <w:num w:numId="225" w16cid:durableId="1371875607">
    <w:abstractNumId w:val="251"/>
  </w:num>
  <w:num w:numId="226" w16cid:durableId="391469976">
    <w:abstractNumId w:val="142"/>
  </w:num>
  <w:num w:numId="227" w16cid:durableId="269942934">
    <w:abstractNumId w:val="554"/>
  </w:num>
  <w:num w:numId="228" w16cid:durableId="675350418">
    <w:abstractNumId w:val="250"/>
  </w:num>
  <w:num w:numId="229" w16cid:durableId="181943627">
    <w:abstractNumId w:val="100"/>
  </w:num>
  <w:num w:numId="230" w16cid:durableId="1974015334">
    <w:abstractNumId w:val="181"/>
  </w:num>
  <w:num w:numId="231" w16cid:durableId="1866216148">
    <w:abstractNumId w:val="99"/>
  </w:num>
  <w:num w:numId="232" w16cid:durableId="1285505066">
    <w:abstractNumId w:val="133"/>
  </w:num>
  <w:num w:numId="233" w16cid:durableId="2004434681">
    <w:abstractNumId w:val="300"/>
  </w:num>
  <w:num w:numId="234" w16cid:durableId="274215347">
    <w:abstractNumId w:val="163"/>
  </w:num>
  <w:num w:numId="235" w16cid:durableId="853156312">
    <w:abstractNumId w:val="477"/>
  </w:num>
  <w:num w:numId="236" w16cid:durableId="973365755">
    <w:abstractNumId w:val="110"/>
  </w:num>
  <w:num w:numId="237" w16cid:durableId="405230238">
    <w:abstractNumId w:val="247"/>
  </w:num>
  <w:num w:numId="238" w16cid:durableId="1036085048">
    <w:abstractNumId w:val="190"/>
  </w:num>
  <w:num w:numId="239" w16cid:durableId="430855156">
    <w:abstractNumId w:val="86"/>
  </w:num>
  <w:num w:numId="240" w16cid:durableId="1375158407">
    <w:abstractNumId w:val="519"/>
  </w:num>
  <w:num w:numId="241" w16cid:durableId="665668927">
    <w:abstractNumId w:val="261"/>
  </w:num>
  <w:num w:numId="242" w16cid:durableId="1091468122">
    <w:abstractNumId w:val="254"/>
  </w:num>
  <w:num w:numId="243" w16cid:durableId="1365058987">
    <w:abstractNumId w:val="550"/>
  </w:num>
  <w:num w:numId="244" w16cid:durableId="1856653274">
    <w:abstractNumId w:val="358"/>
  </w:num>
  <w:num w:numId="245" w16cid:durableId="496262093">
    <w:abstractNumId w:val="242"/>
  </w:num>
  <w:num w:numId="246" w16cid:durableId="1743872122">
    <w:abstractNumId w:val="144"/>
  </w:num>
  <w:num w:numId="247" w16cid:durableId="1288321438">
    <w:abstractNumId w:val="136"/>
  </w:num>
  <w:num w:numId="248" w16cid:durableId="577978028">
    <w:abstractNumId w:val="113"/>
  </w:num>
  <w:num w:numId="249" w16cid:durableId="1968267987">
    <w:abstractNumId w:val="565"/>
  </w:num>
  <w:num w:numId="250" w16cid:durableId="1741369684">
    <w:abstractNumId w:val="51"/>
  </w:num>
  <w:num w:numId="251" w16cid:durableId="2058773049">
    <w:abstractNumId w:val="173"/>
  </w:num>
  <w:num w:numId="252" w16cid:durableId="1985507950">
    <w:abstractNumId w:val="469"/>
  </w:num>
  <w:num w:numId="253" w16cid:durableId="1359743959">
    <w:abstractNumId w:val="175"/>
  </w:num>
  <w:num w:numId="254" w16cid:durableId="2121022023">
    <w:abstractNumId w:val="518"/>
  </w:num>
  <w:num w:numId="255" w16cid:durableId="1354071249">
    <w:abstractNumId w:val="55"/>
  </w:num>
  <w:num w:numId="256" w16cid:durableId="787892200">
    <w:abstractNumId w:val="199"/>
  </w:num>
  <w:num w:numId="257" w16cid:durableId="453865125">
    <w:abstractNumId w:val="350"/>
  </w:num>
  <w:num w:numId="258" w16cid:durableId="1326280759">
    <w:abstractNumId w:val="499"/>
  </w:num>
  <w:num w:numId="259" w16cid:durableId="1826773787">
    <w:abstractNumId w:val="210"/>
  </w:num>
  <w:num w:numId="260" w16cid:durableId="1301301155">
    <w:abstractNumId w:val="361"/>
  </w:num>
  <w:num w:numId="261" w16cid:durableId="1782338809">
    <w:abstractNumId w:val="482"/>
  </w:num>
  <w:num w:numId="262" w16cid:durableId="1588465694">
    <w:abstractNumId w:val="179"/>
  </w:num>
  <w:num w:numId="263" w16cid:durableId="2110657760">
    <w:abstractNumId w:val="46"/>
  </w:num>
  <w:num w:numId="264" w16cid:durableId="1435904078">
    <w:abstractNumId w:val="114"/>
  </w:num>
  <w:num w:numId="265" w16cid:durableId="1282566350">
    <w:abstractNumId w:val="534"/>
  </w:num>
  <w:num w:numId="266" w16cid:durableId="1534416521">
    <w:abstractNumId w:val="515"/>
  </w:num>
  <w:num w:numId="267" w16cid:durableId="1047727754">
    <w:abstractNumId w:val="83"/>
  </w:num>
  <w:num w:numId="268" w16cid:durableId="664476615">
    <w:abstractNumId w:val="21"/>
  </w:num>
  <w:num w:numId="269" w16cid:durableId="2006392093">
    <w:abstractNumId w:val="414"/>
  </w:num>
  <w:num w:numId="270" w16cid:durableId="1751661391">
    <w:abstractNumId w:val="162"/>
  </w:num>
  <w:num w:numId="271" w16cid:durableId="48263113">
    <w:abstractNumId w:val="92"/>
  </w:num>
  <w:num w:numId="272" w16cid:durableId="1239704297">
    <w:abstractNumId w:val="238"/>
  </w:num>
  <w:num w:numId="273" w16cid:durableId="1222063940">
    <w:abstractNumId w:val="419"/>
  </w:num>
  <w:num w:numId="274" w16cid:durableId="1842815966">
    <w:abstractNumId w:val="545"/>
  </w:num>
  <w:num w:numId="275" w16cid:durableId="1526020322">
    <w:abstractNumId w:val="174"/>
  </w:num>
  <w:num w:numId="276" w16cid:durableId="389117231">
    <w:abstractNumId w:val="470"/>
  </w:num>
  <w:num w:numId="277" w16cid:durableId="983581131">
    <w:abstractNumId w:val="186"/>
  </w:num>
  <w:num w:numId="278" w16cid:durableId="1693677778">
    <w:abstractNumId w:val="337"/>
  </w:num>
  <w:num w:numId="279" w16cid:durableId="107706400">
    <w:abstractNumId w:val="460"/>
  </w:num>
  <w:num w:numId="280" w16cid:durableId="2003578811">
    <w:abstractNumId w:val="291"/>
  </w:num>
  <w:num w:numId="281" w16cid:durableId="26415758">
    <w:abstractNumId w:val="383"/>
  </w:num>
  <w:num w:numId="282" w16cid:durableId="622273564">
    <w:abstractNumId w:val="33"/>
  </w:num>
  <w:num w:numId="283" w16cid:durableId="1226255479">
    <w:abstractNumId w:val="513"/>
  </w:num>
  <w:num w:numId="284" w16cid:durableId="628437572">
    <w:abstractNumId w:val="19"/>
  </w:num>
  <w:num w:numId="285" w16cid:durableId="1575626754">
    <w:abstractNumId w:val="101"/>
  </w:num>
  <w:num w:numId="286" w16cid:durableId="1748920178">
    <w:abstractNumId w:val="561"/>
  </w:num>
  <w:num w:numId="287" w16cid:durableId="1102258532">
    <w:abstractNumId w:val="398"/>
  </w:num>
  <w:num w:numId="288" w16cid:durableId="1195734711">
    <w:abstractNumId w:val="273"/>
  </w:num>
  <w:num w:numId="289" w16cid:durableId="1342510821">
    <w:abstractNumId w:val="146"/>
  </w:num>
  <w:num w:numId="290" w16cid:durableId="1646003782">
    <w:abstractNumId w:val="551"/>
  </w:num>
  <w:num w:numId="291" w16cid:durableId="1787234025">
    <w:abstractNumId w:val="389"/>
  </w:num>
  <w:num w:numId="292" w16cid:durableId="1520192632">
    <w:abstractNumId w:val="292"/>
  </w:num>
  <w:num w:numId="293" w16cid:durableId="1240015498">
    <w:abstractNumId w:val="332"/>
  </w:num>
  <w:num w:numId="294" w16cid:durableId="230584897">
    <w:abstractNumId w:val="211"/>
  </w:num>
  <w:num w:numId="295" w16cid:durableId="2077507699">
    <w:abstractNumId w:val="158"/>
  </w:num>
  <w:num w:numId="296" w16cid:durableId="978455730">
    <w:abstractNumId w:val="246"/>
  </w:num>
  <w:num w:numId="297" w16cid:durableId="1505317028">
    <w:abstractNumId w:val="340"/>
  </w:num>
  <w:num w:numId="298" w16cid:durableId="197204681">
    <w:abstractNumId w:val="409"/>
  </w:num>
  <w:num w:numId="299" w16cid:durableId="995956980">
    <w:abstractNumId w:val="236"/>
  </w:num>
  <w:num w:numId="300" w16cid:durableId="1064062314">
    <w:abstractNumId w:val="544"/>
  </w:num>
  <w:num w:numId="301" w16cid:durableId="1537158178">
    <w:abstractNumId w:val="109"/>
  </w:num>
  <w:num w:numId="302" w16cid:durableId="1289818091">
    <w:abstractNumId w:val="391"/>
  </w:num>
  <w:num w:numId="303" w16cid:durableId="697194561">
    <w:abstractNumId w:val="284"/>
  </w:num>
  <w:num w:numId="304" w16cid:durableId="588008314">
    <w:abstractNumId w:val="473"/>
  </w:num>
  <w:num w:numId="305" w16cid:durableId="2050255419">
    <w:abstractNumId w:val="352"/>
  </w:num>
  <w:num w:numId="306" w16cid:durableId="216742212">
    <w:abstractNumId w:val="116"/>
  </w:num>
  <w:num w:numId="307" w16cid:durableId="1960530257">
    <w:abstractNumId w:val="95"/>
  </w:num>
  <w:num w:numId="308" w16cid:durableId="136000647">
    <w:abstractNumId w:val="351"/>
  </w:num>
  <w:num w:numId="309" w16cid:durableId="529686705">
    <w:abstractNumId w:val="115"/>
  </w:num>
  <w:num w:numId="310" w16cid:durableId="1745645996">
    <w:abstractNumId w:val="296"/>
  </w:num>
  <w:num w:numId="311" w16cid:durableId="1124040037">
    <w:abstractNumId w:val="177"/>
  </w:num>
  <w:num w:numId="312" w16cid:durableId="484011764">
    <w:abstractNumId w:val="442"/>
  </w:num>
  <w:num w:numId="313" w16cid:durableId="969481601">
    <w:abstractNumId w:val="355"/>
  </w:num>
  <w:num w:numId="314" w16cid:durableId="145168665">
    <w:abstractNumId w:val="488"/>
  </w:num>
  <w:num w:numId="315" w16cid:durableId="1967271890">
    <w:abstractNumId w:val="76"/>
  </w:num>
  <w:num w:numId="316" w16cid:durableId="1706254510">
    <w:abstractNumId w:val="390"/>
  </w:num>
  <w:num w:numId="317" w16cid:durableId="908885096">
    <w:abstractNumId w:val="228"/>
  </w:num>
  <w:num w:numId="318" w16cid:durableId="1440755042">
    <w:abstractNumId w:val="23"/>
  </w:num>
  <w:num w:numId="319" w16cid:durableId="1373309856">
    <w:abstractNumId w:val="376"/>
  </w:num>
  <w:num w:numId="320" w16cid:durableId="1101298872">
    <w:abstractNumId w:val="145"/>
  </w:num>
  <w:num w:numId="321" w16cid:durableId="994069055">
    <w:abstractNumId w:val="489"/>
  </w:num>
  <w:num w:numId="322" w16cid:durableId="324667531">
    <w:abstractNumId w:val="112"/>
  </w:num>
  <w:num w:numId="323" w16cid:durableId="378864456">
    <w:abstractNumId w:val="6"/>
  </w:num>
  <w:num w:numId="324" w16cid:durableId="1008679991">
    <w:abstractNumId w:val="305"/>
  </w:num>
  <w:num w:numId="325" w16cid:durableId="93019375">
    <w:abstractNumId w:val="345"/>
  </w:num>
  <w:num w:numId="326" w16cid:durableId="1008756480">
    <w:abstractNumId w:val="84"/>
  </w:num>
  <w:num w:numId="327" w16cid:durableId="1488091226">
    <w:abstractNumId w:val="191"/>
  </w:num>
  <w:num w:numId="328" w16cid:durableId="1034379341">
    <w:abstractNumId w:val="533"/>
  </w:num>
  <w:num w:numId="329" w16cid:durableId="751312288">
    <w:abstractNumId w:val="216"/>
  </w:num>
  <w:num w:numId="330" w16cid:durableId="1059013088">
    <w:abstractNumId w:val="252"/>
  </w:num>
  <w:num w:numId="331" w16cid:durableId="740441591">
    <w:abstractNumId w:val="454"/>
  </w:num>
  <w:num w:numId="332" w16cid:durableId="1853299276">
    <w:abstractNumId w:val="511"/>
  </w:num>
  <w:num w:numId="333" w16cid:durableId="1581871707">
    <w:abstractNumId w:val="73"/>
  </w:num>
  <w:num w:numId="334" w16cid:durableId="519122434">
    <w:abstractNumId w:val="500"/>
  </w:num>
  <w:num w:numId="335" w16cid:durableId="1056053012">
    <w:abstractNumId w:val="205"/>
  </w:num>
  <w:num w:numId="336" w16cid:durableId="2145193533">
    <w:abstractNumId w:val="568"/>
  </w:num>
  <w:num w:numId="337" w16cid:durableId="832723837">
    <w:abstractNumId w:val="517"/>
  </w:num>
  <w:num w:numId="338" w16cid:durableId="1401178363">
    <w:abstractNumId w:val="15"/>
  </w:num>
  <w:num w:numId="339" w16cid:durableId="428745258">
    <w:abstractNumId w:val="8"/>
  </w:num>
  <w:num w:numId="340" w16cid:durableId="395785052">
    <w:abstractNumId w:val="386"/>
  </w:num>
  <w:num w:numId="341" w16cid:durableId="1393653725">
    <w:abstractNumId w:val="143"/>
  </w:num>
  <w:num w:numId="342" w16cid:durableId="1726372836">
    <w:abstractNumId w:val="135"/>
  </w:num>
  <w:num w:numId="343" w16cid:durableId="1061177584">
    <w:abstractNumId w:val="523"/>
  </w:num>
  <w:num w:numId="344" w16cid:durableId="2122189996">
    <w:abstractNumId w:val="506"/>
  </w:num>
  <w:num w:numId="345" w16cid:durableId="261569599">
    <w:abstractNumId w:val="299"/>
  </w:num>
  <w:num w:numId="346" w16cid:durableId="467936317">
    <w:abstractNumId w:val="38"/>
  </w:num>
  <w:num w:numId="347" w16cid:durableId="1807968652">
    <w:abstractNumId w:val="24"/>
  </w:num>
  <w:num w:numId="348" w16cid:durableId="1933128139">
    <w:abstractNumId w:val="493"/>
  </w:num>
  <w:num w:numId="349" w16cid:durableId="879362426">
    <w:abstractNumId w:val="564"/>
  </w:num>
  <w:num w:numId="350" w16cid:durableId="487670350">
    <w:abstractNumId w:val="492"/>
  </w:num>
  <w:num w:numId="351" w16cid:durableId="1933732704">
    <w:abstractNumId w:val="484"/>
  </w:num>
  <w:num w:numId="352" w16cid:durableId="1776293612">
    <w:abstractNumId w:val="14"/>
  </w:num>
  <w:num w:numId="353" w16cid:durableId="1523086771">
    <w:abstractNumId w:val="43"/>
  </w:num>
  <w:num w:numId="354" w16cid:durableId="734474680">
    <w:abstractNumId w:val="229"/>
  </w:num>
  <w:num w:numId="355" w16cid:durableId="1017122599">
    <w:abstractNumId w:val="154"/>
  </w:num>
  <w:num w:numId="356" w16cid:durableId="1346858341">
    <w:abstractNumId w:val="50"/>
  </w:num>
  <w:num w:numId="357" w16cid:durableId="42485220">
    <w:abstractNumId w:val="457"/>
  </w:num>
  <w:num w:numId="358" w16cid:durableId="1557811994">
    <w:abstractNumId w:val="18"/>
  </w:num>
  <w:num w:numId="359" w16cid:durableId="807094397">
    <w:abstractNumId w:val="339"/>
  </w:num>
  <w:num w:numId="360" w16cid:durableId="1337423542">
    <w:abstractNumId w:val="244"/>
  </w:num>
  <w:num w:numId="361" w16cid:durableId="1935746343">
    <w:abstractNumId w:val="465"/>
  </w:num>
  <w:num w:numId="362" w16cid:durableId="1522620359">
    <w:abstractNumId w:val="508"/>
  </w:num>
  <w:num w:numId="363" w16cid:durableId="675156588">
    <w:abstractNumId w:val="189"/>
  </w:num>
  <w:num w:numId="364" w16cid:durableId="335810046">
    <w:abstractNumId w:val="401"/>
  </w:num>
  <w:num w:numId="365" w16cid:durableId="197940054">
    <w:abstractNumId w:val="459"/>
  </w:num>
  <w:num w:numId="366" w16cid:durableId="1129125221">
    <w:abstractNumId w:val="432"/>
  </w:num>
  <w:num w:numId="367" w16cid:durableId="1714187440">
    <w:abstractNumId w:val="40"/>
  </w:num>
  <w:num w:numId="368" w16cid:durableId="1568690037">
    <w:abstractNumId w:val="431"/>
  </w:num>
  <w:num w:numId="369" w16cid:durableId="779254644">
    <w:abstractNumId w:val="563"/>
  </w:num>
  <w:num w:numId="370" w16cid:durableId="882257704">
    <w:abstractNumId w:val="373"/>
  </w:num>
  <w:num w:numId="371" w16cid:durableId="781850795">
    <w:abstractNumId w:val="274"/>
  </w:num>
  <w:num w:numId="372" w16cid:durableId="177351792">
    <w:abstractNumId w:val="20"/>
  </w:num>
  <w:num w:numId="373" w16cid:durableId="1923833745">
    <w:abstractNumId w:val="502"/>
  </w:num>
  <w:num w:numId="374" w16cid:durableId="243877835">
    <w:abstractNumId w:val="102"/>
  </w:num>
  <w:num w:numId="375" w16cid:durableId="129523236">
    <w:abstractNumId w:val="232"/>
  </w:num>
  <w:num w:numId="376" w16cid:durableId="725952044">
    <w:abstractNumId w:val="393"/>
  </w:num>
  <w:num w:numId="377" w16cid:durableId="1802650589">
    <w:abstractNumId w:val="98"/>
  </w:num>
  <w:num w:numId="378" w16cid:durableId="1278610271">
    <w:abstractNumId w:val="165"/>
  </w:num>
  <w:num w:numId="379" w16cid:durableId="861476275">
    <w:abstractNumId w:val="527"/>
  </w:num>
  <w:num w:numId="380" w16cid:durableId="1218080062">
    <w:abstractNumId w:val="304"/>
  </w:num>
  <w:num w:numId="381" w16cid:durableId="412699963">
    <w:abstractNumId w:val="237"/>
  </w:num>
  <w:num w:numId="382" w16cid:durableId="689911716">
    <w:abstractNumId w:val="147"/>
  </w:num>
  <w:num w:numId="383" w16cid:durableId="1377656881">
    <w:abstractNumId w:val="342"/>
  </w:num>
  <w:num w:numId="384" w16cid:durableId="2025671267">
    <w:abstractNumId w:val="81"/>
  </w:num>
  <w:num w:numId="385" w16cid:durableId="327174531">
    <w:abstractNumId w:val="29"/>
  </w:num>
  <w:num w:numId="386" w16cid:durableId="1571117128">
    <w:abstractNumId w:val="486"/>
  </w:num>
  <w:num w:numId="387" w16cid:durableId="1481464800">
    <w:abstractNumId w:val="71"/>
  </w:num>
  <w:num w:numId="388" w16cid:durableId="442068440">
    <w:abstractNumId w:val="524"/>
  </w:num>
  <w:num w:numId="389" w16cid:durableId="1038050009">
    <w:abstractNumId w:val="85"/>
  </w:num>
  <w:num w:numId="390" w16cid:durableId="324357214">
    <w:abstractNumId w:val="456"/>
  </w:num>
  <w:num w:numId="391" w16cid:durableId="1815483889">
    <w:abstractNumId w:val="472"/>
  </w:num>
  <w:num w:numId="392" w16cid:durableId="1335764389">
    <w:abstractNumId w:val="571"/>
  </w:num>
  <w:num w:numId="393" w16cid:durableId="451629487">
    <w:abstractNumId w:val="429"/>
  </w:num>
  <w:num w:numId="394" w16cid:durableId="488061890">
    <w:abstractNumId w:val="537"/>
  </w:num>
  <w:num w:numId="395" w16cid:durableId="1251085180">
    <w:abstractNumId w:val="297"/>
  </w:num>
  <w:num w:numId="396" w16cid:durableId="245579683">
    <w:abstractNumId w:val="324"/>
  </w:num>
  <w:num w:numId="397" w16cid:durableId="2126657095">
    <w:abstractNumId w:val="129"/>
  </w:num>
  <w:num w:numId="398" w16cid:durableId="587274135">
    <w:abstractNumId w:val="490"/>
  </w:num>
  <w:num w:numId="399" w16cid:durableId="845291042">
    <w:abstractNumId w:val="159"/>
  </w:num>
  <w:num w:numId="400" w16cid:durableId="1484590142">
    <w:abstractNumId w:val="153"/>
  </w:num>
  <w:num w:numId="401" w16cid:durableId="1207138580">
    <w:abstractNumId w:val="458"/>
  </w:num>
  <w:num w:numId="402" w16cid:durableId="1459954490">
    <w:abstractNumId w:val="283"/>
  </w:num>
  <w:num w:numId="403" w16cid:durableId="1737126527">
    <w:abstractNumId w:val="117"/>
  </w:num>
  <w:num w:numId="404" w16cid:durableId="183134103">
    <w:abstractNumId w:val="213"/>
  </w:num>
  <w:num w:numId="405" w16cid:durableId="764350013">
    <w:abstractNumId w:val="403"/>
  </w:num>
  <w:num w:numId="406" w16cid:durableId="1929386507">
    <w:abstractNumId w:val="455"/>
  </w:num>
  <w:num w:numId="407" w16cid:durableId="1840151168">
    <w:abstractNumId w:val="271"/>
  </w:num>
  <w:num w:numId="408" w16cid:durableId="1578176354">
    <w:abstractNumId w:val="400"/>
  </w:num>
  <w:num w:numId="409" w16cid:durableId="90394594">
    <w:abstractNumId w:val="388"/>
  </w:num>
  <w:num w:numId="410" w16cid:durableId="82387096">
    <w:abstractNumId w:val="336"/>
  </w:num>
  <w:num w:numId="411" w16cid:durableId="503085327">
    <w:abstractNumId w:val="510"/>
  </w:num>
  <w:num w:numId="412" w16cid:durableId="1972857431">
    <w:abstractNumId w:val="522"/>
  </w:num>
  <w:num w:numId="413" w16cid:durableId="1875535957">
    <w:abstractNumId w:val="445"/>
  </w:num>
  <w:num w:numId="414" w16cid:durableId="1583224701">
    <w:abstractNumId w:val="413"/>
  </w:num>
  <w:num w:numId="415" w16cid:durableId="291715926">
    <w:abstractNumId w:val="570"/>
  </w:num>
  <w:num w:numId="416" w16cid:durableId="688801731">
    <w:abstractNumId w:val="78"/>
  </w:num>
  <w:num w:numId="417" w16cid:durableId="479462190">
    <w:abstractNumId w:val="257"/>
  </w:num>
  <w:num w:numId="418" w16cid:durableId="1521777718">
    <w:abstractNumId w:val="256"/>
  </w:num>
  <w:num w:numId="419" w16cid:durableId="1105267220">
    <w:abstractNumId w:val="34"/>
  </w:num>
  <w:num w:numId="420" w16cid:durableId="1542670270">
    <w:abstractNumId w:val="330"/>
  </w:num>
  <w:num w:numId="421" w16cid:durableId="1115096593">
    <w:abstractNumId w:val="560"/>
  </w:num>
  <w:num w:numId="422" w16cid:durableId="247231088">
    <w:abstractNumId w:val="453"/>
  </w:num>
  <w:num w:numId="423" w16cid:durableId="1152255359">
    <w:abstractNumId w:val="530"/>
  </w:num>
  <w:num w:numId="424" w16cid:durableId="1492256724">
    <w:abstractNumId w:val="463"/>
  </w:num>
  <w:num w:numId="425" w16cid:durableId="889540783">
    <w:abstractNumId w:val="369"/>
  </w:num>
  <w:num w:numId="426" w16cid:durableId="416827585">
    <w:abstractNumId w:val="88"/>
  </w:num>
  <w:num w:numId="427" w16cid:durableId="314997596">
    <w:abstractNumId w:val="354"/>
  </w:num>
  <w:num w:numId="428" w16cid:durableId="50615493">
    <w:abstractNumId w:val="315"/>
  </w:num>
  <w:num w:numId="429" w16cid:durableId="747919295">
    <w:abstractNumId w:val="416"/>
  </w:num>
  <w:num w:numId="430" w16cid:durableId="463427144">
    <w:abstractNumId w:val="546"/>
  </w:num>
  <w:num w:numId="431" w16cid:durableId="585501287">
    <w:abstractNumId w:val="322"/>
  </w:num>
  <w:num w:numId="432" w16cid:durableId="347683465">
    <w:abstractNumId w:val="384"/>
  </w:num>
  <w:num w:numId="433" w16cid:durableId="1066418277">
    <w:abstractNumId w:val="408"/>
  </w:num>
  <w:num w:numId="434" w16cid:durableId="1515266981">
    <w:abstractNumId w:val="202"/>
  </w:num>
  <w:num w:numId="435" w16cid:durableId="803354520">
    <w:abstractNumId w:val="193"/>
  </w:num>
  <w:num w:numId="436" w16cid:durableId="442920767">
    <w:abstractNumId w:val="507"/>
  </w:num>
  <w:num w:numId="437" w16cid:durableId="1407610056">
    <w:abstractNumId w:val="124"/>
  </w:num>
  <w:num w:numId="438" w16cid:durableId="342823192">
    <w:abstractNumId w:val="562"/>
  </w:num>
  <w:num w:numId="439" w16cid:durableId="1983919784">
    <w:abstractNumId w:val="63"/>
  </w:num>
  <w:num w:numId="440" w16cid:durableId="773401155">
    <w:abstractNumId w:val="535"/>
  </w:num>
  <w:num w:numId="441" w16cid:durableId="7801504">
    <w:abstractNumId w:val="74"/>
  </w:num>
  <w:num w:numId="442" w16cid:durableId="209461583">
    <w:abstractNumId w:val="265"/>
  </w:num>
  <w:num w:numId="443" w16cid:durableId="1909195289">
    <w:abstractNumId w:val="56"/>
  </w:num>
  <w:num w:numId="444" w16cid:durableId="1705597962">
    <w:abstractNumId w:val="248"/>
  </w:num>
  <w:num w:numId="445" w16cid:durableId="1548297006">
    <w:abstractNumId w:val="294"/>
  </w:num>
  <w:num w:numId="446" w16cid:durableId="188762413">
    <w:abstractNumId w:val="310"/>
  </w:num>
  <w:num w:numId="447" w16cid:durableId="2083483912">
    <w:abstractNumId w:val="552"/>
  </w:num>
  <w:num w:numId="448" w16cid:durableId="1967226112">
    <w:abstractNumId w:val="79"/>
  </w:num>
  <w:num w:numId="449" w16cid:durableId="1281763401">
    <w:abstractNumId w:val="279"/>
  </w:num>
  <w:num w:numId="450" w16cid:durableId="88433525">
    <w:abstractNumId w:val="176"/>
  </w:num>
  <w:num w:numId="451" w16cid:durableId="1465149434">
    <w:abstractNumId w:val="378"/>
  </w:num>
  <w:num w:numId="452" w16cid:durableId="1514147773">
    <w:abstractNumId w:val="16"/>
  </w:num>
  <w:num w:numId="453" w16cid:durableId="1740974820">
    <w:abstractNumId w:val="52"/>
  </w:num>
  <w:num w:numId="454" w16cid:durableId="847140414">
    <w:abstractNumId w:val="134"/>
  </w:num>
  <w:num w:numId="455" w16cid:durableId="422839912">
    <w:abstractNumId w:val="328"/>
  </w:num>
  <w:num w:numId="456" w16cid:durableId="88546873">
    <w:abstractNumId w:val="497"/>
  </w:num>
  <w:num w:numId="457" w16cid:durableId="796607114">
    <w:abstractNumId w:val="178"/>
  </w:num>
  <w:num w:numId="458" w16cid:durableId="253366619">
    <w:abstractNumId w:val="438"/>
  </w:num>
  <w:num w:numId="459" w16cid:durableId="1603681491">
    <w:abstractNumId w:val="196"/>
  </w:num>
  <w:num w:numId="460" w16cid:durableId="464129319">
    <w:abstractNumId w:val="156"/>
  </w:num>
  <w:num w:numId="461" w16cid:durableId="1103456133">
    <w:abstractNumId w:val="260"/>
  </w:num>
  <w:num w:numId="462" w16cid:durableId="1619414643">
    <w:abstractNumId w:val="239"/>
  </w:num>
  <w:num w:numId="463" w16cid:durableId="44111080">
    <w:abstractNumId w:val="446"/>
  </w:num>
  <w:num w:numId="464" w16cid:durableId="1765103665">
    <w:abstractNumId w:val="287"/>
  </w:num>
  <w:num w:numId="465" w16cid:durableId="2098866169">
    <w:abstractNumId w:val="121"/>
  </w:num>
  <w:num w:numId="466" w16cid:durableId="1160150574">
    <w:abstractNumId w:val="233"/>
  </w:num>
  <w:num w:numId="467" w16cid:durableId="1778714780">
    <w:abstractNumId w:val="440"/>
  </w:num>
  <w:num w:numId="468" w16cid:durableId="216673754">
    <w:abstractNumId w:val="30"/>
  </w:num>
  <w:num w:numId="469" w16cid:durableId="1445658843">
    <w:abstractNumId w:val="321"/>
  </w:num>
  <w:num w:numId="470" w16cid:durableId="1805150249">
    <w:abstractNumId w:val="26"/>
  </w:num>
  <w:num w:numId="471" w16cid:durableId="685403189">
    <w:abstractNumId w:val="268"/>
  </w:num>
  <w:num w:numId="472" w16cid:durableId="1267156824">
    <w:abstractNumId w:val="541"/>
  </w:num>
  <w:num w:numId="473" w16cid:durableId="1246647157">
    <w:abstractNumId w:val="224"/>
  </w:num>
  <w:num w:numId="474" w16cid:durableId="557786563">
    <w:abstractNumId w:val="462"/>
  </w:num>
  <w:num w:numId="475" w16cid:durableId="1325819709">
    <w:abstractNumId w:val="87"/>
  </w:num>
  <w:num w:numId="476" w16cid:durableId="736321493">
    <w:abstractNumId w:val="329"/>
  </w:num>
  <w:num w:numId="477" w16cid:durableId="2079208979">
    <w:abstractNumId w:val="208"/>
  </w:num>
  <w:num w:numId="478" w16cid:durableId="1942251886">
    <w:abstractNumId w:val="218"/>
  </w:num>
  <w:num w:numId="479" w16cid:durableId="610403522">
    <w:abstractNumId w:val="404"/>
  </w:num>
  <w:num w:numId="480" w16cid:durableId="1922829179">
    <w:abstractNumId w:val="200"/>
  </w:num>
  <w:num w:numId="481" w16cid:durableId="530462383">
    <w:abstractNumId w:val="503"/>
  </w:num>
  <w:num w:numId="482" w16cid:durableId="920791315">
    <w:abstractNumId w:val="103"/>
  </w:num>
  <w:num w:numId="483" w16cid:durableId="2107917683">
    <w:abstractNumId w:val="525"/>
  </w:num>
  <w:num w:numId="484" w16cid:durableId="820119048">
    <w:abstractNumId w:val="130"/>
  </w:num>
  <w:num w:numId="485" w16cid:durableId="1716005103">
    <w:abstractNumId w:val="567"/>
  </w:num>
  <w:num w:numId="486" w16cid:durableId="1736313171">
    <w:abstractNumId w:val="58"/>
  </w:num>
  <w:num w:numId="487" w16cid:durableId="194005000">
    <w:abstractNumId w:val="487"/>
  </w:num>
  <w:num w:numId="488" w16cid:durableId="138620392">
    <w:abstractNumId w:val="91"/>
  </w:num>
  <w:num w:numId="489" w16cid:durableId="498692995">
    <w:abstractNumId w:val="467"/>
  </w:num>
  <w:num w:numId="490" w16cid:durableId="691032604">
    <w:abstractNumId w:val="285"/>
  </w:num>
  <w:num w:numId="491" w16cid:durableId="123042007">
    <w:abstractNumId w:val="281"/>
  </w:num>
  <w:num w:numId="492" w16cid:durableId="905722413">
    <w:abstractNumId w:val="167"/>
  </w:num>
  <w:num w:numId="493" w16cid:durableId="1016152191">
    <w:abstractNumId w:val="137"/>
  </w:num>
  <w:num w:numId="494" w16cid:durableId="1561748496">
    <w:abstractNumId w:val="542"/>
  </w:num>
  <w:num w:numId="495" w16cid:durableId="172301651">
    <w:abstractNumId w:val="149"/>
  </w:num>
  <w:num w:numId="496" w16cid:durableId="1095634308">
    <w:abstractNumId w:val="185"/>
  </w:num>
  <w:num w:numId="497" w16cid:durableId="1229609617">
    <w:abstractNumId w:val="226"/>
  </w:num>
  <w:num w:numId="498" w16cid:durableId="10492395">
    <w:abstractNumId w:val="197"/>
  </w:num>
  <w:num w:numId="499" w16cid:durableId="1167327681">
    <w:abstractNumId w:val="67"/>
  </w:num>
  <w:num w:numId="500" w16cid:durableId="2072774335">
    <w:abstractNumId w:val="138"/>
  </w:num>
  <w:num w:numId="501" w16cid:durableId="1629043151">
    <w:abstractNumId w:val="540"/>
  </w:num>
  <w:num w:numId="502" w16cid:durableId="1182430520">
    <w:abstractNumId w:val="47"/>
  </w:num>
  <w:num w:numId="503" w16cid:durableId="1720322987">
    <w:abstractNumId w:val="319"/>
  </w:num>
  <w:num w:numId="504" w16cid:durableId="202835409">
    <w:abstractNumId w:val="381"/>
  </w:num>
  <w:num w:numId="505" w16cid:durableId="584459259">
    <w:abstractNumId w:val="326"/>
  </w:num>
  <w:num w:numId="506" w16cid:durableId="1945184932">
    <w:abstractNumId w:val="25"/>
  </w:num>
  <w:num w:numId="507" w16cid:durableId="1928685487">
    <w:abstractNumId w:val="353"/>
  </w:num>
  <w:num w:numId="508" w16cid:durableId="1928266787">
    <w:abstractNumId w:val="28"/>
  </w:num>
  <w:num w:numId="509" w16cid:durableId="1335499163">
    <w:abstractNumId w:val="512"/>
  </w:num>
  <w:num w:numId="510" w16cid:durableId="1163857291">
    <w:abstractNumId w:val="536"/>
  </w:num>
  <w:num w:numId="511" w16cid:durableId="832456180">
    <w:abstractNumId w:val="333"/>
  </w:num>
  <w:num w:numId="512" w16cid:durableId="855773544">
    <w:abstractNumId w:val="461"/>
  </w:num>
  <w:num w:numId="513" w16cid:durableId="1009017182">
    <w:abstractNumId w:val="558"/>
  </w:num>
  <w:num w:numId="514" w16cid:durableId="1398741975">
    <w:abstractNumId w:val="496"/>
  </w:num>
  <w:num w:numId="515" w16cid:durableId="114563677">
    <w:abstractNumId w:val="243"/>
  </w:num>
  <w:num w:numId="516" w16cid:durableId="1414204281">
    <w:abstractNumId w:val="141"/>
  </w:num>
  <w:num w:numId="517" w16cid:durableId="478109134">
    <w:abstractNumId w:val="364"/>
  </w:num>
  <w:num w:numId="518" w16cid:durableId="516890872">
    <w:abstractNumId w:val="471"/>
  </w:num>
  <w:num w:numId="519" w16cid:durableId="1701398632">
    <w:abstractNumId w:val="75"/>
  </w:num>
  <w:num w:numId="520" w16cid:durableId="1980918690">
    <w:abstractNumId w:val="45"/>
  </w:num>
  <w:num w:numId="521" w16cid:durableId="676924675">
    <w:abstractNumId w:val="481"/>
  </w:num>
  <w:num w:numId="522" w16cid:durableId="191378369">
    <w:abstractNumId w:val="65"/>
  </w:num>
  <w:num w:numId="523" w16cid:durableId="1794639618">
    <w:abstractNumId w:val="160"/>
  </w:num>
  <w:num w:numId="524" w16cid:durableId="1282030180">
    <w:abstractNumId w:val="543"/>
  </w:num>
  <w:num w:numId="525" w16cid:durableId="1124159181">
    <w:abstractNumId w:val="277"/>
  </w:num>
  <w:num w:numId="526" w16cid:durableId="650911053">
    <w:abstractNumId w:val="357"/>
  </w:num>
  <w:num w:numId="527" w16cid:durableId="1346249261">
    <w:abstractNumId w:val="341"/>
  </w:num>
  <w:num w:numId="528" w16cid:durableId="1305967238">
    <w:abstractNumId w:val="289"/>
  </w:num>
  <w:num w:numId="529" w16cid:durableId="933132886">
    <w:abstractNumId w:val="241"/>
  </w:num>
  <w:num w:numId="530" w16cid:durableId="1780294807">
    <w:abstractNumId w:val="184"/>
  </w:num>
  <w:num w:numId="531" w16cid:durableId="410080682">
    <w:abstractNumId w:val="424"/>
  </w:num>
  <w:num w:numId="532" w16cid:durableId="1647512285">
    <w:abstractNumId w:val="198"/>
  </w:num>
  <w:num w:numId="533" w16cid:durableId="1363359078">
    <w:abstractNumId w:val="31"/>
  </w:num>
  <w:num w:numId="534" w16cid:durableId="1861771258">
    <w:abstractNumId w:val="231"/>
  </w:num>
  <w:num w:numId="535" w16cid:durableId="1444838343">
    <w:abstractNumId w:val="317"/>
  </w:num>
  <w:num w:numId="536" w16cid:durableId="1889955767">
    <w:abstractNumId w:val="320"/>
  </w:num>
  <w:num w:numId="537" w16cid:durableId="1703818152">
    <w:abstractNumId w:val="22"/>
  </w:num>
  <w:num w:numId="538" w16cid:durableId="1904559131">
    <w:abstractNumId w:val="480"/>
  </w:num>
  <w:num w:numId="539" w16cid:durableId="1940524845">
    <w:abstractNumId w:val="68"/>
  </w:num>
  <w:num w:numId="540" w16cid:durableId="2016152862">
    <w:abstractNumId w:val="443"/>
  </w:num>
  <w:num w:numId="541" w16cid:durableId="1942911117">
    <w:abstractNumId w:val="421"/>
  </w:num>
  <w:num w:numId="542" w16cid:durableId="1734739879">
    <w:abstractNumId w:val="557"/>
  </w:num>
  <w:num w:numId="543" w16cid:durableId="744648319">
    <w:abstractNumId w:val="249"/>
  </w:num>
  <w:num w:numId="544" w16cid:durableId="363018934">
    <w:abstractNumId w:val="478"/>
  </w:num>
  <w:num w:numId="545" w16cid:durableId="835806445">
    <w:abstractNumId w:val="126"/>
  </w:num>
  <w:num w:numId="546" w16cid:durableId="1190219370">
    <w:abstractNumId w:val="107"/>
  </w:num>
  <w:num w:numId="547" w16cid:durableId="495651364">
    <w:abstractNumId w:val="553"/>
  </w:num>
  <w:num w:numId="548" w16cid:durableId="1340741466">
    <w:abstractNumId w:val="214"/>
  </w:num>
  <w:num w:numId="549" w16cid:durableId="1329165959">
    <w:abstractNumId w:val="230"/>
  </w:num>
  <w:num w:numId="550" w16cid:durableId="160120857">
    <w:abstractNumId w:val="547"/>
  </w:num>
  <w:num w:numId="551" w16cid:durableId="910118526">
    <w:abstractNumId w:val="314"/>
  </w:num>
  <w:num w:numId="552" w16cid:durableId="1087843243">
    <w:abstractNumId w:val="505"/>
  </w:num>
  <w:num w:numId="553" w16cid:durableId="1940138451">
    <w:abstractNumId w:val="303"/>
  </w:num>
  <w:num w:numId="554" w16cid:durableId="963193886">
    <w:abstractNumId w:val="276"/>
  </w:num>
  <w:num w:numId="555" w16cid:durableId="950629533">
    <w:abstractNumId w:val="302"/>
  </w:num>
  <w:num w:numId="556" w16cid:durableId="542599507">
    <w:abstractNumId w:val="48"/>
  </w:num>
  <w:num w:numId="557" w16cid:durableId="355082180">
    <w:abstractNumId w:val="420"/>
  </w:num>
  <w:num w:numId="558" w16cid:durableId="1466049197">
    <w:abstractNumId w:val="161"/>
  </w:num>
  <w:num w:numId="559" w16cid:durableId="478231628">
    <w:abstractNumId w:val="528"/>
  </w:num>
  <w:num w:numId="560" w16cid:durableId="594826506">
    <w:abstractNumId w:val="10"/>
  </w:num>
  <w:num w:numId="561" w16cid:durableId="832066566">
    <w:abstractNumId w:val="180"/>
  </w:num>
  <w:num w:numId="562" w16cid:durableId="2068411653">
    <w:abstractNumId w:val="204"/>
  </w:num>
  <w:num w:numId="563" w16cid:durableId="1239947047">
    <w:abstractNumId w:val="152"/>
  </w:num>
  <w:num w:numId="564" w16cid:durableId="497624536">
    <w:abstractNumId w:val="62"/>
  </w:num>
  <w:num w:numId="565" w16cid:durableId="2099793291">
    <w:abstractNumId w:val="70"/>
  </w:num>
  <w:num w:numId="566" w16cid:durableId="438574171">
    <w:abstractNumId w:val="13"/>
  </w:num>
  <w:num w:numId="567" w16cid:durableId="153034697">
    <w:abstractNumId w:val="90"/>
  </w:num>
  <w:num w:numId="568" w16cid:durableId="1989674657">
    <w:abstractNumId w:val="72"/>
  </w:num>
  <w:num w:numId="569" w16cid:durableId="1658145961">
    <w:abstractNumId w:val="122"/>
  </w:num>
  <w:num w:numId="570" w16cid:durableId="486554973">
    <w:abstractNumId w:val="270"/>
  </w:num>
  <w:num w:numId="571" w16cid:durableId="1596089067">
    <w:abstractNumId w:val="434"/>
  </w:num>
  <w:num w:numId="572" w16cid:durableId="1508716170">
    <w:abstractNumId w:val="82"/>
  </w:num>
  <w:num w:numId="573" w16cid:durableId="1480686561">
    <w:abstractNumId w:val="12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EF"/>
    <w:rsid w:val="000717EC"/>
    <w:rsid w:val="000A5A16"/>
    <w:rsid w:val="000B5525"/>
    <w:rsid w:val="000C34C5"/>
    <w:rsid w:val="0015074B"/>
    <w:rsid w:val="001911B2"/>
    <w:rsid w:val="00196ADD"/>
    <w:rsid w:val="001A1491"/>
    <w:rsid w:val="001B758C"/>
    <w:rsid w:val="001B7B75"/>
    <w:rsid w:val="001F15CE"/>
    <w:rsid w:val="00231854"/>
    <w:rsid w:val="0029639D"/>
    <w:rsid w:val="00296809"/>
    <w:rsid w:val="00302F17"/>
    <w:rsid w:val="00304504"/>
    <w:rsid w:val="003166B8"/>
    <w:rsid w:val="00326F90"/>
    <w:rsid w:val="0036524C"/>
    <w:rsid w:val="00372D00"/>
    <w:rsid w:val="003B72FB"/>
    <w:rsid w:val="003D72AA"/>
    <w:rsid w:val="003E014C"/>
    <w:rsid w:val="003F0D13"/>
    <w:rsid w:val="00407B29"/>
    <w:rsid w:val="00464E12"/>
    <w:rsid w:val="00473117"/>
    <w:rsid w:val="00474602"/>
    <w:rsid w:val="004A2C89"/>
    <w:rsid w:val="004B6338"/>
    <w:rsid w:val="00502ED7"/>
    <w:rsid w:val="00511565"/>
    <w:rsid w:val="00537AF1"/>
    <w:rsid w:val="00550316"/>
    <w:rsid w:val="0056162B"/>
    <w:rsid w:val="00561901"/>
    <w:rsid w:val="00562A90"/>
    <w:rsid w:val="005960D7"/>
    <w:rsid w:val="005A03C2"/>
    <w:rsid w:val="005B698A"/>
    <w:rsid w:val="005C1CDD"/>
    <w:rsid w:val="005C3E51"/>
    <w:rsid w:val="005C7EE4"/>
    <w:rsid w:val="005E5414"/>
    <w:rsid w:val="005F4B6F"/>
    <w:rsid w:val="0060278C"/>
    <w:rsid w:val="00676280"/>
    <w:rsid w:val="0070057D"/>
    <w:rsid w:val="00714557"/>
    <w:rsid w:val="00732483"/>
    <w:rsid w:val="00733C3D"/>
    <w:rsid w:val="00751E29"/>
    <w:rsid w:val="007579A7"/>
    <w:rsid w:val="00767D30"/>
    <w:rsid w:val="007A648F"/>
    <w:rsid w:val="007D36AF"/>
    <w:rsid w:val="007E1E4C"/>
    <w:rsid w:val="007E3814"/>
    <w:rsid w:val="007F22FD"/>
    <w:rsid w:val="007F59CF"/>
    <w:rsid w:val="00834F2A"/>
    <w:rsid w:val="00854CDA"/>
    <w:rsid w:val="008625A3"/>
    <w:rsid w:val="00877212"/>
    <w:rsid w:val="008F30D8"/>
    <w:rsid w:val="00906869"/>
    <w:rsid w:val="009572F3"/>
    <w:rsid w:val="00976FAF"/>
    <w:rsid w:val="0098329C"/>
    <w:rsid w:val="00996587"/>
    <w:rsid w:val="009A3A27"/>
    <w:rsid w:val="009C62E1"/>
    <w:rsid w:val="009E3E1E"/>
    <w:rsid w:val="00A06C17"/>
    <w:rsid w:val="00A81038"/>
    <w:rsid w:val="00AA0F4D"/>
    <w:rsid w:val="00AA1D8D"/>
    <w:rsid w:val="00AA3BBD"/>
    <w:rsid w:val="00AB1699"/>
    <w:rsid w:val="00AC2F71"/>
    <w:rsid w:val="00AE1DC6"/>
    <w:rsid w:val="00AE5723"/>
    <w:rsid w:val="00B13D83"/>
    <w:rsid w:val="00B160E3"/>
    <w:rsid w:val="00B47730"/>
    <w:rsid w:val="00B7203F"/>
    <w:rsid w:val="00B74EDB"/>
    <w:rsid w:val="00B9129F"/>
    <w:rsid w:val="00BF6E83"/>
    <w:rsid w:val="00CB0664"/>
    <w:rsid w:val="00CC2D8B"/>
    <w:rsid w:val="00CC5AF9"/>
    <w:rsid w:val="00CE2518"/>
    <w:rsid w:val="00CE6EA4"/>
    <w:rsid w:val="00D021FF"/>
    <w:rsid w:val="00D057F6"/>
    <w:rsid w:val="00D108F2"/>
    <w:rsid w:val="00D52AA0"/>
    <w:rsid w:val="00D745C5"/>
    <w:rsid w:val="00DA7FAB"/>
    <w:rsid w:val="00DD3B68"/>
    <w:rsid w:val="00DD4487"/>
    <w:rsid w:val="00E02D33"/>
    <w:rsid w:val="00E07398"/>
    <w:rsid w:val="00E12B42"/>
    <w:rsid w:val="00E16F26"/>
    <w:rsid w:val="00E3151E"/>
    <w:rsid w:val="00E54AD5"/>
    <w:rsid w:val="00E57E6D"/>
    <w:rsid w:val="00E9076A"/>
    <w:rsid w:val="00EA141F"/>
    <w:rsid w:val="00EA24BC"/>
    <w:rsid w:val="00EE27CA"/>
    <w:rsid w:val="00F9264A"/>
    <w:rsid w:val="00F95AF1"/>
    <w:rsid w:val="00FC693F"/>
    <w:rsid w:val="00FF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4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dq2pgselectionanchorcontainer">
    <w:name w:val="pdq2pg_selectionanchorcontainer"/>
    <w:basedOn w:val="Normal"/>
    <w:rsid w:val="005F4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5C7EE4"/>
    <w:pPr>
      <w:spacing w:after="100"/>
      <w:ind w:left="220"/>
    </w:pPr>
  </w:style>
  <w:style w:type="paragraph" w:styleId="TOC1">
    <w:name w:val="toc 1"/>
    <w:basedOn w:val="Normal"/>
    <w:next w:val="Normal"/>
    <w:autoRedefine/>
    <w:uiPriority w:val="39"/>
    <w:unhideWhenUsed/>
    <w:rsid w:val="005C7EE4"/>
    <w:pPr>
      <w:spacing w:after="100"/>
    </w:pPr>
  </w:style>
  <w:style w:type="paragraph" w:styleId="TOC3">
    <w:name w:val="toc 3"/>
    <w:basedOn w:val="Normal"/>
    <w:next w:val="Normal"/>
    <w:autoRedefine/>
    <w:uiPriority w:val="39"/>
    <w:unhideWhenUsed/>
    <w:rsid w:val="005C7EE4"/>
    <w:pPr>
      <w:spacing w:after="100" w:line="278" w:lineRule="auto"/>
      <w:ind w:left="480"/>
    </w:pPr>
    <w:rPr>
      <w:kern w:val="2"/>
      <w:sz w:val="24"/>
      <w:szCs w:val="24"/>
      <w:lang w:val="en-GB" w:eastAsia="en-GB"/>
      <w14:ligatures w14:val="standardContextual"/>
    </w:rPr>
  </w:style>
  <w:style w:type="paragraph" w:styleId="TOC4">
    <w:name w:val="toc 4"/>
    <w:basedOn w:val="Normal"/>
    <w:next w:val="Normal"/>
    <w:autoRedefine/>
    <w:uiPriority w:val="39"/>
    <w:unhideWhenUsed/>
    <w:rsid w:val="005C7EE4"/>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5C7EE4"/>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5C7EE4"/>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5C7EE4"/>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5C7EE4"/>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5C7EE4"/>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5C7EE4"/>
    <w:rPr>
      <w:color w:val="0000FF" w:themeColor="hyperlink"/>
      <w:u w:val="single"/>
    </w:rPr>
  </w:style>
  <w:style w:type="character" w:styleId="UnresolvedMention">
    <w:name w:val="Unresolved Mention"/>
    <w:basedOn w:val="DefaultParagraphFont"/>
    <w:uiPriority w:val="99"/>
    <w:semiHidden/>
    <w:unhideWhenUsed/>
    <w:rsid w:val="005C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244249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16003743">
      <w:bodyDiv w:val="1"/>
      <w:marLeft w:val="0"/>
      <w:marRight w:val="0"/>
      <w:marTop w:val="0"/>
      <w:marBottom w:val="0"/>
      <w:divBdr>
        <w:top w:val="none" w:sz="0" w:space="0" w:color="auto"/>
        <w:left w:val="none" w:sz="0" w:space="0" w:color="auto"/>
        <w:bottom w:val="none" w:sz="0" w:space="0" w:color="auto"/>
        <w:right w:val="none" w:sz="0" w:space="0" w:color="auto"/>
      </w:divBdr>
    </w:div>
    <w:div w:id="19205710">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21824415">
      <w:bodyDiv w:val="1"/>
      <w:marLeft w:val="0"/>
      <w:marRight w:val="0"/>
      <w:marTop w:val="0"/>
      <w:marBottom w:val="0"/>
      <w:divBdr>
        <w:top w:val="none" w:sz="0" w:space="0" w:color="auto"/>
        <w:left w:val="none" w:sz="0" w:space="0" w:color="auto"/>
        <w:bottom w:val="none" w:sz="0" w:space="0" w:color="auto"/>
        <w:right w:val="none" w:sz="0" w:space="0" w:color="auto"/>
      </w:divBdr>
      <w:divsChild>
        <w:div w:id="505217164">
          <w:marLeft w:val="0"/>
          <w:marRight w:val="0"/>
          <w:marTop w:val="0"/>
          <w:marBottom w:val="0"/>
          <w:divBdr>
            <w:top w:val="none" w:sz="0" w:space="0" w:color="auto"/>
            <w:left w:val="none" w:sz="0" w:space="0" w:color="auto"/>
            <w:bottom w:val="none" w:sz="0" w:space="0" w:color="auto"/>
            <w:right w:val="none" w:sz="0" w:space="0" w:color="auto"/>
          </w:divBdr>
          <w:divsChild>
            <w:div w:id="11924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5701">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33583059">
      <w:bodyDiv w:val="1"/>
      <w:marLeft w:val="0"/>
      <w:marRight w:val="0"/>
      <w:marTop w:val="0"/>
      <w:marBottom w:val="0"/>
      <w:divBdr>
        <w:top w:val="none" w:sz="0" w:space="0" w:color="auto"/>
        <w:left w:val="none" w:sz="0" w:space="0" w:color="auto"/>
        <w:bottom w:val="none" w:sz="0" w:space="0" w:color="auto"/>
        <w:right w:val="none" w:sz="0" w:space="0" w:color="auto"/>
      </w:divBdr>
    </w:div>
    <w:div w:id="46683823">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61028072">
      <w:bodyDiv w:val="1"/>
      <w:marLeft w:val="0"/>
      <w:marRight w:val="0"/>
      <w:marTop w:val="0"/>
      <w:marBottom w:val="0"/>
      <w:divBdr>
        <w:top w:val="none" w:sz="0" w:space="0" w:color="auto"/>
        <w:left w:val="none" w:sz="0" w:space="0" w:color="auto"/>
        <w:bottom w:val="none" w:sz="0" w:space="0" w:color="auto"/>
        <w:right w:val="none" w:sz="0" w:space="0" w:color="auto"/>
      </w:divBdr>
    </w:div>
    <w:div w:id="77218544">
      <w:bodyDiv w:val="1"/>
      <w:marLeft w:val="0"/>
      <w:marRight w:val="0"/>
      <w:marTop w:val="0"/>
      <w:marBottom w:val="0"/>
      <w:divBdr>
        <w:top w:val="none" w:sz="0" w:space="0" w:color="auto"/>
        <w:left w:val="none" w:sz="0" w:space="0" w:color="auto"/>
        <w:bottom w:val="none" w:sz="0" w:space="0" w:color="auto"/>
        <w:right w:val="none" w:sz="0" w:space="0" w:color="auto"/>
      </w:divBdr>
    </w:div>
    <w:div w:id="77530368">
      <w:bodyDiv w:val="1"/>
      <w:marLeft w:val="0"/>
      <w:marRight w:val="0"/>
      <w:marTop w:val="0"/>
      <w:marBottom w:val="0"/>
      <w:divBdr>
        <w:top w:val="none" w:sz="0" w:space="0" w:color="auto"/>
        <w:left w:val="none" w:sz="0" w:space="0" w:color="auto"/>
        <w:bottom w:val="none" w:sz="0" w:space="0" w:color="auto"/>
        <w:right w:val="none" w:sz="0" w:space="0" w:color="auto"/>
      </w:divBdr>
    </w:div>
    <w:div w:id="82381787">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200913">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96756022">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01653173">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19039361">
      <w:bodyDiv w:val="1"/>
      <w:marLeft w:val="0"/>
      <w:marRight w:val="0"/>
      <w:marTop w:val="0"/>
      <w:marBottom w:val="0"/>
      <w:divBdr>
        <w:top w:val="none" w:sz="0" w:space="0" w:color="auto"/>
        <w:left w:val="none" w:sz="0" w:space="0" w:color="auto"/>
        <w:bottom w:val="none" w:sz="0" w:space="0" w:color="auto"/>
        <w:right w:val="none" w:sz="0" w:space="0" w:color="auto"/>
      </w:divBdr>
    </w:div>
    <w:div w:id="123818482">
      <w:bodyDiv w:val="1"/>
      <w:marLeft w:val="0"/>
      <w:marRight w:val="0"/>
      <w:marTop w:val="0"/>
      <w:marBottom w:val="0"/>
      <w:divBdr>
        <w:top w:val="none" w:sz="0" w:space="0" w:color="auto"/>
        <w:left w:val="none" w:sz="0" w:space="0" w:color="auto"/>
        <w:bottom w:val="none" w:sz="0" w:space="0" w:color="auto"/>
        <w:right w:val="none" w:sz="0" w:space="0" w:color="auto"/>
      </w:divBdr>
    </w:div>
    <w:div w:id="128523952">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30560863">
      <w:bodyDiv w:val="1"/>
      <w:marLeft w:val="0"/>
      <w:marRight w:val="0"/>
      <w:marTop w:val="0"/>
      <w:marBottom w:val="0"/>
      <w:divBdr>
        <w:top w:val="none" w:sz="0" w:space="0" w:color="auto"/>
        <w:left w:val="none" w:sz="0" w:space="0" w:color="auto"/>
        <w:bottom w:val="none" w:sz="0" w:space="0" w:color="auto"/>
        <w:right w:val="none" w:sz="0" w:space="0" w:color="auto"/>
      </w:divBdr>
    </w:div>
    <w:div w:id="132411994">
      <w:bodyDiv w:val="1"/>
      <w:marLeft w:val="0"/>
      <w:marRight w:val="0"/>
      <w:marTop w:val="0"/>
      <w:marBottom w:val="0"/>
      <w:divBdr>
        <w:top w:val="none" w:sz="0" w:space="0" w:color="auto"/>
        <w:left w:val="none" w:sz="0" w:space="0" w:color="auto"/>
        <w:bottom w:val="none" w:sz="0" w:space="0" w:color="auto"/>
        <w:right w:val="none" w:sz="0" w:space="0" w:color="auto"/>
      </w:divBdr>
    </w:div>
    <w:div w:id="137721773">
      <w:bodyDiv w:val="1"/>
      <w:marLeft w:val="0"/>
      <w:marRight w:val="0"/>
      <w:marTop w:val="0"/>
      <w:marBottom w:val="0"/>
      <w:divBdr>
        <w:top w:val="none" w:sz="0" w:space="0" w:color="auto"/>
        <w:left w:val="none" w:sz="0" w:space="0" w:color="auto"/>
        <w:bottom w:val="none" w:sz="0" w:space="0" w:color="auto"/>
        <w:right w:val="none" w:sz="0" w:space="0" w:color="auto"/>
      </w:divBdr>
    </w:div>
    <w:div w:id="138695712">
      <w:bodyDiv w:val="1"/>
      <w:marLeft w:val="0"/>
      <w:marRight w:val="0"/>
      <w:marTop w:val="0"/>
      <w:marBottom w:val="0"/>
      <w:divBdr>
        <w:top w:val="none" w:sz="0" w:space="0" w:color="auto"/>
        <w:left w:val="none" w:sz="0" w:space="0" w:color="auto"/>
        <w:bottom w:val="none" w:sz="0" w:space="0" w:color="auto"/>
        <w:right w:val="none" w:sz="0" w:space="0" w:color="auto"/>
      </w:divBdr>
    </w:div>
    <w:div w:id="138810509">
      <w:bodyDiv w:val="1"/>
      <w:marLeft w:val="0"/>
      <w:marRight w:val="0"/>
      <w:marTop w:val="0"/>
      <w:marBottom w:val="0"/>
      <w:divBdr>
        <w:top w:val="none" w:sz="0" w:space="0" w:color="auto"/>
        <w:left w:val="none" w:sz="0" w:space="0" w:color="auto"/>
        <w:bottom w:val="none" w:sz="0" w:space="0" w:color="auto"/>
        <w:right w:val="none" w:sz="0" w:space="0" w:color="auto"/>
      </w:divBdr>
    </w:div>
    <w:div w:id="145829418">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56390064">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208948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70681168">
      <w:bodyDiv w:val="1"/>
      <w:marLeft w:val="0"/>
      <w:marRight w:val="0"/>
      <w:marTop w:val="0"/>
      <w:marBottom w:val="0"/>
      <w:divBdr>
        <w:top w:val="none" w:sz="0" w:space="0" w:color="auto"/>
        <w:left w:val="none" w:sz="0" w:space="0" w:color="auto"/>
        <w:bottom w:val="none" w:sz="0" w:space="0" w:color="auto"/>
        <w:right w:val="none" w:sz="0" w:space="0" w:color="auto"/>
      </w:divBdr>
    </w:div>
    <w:div w:id="196084348">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198904868">
      <w:bodyDiv w:val="1"/>
      <w:marLeft w:val="0"/>
      <w:marRight w:val="0"/>
      <w:marTop w:val="0"/>
      <w:marBottom w:val="0"/>
      <w:divBdr>
        <w:top w:val="none" w:sz="0" w:space="0" w:color="auto"/>
        <w:left w:val="none" w:sz="0" w:space="0" w:color="auto"/>
        <w:bottom w:val="none" w:sz="0" w:space="0" w:color="auto"/>
        <w:right w:val="none" w:sz="0" w:space="0" w:color="auto"/>
      </w:divBdr>
    </w:div>
    <w:div w:id="204102373">
      <w:bodyDiv w:val="1"/>
      <w:marLeft w:val="0"/>
      <w:marRight w:val="0"/>
      <w:marTop w:val="0"/>
      <w:marBottom w:val="0"/>
      <w:divBdr>
        <w:top w:val="none" w:sz="0" w:space="0" w:color="auto"/>
        <w:left w:val="none" w:sz="0" w:space="0" w:color="auto"/>
        <w:bottom w:val="none" w:sz="0" w:space="0" w:color="auto"/>
        <w:right w:val="none" w:sz="0" w:space="0" w:color="auto"/>
      </w:divBdr>
    </w:div>
    <w:div w:id="207109885">
      <w:bodyDiv w:val="1"/>
      <w:marLeft w:val="0"/>
      <w:marRight w:val="0"/>
      <w:marTop w:val="0"/>
      <w:marBottom w:val="0"/>
      <w:divBdr>
        <w:top w:val="none" w:sz="0" w:space="0" w:color="auto"/>
        <w:left w:val="none" w:sz="0" w:space="0" w:color="auto"/>
        <w:bottom w:val="none" w:sz="0" w:space="0" w:color="auto"/>
        <w:right w:val="none" w:sz="0" w:space="0" w:color="auto"/>
      </w:divBdr>
    </w:div>
    <w:div w:id="208811662">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24464">
      <w:bodyDiv w:val="1"/>
      <w:marLeft w:val="0"/>
      <w:marRight w:val="0"/>
      <w:marTop w:val="0"/>
      <w:marBottom w:val="0"/>
      <w:divBdr>
        <w:top w:val="none" w:sz="0" w:space="0" w:color="auto"/>
        <w:left w:val="none" w:sz="0" w:space="0" w:color="auto"/>
        <w:bottom w:val="none" w:sz="0" w:space="0" w:color="auto"/>
        <w:right w:val="none" w:sz="0" w:space="0" w:color="auto"/>
      </w:divBdr>
    </w:div>
    <w:div w:id="225997933">
      <w:bodyDiv w:val="1"/>
      <w:marLeft w:val="0"/>
      <w:marRight w:val="0"/>
      <w:marTop w:val="0"/>
      <w:marBottom w:val="0"/>
      <w:divBdr>
        <w:top w:val="none" w:sz="0" w:space="0" w:color="auto"/>
        <w:left w:val="none" w:sz="0" w:space="0" w:color="auto"/>
        <w:bottom w:val="none" w:sz="0" w:space="0" w:color="auto"/>
        <w:right w:val="none" w:sz="0" w:space="0" w:color="auto"/>
      </w:divBdr>
    </w:div>
    <w:div w:id="228731539">
      <w:bodyDiv w:val="1"/>
      <w:marLeft w:val="0"/>
      <w:marRight w:val="0"/>
      <w:marTop w:val="0"/>
      <w:marBottom w:val="0"/>
      <w:divBdr>
        <w:top w:val="none" w:sz="0" w:space="0" w:color="auto"/>
        <w:left w:val="none" w:sz="0" w:space="0" w:color="auto"/>
        <w:bottom w:val="none" w:sz="0" w:space="0" w:color="auto"/>
        <w:right w:val="none" w:sz="0" w:space="0" w:color="auto"/>
      </w:divBdr>
    </w:div>
    <w:div w:id="229537345">
      <w:bodyDiv w:val="1"/>
      <w:marLeft w:val="0"/>
      <w:marRight w:val="0"/>
      <w:marTop w:val="0"/>
      <w:marBottom w:val="0"/>
      <w:divBdr>
        <w:top w:val="none" w:sz="0" w:space="0" w:color="auto"/>
        <w:left w:val="none" w:sz="0" w:space="0" w:color="auto"/>
        <w:bottom w:val="none" w:sz="0" w:space="0" w:color="auto"/>
        <w:right w:val="none" w:sz="0" w:space="0" w:color="auto"/>
      </w:divBdr>
    </w:div>
    <w:div w:id="234126475">
      <w:bodyDiv w:val="1"/>
      <w:marLeft w:val="0"/>
      <w:marRight w:val="0"/>
      <w:marTop w:val="0"/>
      <w:marBottom w:val="0"/>
      <w:divBdr>
        <w:top w:val="none" w:sz="0" w:space="0" w:color="auto"/>
        <w:left w:val="none" w:sz="0" w:space="0" w:color="auto"/>
        <w:bottom w:val="none" w:sz="0" w:space="0" w:color="auto"/>
        <w:right w:val="none" w:sz="0" w:space="0" w:color="auto"/>
      </w:divBdr>
    </w:div>
    <w:div w:id="235407733">
      <w:bodyDiv w:val="1"/>
      <w:marLeft w:val="0"/>
      <w:marRight w:val="0"/>
      <w:marTop w:val="0"/>
      <w:marBottom w:val="0"/>
      <w:divBdr>
        <w:top w:val="none" w:sz="0" w:space="0" w:color="auto"/>
        <w:left w:val="none" w:sz="0" w:space="0" w:color="auto"/>
        <w:bottom w:val="none" w:sz="0" w:space="0" w:color="auto"/>
        <w:right w:val="none" w:sz="0" w:space="0" w:color="auto"/>
      </w:divBdr>
    </w:div>
    <w:div w:id="245462818">
      <w:bodyDiv w:val="1"/>
      <w:marLeft w:val="0"/>
      <w:marRight w:val="0"/>
      <w:marTop w:val="0"/>
      <w:marBottom w:val="0"/>
      <w:divBdr>
        <w:top w:val="none" w:sz="0" w:space="0" w:color="auto"/>
        <w:left w:val="none" w:sz="0" w:space="0" w:color="auto"/>
        <w:bottom w:val="none" w:sz="0" w:space="0" w:color="auto"/>
        <w:right w:val="none" w:sz="0" w:space="0" w:color="auto"/>
      </w:divBdr>
    </w:div>
    <w:div w:id="268123854">
      <w:bodyDiv w:val="1"/>
      <w:marLeft w:val="0"/>
      <w:marRight w:val="0"/>
      <w:marTop w:val="0"/>
      <w:marBottom w:val="0"/>
      <w:divBdr>
        <w:top w:val="none" w:sz="0" w:space="0" w:color="auto"/>
        <w:left w:val="none" w:sz="0" w:space="0" w:color="auto"/>
        <w:bottom w:val="none" w:sz="0" w:space="0" w:color="auto"/>
        <w:right w:val="none" w:sz="0" w:space="0" w:color="auto"/>
      </w:divBdr>
    </w:div>
    <w:div w:id="281771056">
      <w:bodyDiv w:val="1"/>
      <w:marLeft w:val="0"/>
      <w:marRight w:val="0"/>
      <w:marTop w:val="0"/>
      <w:marBottom w:val="0"/>
      <w:divBdr>
        <w:top w:val="none" w:sz="0" w:space="0" w:color="auto"/>
        <w:left w:val="none" w:sz="0" w:space="0" w:color="auto"/>
        <w:bottom w:val="none" w:sz="0" w:space="0" w:color="auto"/>
        <w:right w:val="none" w:sz="0" w:space="0" w:color="auto"/>
      </w:divBdr>
    </w:div>
    <w:div w:id="284387426">
      <w:bodyDiv w:val="1"/>
      <w:marLeft w:val="0"/>
      <w:marRight w:val="0"/>
      <w:marTop w:val="0"/>
      <w:marBottom w:val="0"/>
      <w:divBdr>
        <w:top w:val="none" w:sz="0" w:space="0" w:color="auto"/>
        <w:left w:val="none" w:sz="0" w:space="0" w:color="auto"/>
        <w:bottom w:val="none" w:sz="0" w:space="0" w:color="auto"/>
        <w:right w:val="none" w:sz="0" w:space="0" w:color="auto"/>
      </w:divBdr>
    </w:div>
    <w:div w:id="299573669">
      <w:bodyDiv w:val="1"/>
      <w:marLeft w:val="0"/>
      <w:marRight w:val="0"/>
      <w:marTop w:val="0"/>
      <w:marBottom w:val="0"/>
      <w:divBdr>
        <w:top w:val="none" w:sz="0" w:space="0" w:color="auto"/>
        <w:left w:val="none" w:sz="0" w:space="0" w:color="auto"/>
        <w:bottom w:val="none" w:sz="0" w:space="0" w:color="auto"/>
        <w:right w:val="none" w:sz="0" w:space="0" w:color="auto"/>
      </w:divBdr>
    </w:div>
    <w:div w:id="299848091">
      <w:bodyDiv w:val="1"/>
      <w:marLeft w:val="0"/>
      <w:marRight w:val="0"/>
      <w:marTop w:val="0"/>
      <w:marBottom w:val="0"/>
      <w:divBdr>
        <w:top w:val="none" w:sz="0" w:space="0" w:color="auto"/>
        <w:left w:val="none" w:sz="0" w:space="0" w:color="auto"/>
        <w:bottom w:val="none" w:sz="0" w:space="0" w:color="auto"/>
        <w:right w:val="none" w:sz="0" w:space="0" w:color="auto"/>
      </w:divBdr>
    </w:div>
    <w:div w:id="302126311">
      <w:bodyDiv w:val="1"/>
      <w:marLeft w:val="0"/>
      <w:marRight w:val="0"/>
      <w:marTop w:val="0"/>
      <w:marBottom w:val="0"/>
      <w:divBdr>
        <w:top w:val="none" w:sz="0" w:space="0" w:color="auto"/>
        <w:left w:val="none" w:sz="0" w:space="0" w:color="auto"/>
        <w:bottom w:val="none" w:sz="0" w:space="0" w:color="auto"/>
        <w:right w:val="none" w:sz="0" w:space="0" w:color="auto"/>
      </w:divBdr>
    </w:div>
    <w:div w:id="304820909">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22583372">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38311633">
      <w:bodyDiv w:val="1"/>
      <w:marLeft w:val="0"/>
      <w:marRight w:val="0"/>
      <w:marTop w:val="0"/>
      <w:marBottom w:val="0"/>
      <w:divBdr>
        <w:top w:val="none" w:sz="0" w:space="0" w:color="auto"/>
        <w:left w:val="none" w:sz="0" w:space="0" w:color="auto"/>
        <w:bottom w:val="none" w:sz="0" w:space="0" w:color="auto"/>
        <w:right w:val="none" w:sz="0" w:space="0" w:color="auto"/>
      </w:divBdr>
    </w:div>
    <w:div w:id="340863044">
      <w:bodyDiv w:val="1"/>
      <w:marLeft w:val="0"/>
      <w:marRight w:val="0"/>
      <w:marTop w:val="0"/>
      <w:marBottom w:val="0"/>
      <w:divBdr>
        <w:top w:val="none" w:sz="0" w:space="0" w:color="auto"/>
        <w:left w:val="none" w:sz="0" w:space="0" w:color="auto"/>
        <w:bottom w:val="none" w:sz="0" w:space="0" w:color="auto"/>
        <w:right w:val="none" w:sz="0" w:space="0" w:color="auto"/>
      </w:divBdr>
    </w:div>
    <w:div w:id="341250228">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46366802">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67147647">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88262282">
      <w:bodyDiv w:val="1"/>
      <w:marLeft w:val="0"/>
      <w:marRight w:val="0"/>
      <w:marTop w:val="0"/>
      <w:marBottom w:val="0"/>
      <w:divBdr>
        <w:top w:val="none" w:sz="0" w:space="0" w:color="auto"/>
        <w:left w:val="none" w:sz="0" w:space="0" w:color="auto"/>
        <w:bottom w:val="none" w:sz="0" w:space="0" w:color="auto"/>
        <w:right w:val="none" w:sz="0" w:space="0" w:color="auto"/>
      </w:divBdr>
    </w:div>
    <w:div w:id="389502893">
      <w:bodyDiv w:val="1"/>
      <w:marLeft w:val="0"/>
      <w:marRight w:val="0"/>
      <w:marTop w:val="0"/>
      <w:marBottom w:val="0"/>
      <w:divBdr>
        <w:top w:val="none" w:sz="0" w:space="0" w:color="auto"/>
        <w:left w:val="none" w:sz="0" w:space="0" w:color="auto"/>
        <w:bottom w:val="none" w:sz="0" w:space="0" w:color="auto"/>
        <w:right w:val="none" w:sz="0" w:space="0" w:color="auto"/>
      </w:divBdr>
      <w:divsChild>
        <w:div w:id="1774862427">
          <w:marLeft w:val="0"/>
          <w:marRight w:val="0"/>
          <w:marTop w:val="0"/>
          <w:marBottom w:val="0"/>
          <w:divBdr>
            <w:top w:val="none" w:sz="0" w:space="0" w:color="auto"/>
            <w:left w:val="none" w:sz="0" w:space="0" w:color="auto"/>
            <w:bottom w:val="none" w:sz="0" w:space="0" w:color="auto"/>
            <w:right w:val="none" w:sz="0" w:space="0" w:color="auto"/>
          </w:divBdr>
          <w:divsChild>
            <w:div w:id="4407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3740488">
      <w:bodyDiv w:val="1"/>
      <w:marLeft w:val="0"/>
      <w:marRight w:val="0"/>
      <w:marTop w:val="0"/>
      <w:marBottom w:val="0"/>
      <w:divBdr>
        <w:top w:val="none" w:sz="0" w:space="0" w:color="auto"/>
        <w:left w:val="none" w:sz="0" w:space="0" w:color="auto"/>
        <w:bottom w:val="none" w:sz="0" w:space="0" w:color="auto"/>
        <w:right w:val="none" w:sz="0" w:space="0" w:color="auto"/>
      </w:divBdr>
    </w:div>
    <w:div w:id="3943591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396394240">
      <w:bodyDiv w:val="1"/>
      <w:marLeft w:val="0"/>
      <w:marRight w:val="0"/>
      <w:marTop w:val="0"/>
      <w:marBottom w:val="0"/>
      <w:divBdr>
        <w:top w:val="none" w:sz="0" w:space="0" w:color="auto"/>
        <w:left w:val="none" w:sz="0" w:space="0" w:color="auto"/>
        <w:bottom w:val="none" w:sz="0" w:space="0" w:color="auto"/>
        <w:right w:val="none" w:sz="0" w:space="0" w:color="auto"/>
      </w:divBdr>
    </w:div>
    <w:div w:id="404229337">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27891442">
      <w:bodyDiv w:val="1"/>
      <w:marLeft w:val="0"/>
      <w:marRight w:val="0"/>
      <w:marTop w:val="0"/>
      <w:marBottom w:val="0"/>
      <w:divBdr>
        <w:top w:val="none" w:sz="0" w:space="0" w:color="auto"/>
        <w:left w:val="none" w:sz="0" w:space="0" w:color="auto"/>
        <w:bottom w:val="none" w:sz="0" w:space="0" w:color="auto"/>
        <w:right w:val="none" w:sz="0" w:space="0" w:color="auto"/>
      </w:divBdr>
    </w:div>
    <w:div w:id="429736368">
      <w:bodyDiv w:val="1"/>
      <w:marLeft w:val="0"/>
      <w:marRight w:val="0"/>
      <w:marTop w:val="0"/>
      <w:marBottom w:val="0"/>
      <w:divBdr>
        <w:top w:val="none" w:sz="0" w:space="0" w:color="auto"/>
        <w:left w:val="none" w:sz="0" w:space="0" w:color="auto"/>
        <w:bottom w:val="none" w:sz="0" w:space="0" w:color="auto"/>
        <w:right w:val="none" w:sz="0" w:space="0" w:color="auto"/>
      </w:divBdr>
    </w:div>
    <w:div w:id="448013745">
      <w:bodyDiv w:val="1"/>
      <w:marLeft w:val="0"/>
      <w:marRight w:val="0"/>
      <w:marTop w:val="0"/>
      <w:marBottom w:val="0"/>
      <w:divBdr>
        <w:top w:val="none" w:sz="0" w:space="0" w:color="auto"/>
        <w:left w:val="none" w:sz="0" w:space="0" w:color="auto"/>
        <w:bottom w:val="none" w:sz="0" w:space="0" w:color="auto"/>
        <w:right w:val="none" w:sz="0" w:space="0" w:color="auto"/>
      </w:divBdr>
    </w:div>
    <w:div w:id="458032132">
      <w:bodyDiv w:val="1"/>
      <w:marLeft w:val="0"/>
      <w:marRight w:val="0"/>
      <w:marTop w:val="0"/>
      <w:marBottom w:val="0"/>
      <w:divBdr>
        <w:top w:val="none" w:sz="0" w:space="0" w:color="auto"/>
        <w:left w:val="none" w:sz="0" w:space="0" w:color="auto"/>
        <w:bottom w:val="none" w:sz="0" w:space="0" w:color="auto"/>
        <w:right w:val="none" w:sz="0" w:space="0" w:color="auto"/>
      </w:divBdr>
    </w:div>
    <w:div w:id="476144006">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85516436">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498233438">
      <w:bodyDiv w:val="1"/>
      <w:marLeft w:val="0"/>
      <w:marRight w:val="0"/>
      <w:marTop w:val="0"/>
      <w:marBottom w:val="0"/>
      <w:divBdr>
        <w:top w:val="none" w:sz="0" w:space="0" w:color="auto"/>
        <w:left w:val="none" w:sz="0" w:space="0" w:color="auto"/>
        <w:bottom w:val="none" w:sz="0" w:space="0" w:color="auto"/>
        <w:right w:val="none" w:sz="0" w:space="0" w:color="auto"/>
      </w:divBdr>
    </w:div>
    <w:div w:id="503478319">
      <w:bodyDiv w:val="1"/>
      <w:marLeft w:val="0"/>
      <w:marRight w:val="0"/>
      <w:marTop w:val="0"/>
      <w:marBottom w:val="0"/>
      <w:divBdr>
        <w:top w:val="none" w:sz="0" w:space="0" w:color="auto"/>
        <w:left w:val="none" w:sz="0" w:space="0" w:color="auto"/>
        <w:bottom w:val="none" w:sz="0" w:space="0" w:color="auto"/>
        <w:right w:val="none" w:sz="0" w:space="0" w:color="auto"/>
      </w:divBdr>
    </w:div>
    <w:div w:id="505021360">
      <w:bodyDiv w:val="1"/>
      <w:marLeft w:val="0"/>
      <w:marRight w:val="0"/>
      <w:marTop w:val="0"/>
      <w:marBottom w:val="0"/>
      <w:divBdr>
        <w:top w:val="none" w:sz="0" w:space="0" w:color="auto"/>
        <w:left w:val="none" w:sz="0" w:space="0" w:color="auto"/>
        <w:bottom w:val="none" w:sz="0" w:space="0" w:color="auto"/>
        <w:right w:val="none" w:sz="0" w:space="0" w:color="auto"/>
      </w:divBdr>
    </w:div>
    <w:div w:id="510220682">
      <w:bodyDiv w:val="1"/>
      <w:marLeft w:val="0"/>
      <w:marRight w:val="0"/>
      <w:marTop w:val="0"/>
      <w:marBottom w:val="0"/>
      <w:divBdr>
        <w:top w:val="none" w:sz="0" w:space="0" w:color="auto"/>
        <w:left w:val="none" w:sz="0" w:space="0" w:color="auto"/>
        <w:bottom w:val="none" w:sz="0" w:space="0" w:color="auto"/>
        <w:right w:val="none" w:sz="0" w:space="0" w:color="auto"/>
      </w:divBdr>
    </w:div>
    <w:div w:id="519509995">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26986998">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35697056">
      <w:bodyDiv w:val="1"/>
      <w:marLeft w:val="0"/>
      <w:marRight w:val="0"/>
      <w:marTop w:val="0"/>
      <w:marBottom w:val="0"/>
      <w:divBdr>
        <w:top w:val="none" w:sz="0" w:space="0" w:color="auto"/>
        <w:left w:val="none" w:sz="0" w:space="0" w:color="auto"/>
        <w:bottom w:val="none" w:sz="0" w:space="0" w:color="auto"/>
        <w:right w:val="none" w:sz="0" w:space="0" w:color="auto"/>
      </w:divBdr>
    </w:div>
    <w:div w:id="541287816">
      <w:bodyDiv w:val="1"/>
      <w:marLeft w:val="0"/>
      <w:marRight w:val="0"/>
      <w:marTop w:val="0"/>
      <w:marBottom w:val="0"/>
      <w:divBdr>
        <w:top w:val="none" w:sz="0" w:space="0" w:color="auto"/>
        <w:left w:val="none" w:sz="0" w:space="0" w:color="auto"/>
        <w:bottom w:val="none" w:sz="0" w:space="0" w:color="auto"/>
        <w:right w:val="none" w:sz="0" w:space="0" w:color="auto"/>
      </w:divBdr>
    </w:div>
    <w:div w:id="547301111">
      <w:bodyDiv w:val="1"/>
      <w:marLeft w:val="0"/>
      <w:marRight w:val="0"/>
      <w:marTop w:val="0"/>
      <w:marBottom w:val="0"/>
      <w:divBdr>
        <w:top w:val="none" w:sz="0" w:space="0" w:color="auto"/>
        <w:left w:val="none" w:sz="0" w:space="0" w:color="auto"/>
        <w:bottom w:val="none" w:sz="0" w:space="0" w:color="auto"/>
        <w:right w:val="none" w:sz="0" w:space="0" w:color="auto"/>
      </w:divBdr>
    </w:div>
    <w:div w:id="547692414">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54240695">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73123293">
      <w:bodyDiv w:val="1"/>
      <w:marLeft w:val="0"/>
      <w:marRight w:val="0"/>
      <w:marTop w:val="0"/>
      <w:marBottom w:val="0"/>
      <w:divBdr>
        <w:top w:val="none" w:sz="0" w:space="0" w:color="auto"/>
        <w:left w:val="none" w:sz="0" w:space="0" w:color="auto"/>
        <w:bottom w:val="none" w:sz="0" w:space="0" w:color="auto"/>
        <w:right w:val="none" w:sz="0" w:space="0" w:color="auto"/>
      </w:divBdr>
    </w:div>
    <w:div w:id="578487230">
      <w:bodyDiv w:val="1"/>
      <w:marLeft w:val="0"/>
      <w:marRight w:val="0"/>
      <w:marTop w:val="0"/>
      <w:marBottom w:val="0"/>
      <w:divBdr>
        <w:top w:val="none" w:sz="0" w:space="0" w:color="auto"/>
        <w:left w:val="none" w:sz="0" w:space="0" w:color="auto"/>
        <w:bottom w:val="none" w:sz="0" w:space="0" w:color="auto"/>
        <w:right w:val="none" w:sz="0" w:space="0" w:color="auto"/>
      </w:divBdr>
    </w:div>
    <w:div w:id="591738906">
      <w:bodyDiv w:val="1"/>
      <w:marLeft w:val="0"/>
      <w:marRight w:val="0"/>
      <w:marTop w:val="0"/>
      <w:marBottom w:val="0"/>
      <w:divBdr>
        <w:top w:val="none" w:sz="0" w:space="0" w:color="auto"/>
        <w:left w:val="none" w:sz="0" w:space="0" w:color="auto"/>
        <w:bottom w:val="none" w:sz="0" w:space="0" w:color="auto"/>
        <w:right w:val="none" w:sz="0" w:space="0" w:color="auto"/>
      </w:divBdr>
    </w:div>
    <w:div w:id="597444201">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0405370">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47443478">
      <w:bodyDiv w:val="1"/>
      <w:marLeft w:val="0"/>
      <w:marRight w:val="0"/>
      <w:marTop w:val="0"/>
      <w:marBottom w:val="0"/>
      <w:divBdr>
        <w:top w:val="none" w:sz="0" w:space="0" w:color="auto"/>
        <w:left w:val="none" w:sz="0" w:space="0" w:color="auto"/>
        <w:bottom w:val="none" w:sz="0" w:space="0" w:color="auto"/>
        <w:right w:val="none" w:sz="0" w:space="0" w:color="auto"/>
      </w:divBdr>
    </w:div>
    <w:div w:id="658269020">
      <w:bodyDiv w:val="1"/>
      <w:marLeft w:val="0"/>
      <w:marRight w:val="0"/>
      <w:marTop w:val="0"/>
      <w:marBottom w:val="0"/>
      <w:divBdr>
        <w:top w:val="none" w:sz="0" w:space="0" w:color="auto"/>
        <w:left w:val="none" w:sz="0" w:space="0" w:color="auto"/>
        <w:bottom w:val="none" w:sz="0" w:space="0" w:color="auto"/>
        <w:right w:val="none" w:sz="0" w:space="0" w:color="auto"/>
      </w:divBdr>
    </w:div>
    <w:div w:id="658534238">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60548671">
      <w:bodyDiv w:val="1"/>
      <w:marLeft w:val="0"/>
      <w:marRight w:val="0"/>
      <w:marTop w:val="0"/>
      <w:marBottom w:val="0"/>
      <w:divBdr>
        <w:top w:val="none" w:sz="0" w:space="0" w:color="auto"/>
        <w:left w:val="none" w:sz="0" w:space="0" w:color="auto"/>
        <w:bottom w:val="none" w:sz="0" w:space="0" w:color="auto"/>
        <w:right w:val="none" w:sz="0" w:space="0" w:color="auto"/>
      </w:divBdr>
    </w:div>
    <w:div w:id="663047438">
      <w:bodyDiv w:val="1"/>
      <w:marLeft w:val="0"/>
      <w:marRight w:val="0"/>
      <w:marTop w:val="0"/>
      <w:marBottom w:val="0"/>
      <w:divBdr>
        <w:top w:val="none" w:sz="0" w:space="0" w:color="auto"/>
        <w:left w:val="none" w:sz="0" w:space="0" w:color="auto"/>
        <w:bottom w:val="none" w:sz="0" w:space="0" w:color="auto"/>
        <w:right w:val="none" w:sz="0" w:space="0" w:color="auto"/>
      </w:divBdr>
    </w:div>
    <w:div w:id="670138091">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76539972">
      <w:bodyDiv w:val="1"/>
      <w:marLeft w:val="0"/>
      <w:marRight w:val="0"/>
      <w:marTop w:val="0"/>
      <w:marBottom w:val="0"/>
      <w:divBdr>
        <w:top w:val="none" w:sz="0" w:space="0" w:color="auto"/>
        <w:left w:val="none" w:sz="0" w:space="0" w:color="auto"/>
        <w:bottom w:val="none" w:sz="0" w:space="0" w:color="auto"/>
        <w:right w:val="none" w:sz="0" w:space="0" w:color="auto"/>
      </w:divBdr>
    </w:div>
    <w:div w:id="686952071">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13385236">
      <w:bodyDiv w:val="1"/>
      <w:marLeft w:val="0"/>
      <w:marRight w:val="0"/>
      <w:marTop w:val="0"/>
      <w:marBottom w:val="0"/>
      <w:divBdr>
        <w:top w:val="none" w:sz="0" w:space="0" w:color="auto"/>
        <w:left w:val="none" w:sz="0" w:space="0" w:color="auto"/>
        <w:bottom w:val="none" w:sz="0" w:space="0" w:color="auto"/>
        <w:right w:val="none" w:sz="0" w:space="0" w:color="auto"/>
      </w:divBdr>
    </w:div>
    <w:div w:id="722369061">
      <w:bodyDiv w:val="1"/>
      <w:marLeft w:val="0"/>
      <w:marRight w:val="0"/>
      <w:marTop w:val="0"/>
      <w:marBottom w:val="0"/>
      <w:divBdr>
        <w:top w:val="none" w:sz="0" w:space="0" w:color="auto"/>
        <w:left w:val="none" w:sz="0" w:space="0" w:color="auto"/>
        <w:bottom w:val="none" w:sz="0" w:space="0" w:color="auto"/>
        <w:right w:val="none" w:sz="0" w:space="0" w:color="auto"/>
      </w:divBdr>
    </w:div>
    <w:div w:id="723715599">
      <w:bodyDiv w:val="1"/>
      <w:marLeft w:val="0"/>
      <w:marRight w:val="0"/>
      <w:marTop w:val="0"/>
      <w:marBottom w:val="0"/>
      <w:divBdr>
        <w:top w:val="none" w:sz="0" w:space="0" w:color="auto"/>
        <w:left w:val="none" w:sz="0" w:space="0" w:color="auto"/>
        <w:bottom w:val="none" w:sz="0" w:space="0" w:color="auto"/>
        <w:right w:val="none" w:sz="0" w:space="0" w:color="auto"/>
      </w:divBdr>
    </w:div>
    <w:div w:id="727413873">
      <w:bodyDiv w:val="1"/>
      <w:marLeft w:val="0"/>
      <w:marRight w:val="0"/>
      <w:marTop w:val="0"/>
      <w:marBottom w:val="0"/>
      <w:divBdr>
        <w:top w:val="none" w:sz="0" w:space="0" w:color="auto"/>
        <w:left w:val="none" w:sz="0" w:space="0" w:color="auto"/>
        <w:bottom w:val="none" w:sz="0" w:space="0" w:color="auto"/>
        <w:right w:val="none" w:sz="0" w:space="0" w:color="auto"/>
      </w:divBdr>
    </w:div>
    <w:div w:id="727655374">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44183300">
      <w:bodyDiv w:val="1"/>
      <w:marLeft w:val="0"/>
      <w:marRight w:val="0"/>
      <w:marTop w:val="0"/>
      <w:marBottom w:val="0"/>
      <w:divBdr>
        <w:top w:val="none" w:sz="0" w:space="0" w:color="auto"/>
        <w:left w:val="none" w:sz="0" w:space="0" w:color="auto"/>
        <w:bottom w:val="none" w:sz="0" w:space="0" w:color="auto"/>
        <w:right w:val="none" w:sz="0" w:space="0" w:color="auto"/>
      </w:divBdr>
    </w:div>
    <w:div w:id="745808432">
      <w:bodyDiv w:val="1"/>
      <w:marLeft w:val="0"/>
      <w:marRight w:val="0"/>
      <w:marTop w:val="0"/>
      <w:marBottom w:val="0"/>
      <w:divBdr>
        <w:top w:val="none" w:sz="0" w:space="0" w:color="auto"/>
        <w:left w:val="none" w:sz="0" w:space="0" w:color="auto"/>
        <w:bottom w:val="none" w:sz="0" w:space="0" w:color="auto"/>
        <w:right w:val="none" w:sz="0" w:space="0" w:color="auto"/>
      </w:divBdr>
    </w:div>
    <w:div w:id="753478224">
      <w:bodyDiv w:val="1"/>
      <w:marLeft w:val="0"/>
      <w:marRight w:val="0"/>
      <w:marTop w:val="0"/>
      <w:marBottom w:val="0"/>
      <w:divBdr>
        <w:top w:val="none" w:sz="0" w:space="0" w:color="auto"/>
        <w:left w:val="none" w:sz="0" w:space="0" w:color="auto"/>
        <w:bottom w:val="none" w:sz="0" w:space="0" w:color="auto"/>
        <w:right w:val="none" w:sz="0" w:space="0" w:color="auto"/>
      </w:divBdr>
    </w:div>
    <w:div w:id="757754133">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86005573">
      <w:bodyDiv w:val="1"/>
      <w:marLeft w:val="0"/>
      <w:marRight w:val="0"/>
      <w:marTop w:val="0"/>
      <w:marBottom w:val="0"/>
      <w:divBdr>
        <w:top w:val="none" w:sz="0" w:space="0" w:color="auto"/>
        <w:left w:val="none" w:sz="0" w:space="0" w:color="auto"/>
        <w:bottom w:val="none" w:sz="0" w:space="0" w:color="auto"/>
        <w:right w:val="none" w:sz="0" w:space="0" w:color="auto"/>
      </w:divBdr>
    </w:div>
    <w:div w:id="787048306">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02889867">
      <w:bodyDiv w:val="1"/>
      <w:marLeft w:val="0"/>
      <w:marRight w:val="0"/>
      <w:marTop w:val="0"/>
      <w:marBottom w:val="0"/>
      <w:divBdr>
        <w:top w:val="none" w:sz="0" w:space="0" w:color="auto"/>
        <w:left w:val="none" w:sz="0" w:space="0" w:color="auto"/>
        <w:bottom w:val="none" w:sz="0" w:space="0" w:color="auto"/>
        <w:right w:val="none" w:sz="0" w:space="0" w:color="auto"/>
      </w:divBdr>
    </w:div>
    <w:div w:id="821117251">
      <w:bodyDiv w:val="1"/>
      <w:marLeft w:val="0"/>
      <w:marRight w:val="0"/>
      <w:marTop w:val="0"/>
      <w:marBottom w:val="0"/>
      <w:divBdr>
        <w:top w:val="none" w:sz="0" w:space="0" w:color="auto"/>
        <w:left w:val="none" w:sz="0" w:space="0" w:color="auto"/>
        <w:bottom w:val="none" w:sz="0" w:space="0" w:color="auto"/>
        <w:right w:val="none" w:sz="0" w:space="0" w:color="auto"/>
      </w:divBdr>
    </w:div>
    <w:div w:id="822507153">
      <w:bodyDiv w:val="1"/>
      <w:marLeft w:val="0"/>
      <w:marRight w:val="0"/>
      <w:marTop w:val="0"/>
      <w:marBottom w:val="0"/>
      <w:divBdr>
        <w:top w:val="none" w:sz="0" w:space="0" w:color="auto"/>
        <w:left w:val="none" w:sz="0" w:space="0" w:color="auto"/>
        <w:bottom w:val="none" w:sz="0" w:space="0" w:color="auto"/>
        <w:right w:val="none" w:sz="0" w:space="0" w:color="auto"/>
      </w:divBdr>
    </w:div>
    <w:div w:id="822812622">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30484719">
      <w:bodyDiv w:val="1"/>
      <w:marLeft w:val="0"/>
      <w:marRight w:val="0"/>
      <w:marTop w:val="0"/>
      <w:marBottom w:val="0"/>
      <w:divBdr>
        <w:top w:val="none" w:sz="0" w:space="0" w:color="auto"/>
        <w:left w:val="none" w:sz="0" w:space="0" w:color="auto"/>
        <w:bottom w:val="none" w:sz="0" w:space="0" w:color="auto"/>
        <w:right w:val="none" w:sz="0" w:space="0" w:color="auto"/>
      </w:divBdr>
    </w:div>
    <w:div w:id="847981972">
      <w:bodyDiv w:val="1"/>
      <w:marLeft w:val="0"/>
      <w:marRight w:val="0"/>
      <w:marTop w:val="0"/>
      <w:marBottom w:val="0"/>
      <w:divBdr>
        <w:top w:val="none" w:sz="0" w:space="0" w:color="auto"/>
        <w:left w:val="none" w:sz="0" w:space="0" w:color="auto"/>
        <w:bottom w:val="none" w:sz="0" w:space="0" w:color="auto"/>
        <w:right w:val="none" w:sz="0" w:space="0" w:color="auto"/>
      </w:divBdr>
    </w:div>
    <w:div w:id="850609384">
      <w:bodyDiv w:val="1"/>
      <w:marLeft w:val="0"/>
      <w:marRight w:val="0"/>
      <w:marTop w:val="0"/>
      <w:marBottom w:val="0"/>
      <w:divBdr>
        <w:top w:val="none" w:sz="0" w:space="0" w:color="auto"/>
        <w:left w:val="none" w:sz="0" w:space="0" w:color="auto"/>
        <w:bottom w:val="none" w:sz="0" w:space="0" w:color="auto"/>
        <w:right w:val="none" w:sz="0" w:space="0" w:color="auto"/>
      </w:divBdr>
    </w:div>
    <w:div w:id="857040188">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67260755">
      <w:bodyDiv w:val="1"/>
      <w:marLeft w:val="0"/>
      <w:marRight w:val="0"/>
      <w:marTop w:val="0"/>
      <w:marBottom w:val="0"/>
      <w:divBdr>
        <w:top w:val="none" w:sz="0" w:space="0" w:color="auto"/>
        <w:left w:val="none" w:sz="0" w:space="0" w:color="auto"/>
        <w:bottom w:val="none" w:sz="0" w:space="0" w:color="auto"/>
        <w:right w:val="none" w:sz="0" w:space="0" w:color="auto"/>
      </w:divBdr>
    </w:div>
    <w:div w:id="872884248">
      <w:bodyDiv w:val="1"/>
      <w:marLeft w:val="0"/>
      <w:marRight w:val="0"/>
      <w:marTop w:val="0"/>
      <w:marBottom w:val="0"/>
      <w:divBdr>
        <w:top w:val="none" w:sz="0" w:space="0" w:color="auto"/>
        <w:left w:val="none" w:sz="0" w:space="0" w:color="auto"/>
        <w:bottom w:val="none" w:sz="0" w:space="0" w:color="auto"/>
        <w:right w:val="none" w:sz="0" w:space="0" w:color="auto"/>
      </w:divBdr>
    </w:div>
    <w:div w:id="880362057">
      <w:bodyDiv w:val="1"/>
      <w:marLeft w:val="0"/>
      <w:marRight w:val="0"/>
      <w:marTop w:val="0"/>
      <w:marBottom w:val="0"/>
      <w:divBdr>
        <w:top w:val="none" w:sz="0" w:space="0" w:color="auto"/>
        <w:left w:val="none" w:sz="0" w:space="0" w:color="auto"/>
        <w:bottom w:val="none" w:sz="0" w:space="0" w:color="auto"/>
        <w:right w:val="none" w:sz="0" w:space="0" w:color="auto"/>
      </w:divBdr>
    </w:div>
    <w:div w:id="883062780">
      <w:bodyDiv w:val="1"/>
      <w:marLeft w:val="0"/>
      <w:marRight w:val="0"/>
      <w:marTop w:val="0"/>
      <w:marBottom w:val="0"/>
      <w:divBdr>
        <w:top w:val="none" w:sz="0" w:space="0" w:color="auto"/>
        <w:left w:val="none" w:sz="0" w:space="0" w:color="auto"/>
        <w:bottom w:val="none" w:sz="0" w:space="0" w:color="auto"/>
        <w:right w:val="none" w:sz="0" w:space="0" w:color="auto"/>
      </w:divBdr>
    </w:div>
    <w:div w:id="888999545">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10429041">
      <w:bodyDiv w:val="1"/>
      <w:marLeft w:val="0"/>
      <w:marRight w:val="0"/>
      <w:marTop w:val="0"/>
      <w:marBottom w:val="0"/>
      <w:divBdr>
        <w:top w:val="none" w:sz="0" w:space="0" w:color="auto"/>
        <w:left w:val="none" w:sz="0" w:space="0" w:color="auto"/>
        <w:bottom w:val="none" w:sz="0" w:space="0" w:color="auto"/>
        <w:right w:val="none" w:sz="0" w:space="0" w:color="auto"/>
      </w:divBdr>
    </w:div>
    <w:div w:id="920715770">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0241539">
      <w:bodyDiv w:val="1"/>
      <w:marLeft w:val="0"/>
      <w:marRight w:val="0"/>
      <w:marTop w:val="0"/>
      <w:marBottom w:val="0"/>
      <w:divBdr>
        <w:top w:val="none" w:sz="0" w:space="0" w:color="auto"/>
        <w:left w:val="none" w:sz="0" w:space="0" w:color="auto"/>
        <w:bottom w:val="none" w:sz="0" w:space="0" w:color="auto"/>
        <w:right w:val="none" w:sz="0" w:space="0" w:color="auto"/>
      </w:divBdr>
    </w:div>
    <w:div w:id="932401830">
      <w:bodyDiv w:val="1"/>
      <w:marLeft w:val="0"/>
      <w:marRight w:val="0"/>
      <w:marTop w:val="0"/>
      <w:marBottom w:val="0"/>
      <w:divBdr>
        <w:top w:val="none" w:sz="0" w:space="0" w:color="auto"/>
        <w:left w:val="none" w:sz="0" w:space="0" w:color="auto"/>
        <w:bottom w:val="none" w:sz="0" w:space="0" w:color="auto"/>
        <w:right w:val="none" w:sz="0" w:space="0" w:color="auto"/>
      </w:divBdr>
    </w:div>
    <w:div w:id="936257138">
      <w:bodyDiv w:val="1"/>
      <w:marLeft w:val="0"/>
      <w:marRight w:val="0"/>
      <w:marTop w:val="0"/>
      <w:marBottom w:val="0"/>
      <w:divBdr>
        <w:top w:val="none" w:sz="0" w:space="0" w:color="auto"/>
        <w:left w:val="none" w:sz="0" w:space="0" w:color="auto"/>
        <w:bottom w:val="none" w:sz="0" w:space="0" w:color="auto"/>
        <w:right w:val="none" w:sz="0" w:space="0" w:color="auto"/>
      </w:divBdr>
    </w:div>
    <w:div w:id="937981686">
      <w:bodyDiv w:val="1"/>
      <w:marLeft w:val="0"/>
      <w:marRight w:val="0"/>
      <w:marTop w:val="0"/>
      <w:marBottom w:val="0"/>
      <w:divBdr>
        <w:top w:val="none" w:sz="0" w:space="0" w:color="auto"/>
        <w:left w:val="none" w:sz="0" w:space="0" w:color="auto"/>
        <w:bottom w:val="none" w:sz="0" w:space="0" w:color="auto"/>
        <w:right w:val="none" w:sz="0" w:space="0" w:color="auto"/>
      </w:divBdr>
    </w:div>
    <w:div w:id="940063627">
      <w:bodyDiv w:val="1"/>
      <w:marLeft w:val="0"/>
      <w:marRight w:val="0"/>
      <w:marTop w:val="0"/>
      <w:marBottom w:val="0"/>
      <w:divBdr>
        <w:top w:val="none" w:sz="0" w:space="0" w:color="auto"/>
        <w:left w:val="none" w:sz="0" w:space="0" w:color="auto"/>
        <w:bottom w:val="none" w:sz="0" w:space="0" w:color="auto"/>
        <w:right w:val="none" w:sz="0" w:space="0" w:color="auto"/>
      </w:divBdr>
    </w:div>
    <w:div w:id="946230791">
      <w:bodyDiv w:val="1"/>
      <w:marLeft w:val="0"/>
      <w:marRight w:val="0"/>
      <w:marTop w:val="0"/>
      <w:marBottom w:val="0"/>
      <w:divBdr>
        <w:top w:val="none" w:sz="0" w:space="0" w:color="auto"/>
        <w:left w:val="none" w:sz="0" w:space="0" w:color="auto"/>
        <w:bottom w:val="none" w:sz="0" w:space="0" w:color="auto"/>
        <w:right w:val="none" w:sz="0" w:space="0" w:color="auto"/>
      </w:divBdr>
    </w:div>
    <w:div w:id="956982619">
      <w:bodyDiv w:val="1"/>
      <w:marLeft w:val="0"/>
      <w:marRight w:val="0"/>
      <w:marTop w:val="0"/>
      <w:marBottom w:val="0"/>
      <w:divBdr>
        <w:top w:val="none" w:sz="0" w:space="0" w:color="auto"/>
        <w:left w:val="none" w:sz="0" w:space="0" w:color="auto"/>
        <w:bottom w:val="none" w:sz="0" w:space="0" w:color="auto"/>
        <w:right w:val="none" w:sz="0" w:space="0" w:color="auto"/>
      </w:divBdr>
    </w:div>
    <w:div w:id="959185528">
      <w:bodyDiv w:val="1"/>
      <w:marLeft w:val="0"/>
      <w:marRight w:val="0"/>
      <w:marTop w:val="0"/>
      <w:marBottom w:val="0"/>
      <w:divBdr>
        <w:top w:val="none" w:sz="0" w:space="0" w:color="auto"/>
        <w:left w:val="none" w:sz="0" w:space="0" w:color="auto"/>
        <w:bottom w:val="none" w:sz="0" w:space="0" w:color="auto"/>
        <w:right w:val="none" w:sz="0" w:space="0" w:color="auto"/>
      </w:divBdr>
    </w:div>
    <w:div w:id="970480002">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973872107">
      <w:bodyDiv w:val="1"/>
      <w:marLeft w:val="0"/>
      <w:marRight w:val="0"/>
      <w:marTop w:val="0"/>
      <w:marBottom w:val="0"/>
      <w:divBdr>
        <w:top w:val="none" w:sz="0" w:space="0" w:color="auto"/>
        <w:left w:val="none" w:sz="0" w:space="0" w:color="auto"/>
        <w:bottom w:val="none" w:sz="0" w:space="0" w:color="auto"/>
        <w:right w:val="none" w:sz="0" w:space="0" w:color="auto"/>
      </w:divBdr>
    </w:div>
    <w:div w:id="974094307">
      <w:bodyDiv w:val="1"/>
      <w:marLeft w:val="0"/>
      <w:marRight w:val="0"/>
      <w:marTop w:val="0"/>
      <w:marBottom w:val="0"/>
      <w:divBdr>
        <w:top w:val="none" w:sz="0" w:space="0" w:color="auto"/>
        <w:left w:val="none" w:sz="0" w:space="0" w:color="auto"/>
        <w:bottom w:val="none" w:sz="0" w:space="0" w:color="auto"/>
        <w:right w:val="none" w:sz="0" w:space="0" w:color="auto"/>
      </w:divBdr>
    </w:div>
    <w:div w:id="978463183">
      <w:bodyDiv w:val="1"/>
      <w:marLeft w:val="0"/>
      <w:marRight w:val="0"/>
      <w:marTop w:val="0"/>
      <w:marBottom w:val="0"/>
      <w:divBdr>
        <w:top w:val="none" w:sz="0" w:space="0" w:color="auto"/>
        <w:left w:val="none" w:sz="0" w:space="0" w:color="auto"/>
        <w:bottom w:val="none" w:sz="0" w:space="0" w:color="auto"/>
        <w:right w:val="none" w:sz="0" w:space="0" w:color="auto"/>
      </w:divBdr>
    </w:div>
    <w:div w:id="979262615">
      <w:bodyDiv w:val="1"/>
      <w:marLeft w:val="0"/>
      <w:marRight w:val="0"/>
      <w:marTop w:val="0"/>
      <w:marBottom w:val="0"/>
      <w:divBdr>
        <w:top w:val="none" w:sz="0" w:space="0" w:color="auto"/>
        <w:left w:val="none" w:sz="0" w:space="0" w:color="auto"/>
        <w:bottom w:val="none" w:sz="0" w:space="0" w:color="auto"/>
        <w:right w:val="none" w:sz="0" w:space="0" w:color="auto"/>
      </w:divBdr>
    </w:div>
    <w:div w:id="991521056">
      <w:bodyDiv w:val="1"/>
      <w:marLeft w:val="0"/>
      <w:marRight w:val="0"/>
      <w:marTop w:val="0"/>
      <w:marBottom w:val="0"/>
      <w:divBdr>
        <w:top w:val="none" w:sz="0" w:space="0" w:color="auto"/>
        <w:left w:val="none" w:sz="0" w:space="0" w:color="auto"/>
        <w:bottom w:val="none" w:sz="0" w:space="0" w:color="auto"/>
        <w:right w:val="none" w:sz="0" w:space="0" w:color="auto"/>
      </w:divBdr>
    </w:div>
    <w:div w:id="991759038">
      <w:bodyDiv w:val="1"/>
      <w:marLeft w:val="0"/>
      <w:marRight w:val="0"/>
      <w:marTop w:val="0"/>
      <w:marBottom w:val="0"/>
      <w:divBdr>
        <w:top w:val="none" w:sz="0" w:space="0" w:color="auto"/>
        <w:left w:val="none" w:sz="0" w:space="0" w:color="auto"/>
        <w:bottom w:val="none" w:sz="0" w:space="0" w:color="auto"/>
        <w:right w:val="none" w:sz="0" w:space="0" w:color="auto"/>
      </w:divBdr>
    </w:div>
    <w:div w:id="996305674">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37005277">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3237598">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060910375">
      <w:bodyDiv w:val="1"/>
      <w:marLeft w:val="0"/>
      <w:marRight w:val="0"/>
      <w:marTop w:val="0"/>
      <w:marBottom w:val="0"/>
      <w:divBdr>
        <w:top w:val="none" w:sz="0" w:space="0" w:color="auto"/>
        <w:left w:val="none" w:sz="0" w:space="0" w:color="auto"/>
        <w:bottom w:val="none" w:sz="0" w:space="0" w:color="auto"/>
        <w:right w:val="none" w:sz="0" w:space="0" w:color="auto"/>
      </w:divBdr>
    </w:div>
    <w:div w:id="1076248418">
      <w:bodyDiv w:val="1"/>
      <w:marLeft w:val="0"/>
      <w:marRight w:val="0"/>
      <w:marTop w:val="0"/>
      <w:marBottom w:val="0"/>
      <w:divBdr>
        <w:top w:val="none" w:sz="0" w:space="0" w:color="auto"/>
        <w:left w:val="none" w:sz="0" w:space="0" w:color="auto"/>
        <w:bottom w:val="none" w:sz="0" w:space="0" w:color="auto"/>
        <w:right w:val="none" w:sz="0" w:space="0" w:color="auto"/>
      </w:divBdr>
    </w:div>
    <w:div w:id="1084455789">
      <w:bodyDiv w:val="1"/>
      <w:marLeft w:val="0"/>
      <w:marRight w:val="0"/>
      <w:marTop w:val="0"/>
      <w:marBottom w:val="0"/>
      <w:divBdr>
        <w:top w:val="none" w:sz="0" w:space="0" w:color="auto"/>
        <w:left w:val="none" w:sz="0" w:space="0" w:color="auto"/>
        <w:bottom w:val="none" w:sz="0" w:space="0" w:color="auto"/>
        <w:right w:val="none" w:sz="0" w:space="0" w:color="auto"/>
      </w:divBdr>
    </w:div>
    <w:div w:id="1090274508">
      <w:bodyDiv w:val="1"/>
      <w:marLeft w:val="0"/>
      <w:marRight w:val="0"/>
      <w:marTop w:val="0"/>
      <w:marBottom w:val="0"/>
      <w:divBdr>
        <w:top w:val="none" w:sz="0" w:space="0" w:color="auto"/>
        <w:left w:val="none" w:sz="0" w:space="0" w:color="auto"/>
        <w:bottom w:val="none" w:sz="0" w:space="0" w:color="auto"/>
        <w:right w:val="none" w:sz="0" w:space="0" w:color="auto"/>
      </w:divBdr>
    </w:div>
    <w:div w:id="1090464122">
      <w:bodyDiv w:val="1"/>
      <w:marLeft w:val="0"/>
      <w:marRight w:val="0"/>
      <w:marTop w:val="0"/>
      <w:marBottom w:val="0"/>
      <w:divBdr>
        <w:top w:val="none" w:sz="0" w:space="0" w:color="auto"/>
        <w:left w:val="none" w:sz="0" w:space="0" w:color="auto"/>
        <w:bottom w:val="none" w:sz="0" w:space="0" w:color="auto"/>
        <w:right w:val="none" w:sz="0" w:space="0" w:color="auto"/>
      </w:divBdr>
    </w:div>
    <w:div w:id="1106927608">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6758043">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30781289">
      <w:bodyDiv w:val="1"/>
      <w:marLeft w:val="0"/>
      <w:marRight w:val="0"/>
      <w:marTop w:val="0"/>
      <w:marBottom w:val="0"/>
      <w:divBdr>
        <w:top w:val="none" w:sz="0" w:space="0" w:color="auto"/>
        <w:left w:val="none" w:sz="0" w:space="0" w:color="auto"/>
        <w:bottom w:val="none" w:sz="0" w:space="0" w:color="auto"/>
        <w:right w:val="none" w:sz="0" w:space="0" w:color="auto"/>
      </w:divBdr>
    </w:div>
    <w:div w:id="1138719709">
      <w:bodyDiv w:val="1"/>
      <w:marLeft w:val="0"/>
      <w:marRight w:val="0"/>
      <w:marTop w:val="0"/>
      <w:marBottom w:val="0"/>
      <w:divBdr>
        <w:top w:val="none" w:sz="0" w:space="0" w:color="auto"/>
        <w:left w:val="none" w:sz="0" w:space="0" w:color="auto"/>
        <w:bottom w:val="none" w:sz="0" w:space="0" w:color="auto"/>
        <w:right w:val="none" w:sz="0" w:space="0" w:color="auto"/>
      </w:divBdr>
    </w:div>
    <w:div w:id="1141581374">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60384394">
      <w:bodyDiv w:val="1"/>
      <w:marLeft w:val="0"/>
      <w:marRight w:val="0"/>
      <w:marTop w:val="0"/>
      <w:marBottom w:val="0"/>
      <w:divBdr>
        <w:top w:val="none" w:sz="0" w:space="0" w:color="auto"/>
        <w:left w:val="none" w:sz="0" w:space="0" w:color="auto"/>
        <w:bottom w:val="none" w:sz="0" w:space="0" w:color="auto"/>
        <w:right w:val="none" w:sz="0" w:space="0" w:color="auto"/>
      </w:divBdr>
    </w:div>
    <w:div w:id="1160656523">
      <w:bodyDiv w:val="1"/>
      <w:marLeft w:val="0"/>
      <w:marRight w:val="0"/>
      <w:marTop w:val="0"/>
      <w:marBottom w:val="0"/>
      <w:divBdr>
        <w:top w:val="none" w:sz="0" w:space="0" w:color="auto"/>
        <w:left w:val="none" w:sz="0" w:space="0" w:color="auto"/>
        <w:bottom w:val="none" w:sz="0" w:space="0" w:color="auto"/>
        <w:right w:val="none" w:sz="0" w:space="0" w:color="auto"/>
      </w:divBdr>
    </w:div>
    <w:div w:id="1171067796">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73185159">
      <w:bodyDiv w:val="1"/>
      <w:marLeft w:val="0"/>
      <w:marRight w:val="0"/>
      <w:marTop w:val="0"/>
      <w:marBottom w:val="0"/>
      <w:divBdr>
        <w:top w:val="none" w:sz="0" w:space="0" w:color="auto"/>
        <w:left w:val="none" w:sz="0" w:space="0" w:color="auto"/>
        <w:bottom w:val="none" w:sz="0" w:space="0" w:color="auto"/>
        <w:right w:val="none" w:sz="0" w:space="0" w:color="auto"/>
      </w:divBdr>
    </w:div>
    <w:div w:id="1181427818">
      <w:bodyDiv w:val="1"/>
      <w:marLeft w:val="0"/>
      <w:marRight w:val="0"/>
      <w:marTop w:val="0"/>
      <w:marBottom w:val="0"/>
      <w:divBdr>
        <w:top w:val="none" w:sz="0" w:space="0" w:color="auto"/>
        <w:left w:val="none" w:sz="0" w:space="0" w:color="auto"/>
        <w:bottom w:val="none" w:sz="0" w:space="0" w:color="auto"/>
        <w:right w:val="none" w:sz="0" w:space="0" w:color="auto"/>
      </w:divBdr>
    </w:div>
    <w:div w:id="1182360002">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193884276">
      <w:bodyDiv w:val="1"/>
      <w:marLeft w:val="0"/>
      <w:marRight w:val="0"/>
      <w:marTop w:val="0"/>
      <w:marBottom w:val="0"/>
      <w:divBdr>
        <w:top w:val="none" w:sz="0" w:space="0" w:color="auto"/>
        <w:left w:val="none" w:sz="0" w:space="0" w:color="auto"/>
        <w:bottom w:val="none" w:sz="0" w:space="0" w:color="auto"/>
        <w:right w:val="none" w:sz="0" w:space="0" w:color="auto"/>
      </w:divBdr>
    </w:div>
    <w:div w:id="1198155247">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12112377">
      <w:bodyDiv w:val="1"/>
      <w:marLeft w:val="0"/>
      <w:marRight w:val="0"/>
      <w:marTop w:val="0"/>
      <w:marBottom w:val="0"/>
      <w:divBdr>
        <w:top w:val="none" w:sz="0" w:space="0" w:color="auto"/>
        <w:left w:val="none" w:sz="0" w:space="0" w:color="auto"/>
        <w:bottom w:val="none" w:sz="0" w:space="0" w:color="auto"/>
        <w:right w:val="none" w:sz="0" w:space="0" w:color="auto"/>
      </w:divBdr>
      <w:divsChild>
        <w:div w:id="1045447363">
          <w:marLeft w:val="0"/>
          <w:marRight w:val="0"/>
          <w:marTop w:val="0"/>
          <w:marBottom w:val="0"/>
          <w:divBdr>
            <w:top w:val="none" w:sz="0" w:space="0" w:color="auto"/>
            <w:left w:val="none" w:sz="0" w:space="0" w:color="auto"/>
            <w:bottom w:val="none" w:sz="0" w:space="0" w:color="auto"/>
            <w:right w:val="none" w:sz="0" w:space="0" w:color="auto"/>
          </w:divBdr>
          <w:divsChild>
            <w:div w:id="14349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80926">
      <w:bodyDiv w:val="1"/>
      <w:marLeft w:val="0"/>
      <w:marRight w:val="0"/>
      <w:marTop w:val="0"/>
      <w:marBottom w:val="0"/>
      <w:divBdr>
        <w:top w:val="none" w:sz="0" w:space="0" w:color="auto"/>
        <w:left w:val="none" w:sz="0" w:space="0" w:color="auto"/>
        <w:bottom w:val="none" w:sz="0" w:space="0" w:color="auto"/>
        <w:right w:val="none" w:sz="0" w:space="0" w:color="auto"/>
      </w:divBdr>
    </w:div>
    <w:div w:id="1215778352">
      <w:bodyDiv w:val="1"/>
      <w:marLeft w:val="0"/>
      <w:marRight w:val="0"/>
      <w:marTop w:val="0"/>
      <w:marBottom w:val="0"/>
      <w:divBdr>
        <w:top w:val="none" w:sz="0" w:space="0" w:color="auto"/>
        <w:left w:val="none" w:sz="0" w:space="0" w:color="auto"/>
        <w:bottom w:val="none" w:sz="0" w:space="0" w:color="auto"/>
        <w:right w:val="none" w:sz="0" w:space="0" w:color="auto"/>
      </w:divBdr>
    </w:div>
    <w:div w:id="1220092212">
      <w:bodyDiv w:val="1"/>
      <w:marLeft w:val="0"/>
      <w:marRight w:val="0"/>
      <w:marTop w:val="0"/>
      <w:marBottom w:val="0"/>
      <w:divBdr>
        <w:top w:val="none" w:sz="0" w:space="0" w:color="auto"/>
        <w:left w:val="none" w:sz="0" w:space="0" w:color="auto"/>
        <w:bottom w:val="none" w:sz="0" w:space="0" w:color="auto"/>
        <w:right w:val="none" w:sz="0" w:space="0" w:color="auto"/>
      </w:divBdr>
    </w:div>
    <w:div w:id="1225725522">
      <w:bodyDiv w:val="1"/>
      <w:marLeft w:val="0"/>
      <w:marRight w:val="0"/>
      <w:marTop w:val="0"/>
      <w:marBottom w:val="0"/>
      <w:divBdr>
        <w:top w:val="none" w:sz="0" w:space="0" w:color="auto"/>
        <w:left w:val="none" w:sz="0" w:space="0" w:color="auto"/>
        <w:bottom w:val="none" w:sz="0" w:space="0" w:color="auto"/>
        <w:right w:val="none" w:sz="0" w:space="0" w:color="auto"/>
      </w:divBdr>
    </w:div>
    <w:div w:id="1230917522">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72395842">
      <w:bodyDiv w:val="1"/>
      <w:marLeft w:val="0"/>
      <w:marRight w:val="0"/>
      <w:marTop w:val="0"/>
      <w:marBottom w:val="0"/>
      <w:divBdr>
        <w:top w:val="none" w:sz="0" w:space="0" w:color="auto"/>
        <w:left w:val="none" w:sz="0" w:space="0" w:color="auto"/>
        <w:bottom w:val="none" w:sz="0" w:space="0" w:color="auto"/>
        <w:right w:val="none" w:sz="0" w:space="0" w:color="auto"/>
      </w:divBdr>
    </w:div>
    <w:div w:id="1276139174">
      <w:bodyDiv w:val="1"/>
      <w:marLeft w:val="0"/>
      <w:marRight w:val="0"/>
      <w:marTop w:val="0"/>
      <w:marBottom w:val="0"/>
      <w:divBdr>
        <w:top w:val="none" w:sz="0" w:space="0" w:color="auto"/>
        <w:left w:val="none" w:sz="0" w:space="0" w:color="auto"/>
        <w:bottom w:val="none" w:sz="0" w:space="0" w:color="auto"/>
        <w:right w:val="none" w:sz="0" w:space="0" w:color="auto"/>
      </w:divBdr>
    </w:div>
    <w:div w:id="1288439208">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886">
      <w:bodyDiv w:val="1"/>
      <w:marLeft w:val="0"/>
      <w:marRight w:val="0"/>
      <w:marTop w:val="0"/>
      <w:marBottom w:val="0"/>
      <w:divBdr>
        <w:top w:val="none" w:sz="0" w:space="0" w:color="auto"/>
        <w:left w:val="none" w:sz="0" w:space="0" w:color="auto"/>
        <w:bottom w:val="none" w:sz="0" w:space="0" w:color="auto"/>
        <w:right w:val="none" w:sz="0" w:space="0" w:color="auto"/>
      </w:divBdr>
    </w:div>
    <w:div w:id="1300916532">
      <w:bodyDiv w:val="1"/>
      <w:marLeft w:val="0"/>
      <w:marRight w:val="0"/>
      <w:marTop w:val="0"/>
      <w:marBottom w:val="0"/>
      <w:divBdr>
        <w:top w:val="none" w:sz="0" w:space="0" w:color="auto"/>
        <w:left w:val="none" w:sz="0" w:space="0" w:color="auto"/>
        <w:bottom w:val="none" w:sz="0" w:space="0" w:color="auto"/>
        <w:right w:val="none" w:sz="0" w:space="0" w:color="auto"/>
      </w:divBdr>
    </w:div>
    <w:div w:id="1307734552">
      <w:bodyDiv w:val="1"/>
      <w:marLeft w:val="0"/>
      <w:marRight w:val="0"/>
      <w:marTop w:val="0"/>
      <w:marBottom w:val="0"/>
      <w:divBdr>
        <w:top w:val="none" w:sz="0" w:space="0" w:color="auto"/>
        <w:left w:val="none" w:sz="0" w:space="0" w:color="auto"/>
        <w:bottom w:val="none" w:sz="0" w:space="0" w:color="auto"/>
        <w:right w:val="none" w:sz="0" w:space="0" w:color="auto"/>
      </w:divBdr>
    </w:div>
    <w:div w:id="1320379200">
      <w:bodyDiv w:val="1"/>
      <w:marLeft w:val="0"/>
      <w:marRight w:val="0"/>
      <w:marTop w:val="0"/>
      <w:marBottom w:val="0"/>
      <w:divBdr>
        <w:top w:val="none" w:sz="0" w:space="0" w:color="auto"/>
        <w:left w:val="none" w:sz="0" w:space="0" w:color="auto"/>
        <w:bottom w:val="none" w:sz="0" w:space="0" w:color="auto"/>
        <w:right w:val="none" w:sz="0" w:space="0" w:color="auto"/>
      </w:divBdr>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39381956">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47638364">
      <w:bodyDiv w:val="1"/>
      <w:marLeft w:val="0"/>
      <w:marRight w:val="0"/>
      <w:marTop w:val="0"/>
      <w:marBottom w:val="0"/>
      <w:divBdr>
        <w:top w:val="none" w:sz="0" w:space="0" w:color="auto"/>
        <w:left w:val="none" w:sz="0" w:space="0" w:color="auto"/>
        <w:bottom w:val="none" w:sz="0" w:space="0" w:color="auto"/>
        <w:right w:val="none" w:sz="0" w:space="0" w:color="auto"/>
      </w:divBdr>
    </w:div>
    <w:div w:id="135537543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58310321">
      <w:bodyDiv w:val="1"/>
      <w:marLeft w:val="0"/>
      <w:marRight w:val="0"/>
      <w:marTop w:val="0"/>
      <w:marBottom w:val="0"/>
      <w:divBdr>
        <w:top w:val="none" w:sz="0" w:space="0" w:color="auto"/>
        <w:left w:val="none" w:sz="0" w:space="0" w:color="auto"/>
        <w:bottom w:val="none" w:sz="0" w:space="0" w:color="auto"/>
        <w:right w:val="none" w:sz="0" w:space="0" w:color="auto"/>
      </w:divBdr>
    </w:div>
    <w:div w:id="1381631751">
      <w:bodyDiv w:val="1"/>
      <w:marLeft w:val="0"/>
      <w:marRight w:val="0"/>
      <w:marTop w:val="0"/>
      <w:marBottom w:val="0"/>
      <w:divBdr>
        <w:top w:val="none" w:sz="0" w:space="0" w:color="auto"/>
        <w:left w:val="none" w:sz="0" w:space="0" w:color="auto"/>
        <w:bottom w:val="none" w:sz="0" w:space="0" w:color="auto"/>
        <w:right w:val="none" w:sz="0" w:space="0" w:color="auto"/>
      </w:divBdr>
    </w:div>
    <w:div w:id="1394505692">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02677401">
      <w:bodyDiv w:val="1"/>
      <w:marLeft w:val="0"/>
      <w:marRight w:val="0"/>
      <w:marTop w:val="0"/>
      <w:marBottom w:val="0"/>
      <w:divBdr>
        <w:top w:val="none" w:sz="0" w:space="0" w:color="auto"/>
        <w:left w:val="none" w:sz="0" w:space="0" w:color="auto"/>
        <w:bottom w:val="none" w:sz="0" w:space="0" w:color="auto"/>
        <w:right w:val="none" w:sz="0" w:space="0" w:color="auto"/>
      </w:divBdr>
    </w:div>
    <w:div w:id="1406956429">
      <w:bodyDiv w:val="1"/>
      <w:marLeft w:val="0"/>
      <w:marRight w:val="0"/>
      <w:marTop w:val="0"/>
      <w:marBottom w:val="0"/>
      <w:divBdr>
        <w:top w:val="none" w:sz="0" w:space="0" w:color="auto"/>
        <w:left w:val="none" w:sz="0" w:space="0" w:color="auto"/>
        <w:bottom w:val="none" w:sz="0" w:space="0" w:color="auto"/>
        <w:right w:val="none" w:sz="0" w:space="0" w:color="auto"/>
      </w:divBdr>
    </w:div>
    <w:div w:id="1407417265">
      <w:bodyDiv w:val="1"/>
      <w:marLeft w:val="0"/>
      <w:marRight w:val="0"/>
      <w:marTop w:val="0"/>
      <w:marBottom w:val="0"/>
      <w:divBdr>
        <w:top w:val="none" w:sz="0" w:space="0" w:color="auto"/>
        <w:left w:val="none" w:sz="0" w:space="0" w:color="auto"/>
        <w:bottom w:val="none" w:sz="0" w:space="0" w:color="auto"/>
        <w:right w:val="none" w:sz="0" w:space="0" w:color="auto"/>
      </w:divBdr>
    </w:div>
    <w:div w:id="1408501159">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26341498">
      <w:bodyDiv w:val="1"/>
      <w:marLeft w:val="0"/>
      <w:marRight w:val="0"/>
      <w:marTop w:val="0"/>
      <w:marBottom w:val="0"/>
      <w:divBdr>
        <w:top w:val="none" w:sz="0" w:space="0" w:color="auto"/>
        <w:left w:val="none" w:sz="0" w:space="0" w:color="auto"/>
        <w:bottom w:val="none" w:sz="0" w:space="0" w:color="auto"/>
        <w:right w:val="none" w:sz="0" w:space="0" w:color="auto"/>
      </w:divBdr>
    </w:div>
    <w:div w:id="1426878068">
      <w:bodyDiv w:val="1"/>
      <w:marLeft w:val="0"/>
      <w:marRight w:val="0"/>
      <w:marTop w:val="0"/>
      <w:marBottom w:val="0"/>
      <w:divBdr>
        <w:top w:val="none" w:sz="0" w:space="0" w:color="auto"/>
        <w:left w:val="none" w:sz="0" w:space="0" w:color="auto"/>
        <w:bottom w:val="none" w:sz="0" w:space="0" w:color="auto"/>
        <w:right w:val="none" w:sz="0" w:space="0" w:color="auto"/>
      </w:divBdr>
    </w:div>
    <w:div w:id="1431120563">
      <w:bodyDiv w:val="1"/>
      <w:marLeft w:val="0"/>
      <w:marRight w:val="0"/>
      <w:marTop w:val="0"/>
      <w:marBottom w:val="0"/>
      <w:divBdr>
        <w:top w:val="none" w:sz="0" w:space="0" w:color="auto"/>
        <w:left w:val="none" w:sz="0" w:space="0" w:color="auto"/>
        <w:bottom w:val="none" w:sz="0" w:space="0" w:color="auto"/>
        <w:right w:val="none" w:sz="0" w:space="0" w:color="auto"/>
      </w:divBdr>
    </w:div>
    <w:div w:id="1434594363">
      <w:bodyDiv w:val="1"/>
      <w:marLeft w:val="0"/>
      <w:marRight w:val="0"/>
      <w:marTop w:val="0"/>
      <w:marBottom w:val="0"/>
      <w:divBdr>
        <w:top w:val="none" w:sz="0" w:space="0" w:color="auto"/>
        <w:left w:val="none" w:sz="0" w:space="0" w:color="auto"/>
        <w:bottom w:val="none" w:sz="0" w:space="0" w:color="auto"/>
        <w:right w:val="none" w:sz="0" w:space="0" w:color="auto"/>
      </w:divBdr>
    </w:div>
    <w:div w:id="1440684150">
      <w:bodyDiv w:val="1"/>
      <w:marLeft w:val="0"/>
      <w:marRight w:val="0"/>
      <w:marTop w:val="0"/>
      <w:marBottom w:val="0"/>
      <w:divBdr>
        <w:top w:val="none" w:sz="0" w:space="0" w:color="auto"/>
        <w:left w:val="none" w:sz="0" w:space="0" w:color="auto"/>
        <w:bottom w:val="none" w:sz="0" w:space="0" w:color="auto"/>
        <w:right w:val="none" w:sz="0" w:space="0" w:color="auto"/>
      </w:divBdr>
    </w:div>
    <w:div w:id="1441341033">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6095255">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59180657">
      <w:bodyDiv w:val="1"/>
      <w:marLeft w:val="0"/>
      <w:marRight w:val="0"/>
      <w:marTop w:val="0"/>
      <w:marBottom w:val="0"/>
      <w:divBdr>
        <w:top w:val="none" w:sz="0" w:space="0" w:color="auto"/>
        <w:left w:val="none" w:sz="0" w:space="0" w:color="auto"/>
        <w:bottom w:val="none" w:sz="0" w:space="0" w:color="auto"/>
        <w:right w:val="none" w:sz="0" w:space="0" w:color="auto"/>
      </w:divBdr>
      <w:divsChild>
        <w:div w:id="1030685609">
          <w:marLeft w:val="0"/>
          <w:marRight w:val="0"/>
          <w:marTop w:val="0"/>
          <w:marBottom w:val="0"/>
          <w:divBdr>
            <w:top w:val="none" w:sz="0" w:space="0" w:color="auto"/>
            <w:left w:val="none" w:sz="0" w:space="0" w:color="auto"/>
            <w:bottom w:val="none" w:sz="0" w:space="0" w:color="auto"/>
            <w:right w:val="none" w:sz="0" w:space="0" w:color="auto"/>
          </w:divBdr>
          <w:divsChild>
            <w:div w:id="17856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7397">
      <w:bodyDiv w:val="1"/>
      <w:marLeft w:val="0"/>
      <w:marRight w:val="0"/>
      <w:marTop w:val="0"/>
      <w:marBottom w:val="0"/>
      <w:divBdr>
        <w:top w:val="none" w:sz="0" w:space="0" w:color="auto"/>
        <w:left w:val="none" w:sz="0" w:space="0" w:color="auto"/>
        <w:bottom w:val="none" w:sz="0" w:space="0" w:color="auto"/>
        <w:right w:val="none" w:sz="0" w:space="0" w:color="auto"/>
      </w:divBdr>
    </w:div>
    <w:div w:id="1460487439">
      <w:bodyDiv w:val="1"/>
      <w:marLeft w:val="0"/>
      <w:marRight w:val="0"/>
      <w:marTop w:val="0"/>
      <w:marBottom w:val="0"/>
      <w:divBdr>
        <w:top w:val="none" w:sz="0" w:space="0" w:color="auto"/>
        <w:left w:val="none" w:sz="0" w:space="0" w:color="auto"/>
        <w:bottom w:val="none" w:sz="0" w:space="0" w:color="auto"/>
        <w:right w:val="none" w:sz="0" w:space="0" w:color="auto"/>
      </w:divBdr>
    </w:div>
    <w:div w:id="1461025099">
      <w:bodyDiv w:val="1"/>
      <w:marLeft w:val="0"/>
      <w:marRight w:val="0"/>
      <w:marTop w:val="0"/>
      <w:marBottom w:val="0"/>
      <w:divBdr>
        <w:top w:val="none" w:sz="0" w:space="0" w:color="auto"/>
        <w:left w:val="none" w:sz="0" w:space="0" w:color="auto"/>
        <w:bottom w:val="none" w:sz="0" w:space="0" w:color="auto"/>
        <w:right w:val="none" w:sz="0" w:space="0" w:color="auto"/>
      </w:divBdr>
    </w:div>
    <w:div w:id="1465926106">
      <w:bodyDiv w:val="1"/>
      <w:marLeft w:val="0"/>
      <w:marRight w:val="0"/>
      <w:marTop w:val="0"/>
      <w:marBottom w:val="0"/>
      <w:divBdr>
        <w:top w:val="none" w:sz="0" w:space="0" w:color="auto"/>
        <w:left w:val="none" w:sz="0" w:space="0" w:color="auto"/>
        <w:bottom w:val="none" w:sz="0" w:space="0" w:color="auto"/>
        <w:right w:val="none" w:sz="0" w:space="0" w:color="auto"/>
      </w:divBdr>
    </w:div>
    <w:div w:id="1466846814">
      <w:bodyDiv w:val="1"/>
      <w:marLeft w:val="0"/>
      <w:marRight w:val="0"/>
      <w:marTop w:val="0"/>
      <w:marBottom w:val="0"/>
      <w:divBdr>
        <w:top w:val="none" w:sz="0" w:space="0" w:color="auto"/>
        <w:left w:val="none" w:sz="0" w:space="0" w:color="auto"/>
        <w:bottom w:val="none" w:sz="0" w:space="0" w:color="auto"/>
        <w:right w:val="none" w:sz="0" w:space="0" w:color="auto"/>
      </w:divBdr>
    </w:div>
    <w:div w:id="1491143309">
      <w:bodyDiv w:val="1"/>
      <w:marLeft w:val="0"/>
      <w:marRight w:val="0"/>
      <w:marTop w:val="0"/>
      <w:marBottom w:val="0"/>
      <w:divBdr>
        <w:top w:val="none" w:sz="0" w:space="0" w:color="auto"/>
        <w:left w:val="none" w:sz="0" w:space="0" w:color="auto"/>
        <w:bottom w:val="none" w:sz="0" w:space="0" w:color="auto"/>
        <w:right w:val="none" w:sz="0" w:space="0" w:color="auto"/>
      </w:divBdr>
    </w:div>
    <w:div w:id="1494448602">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05433098">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25092113">
      <w:bodyDiv w:val="1"/>
      <w:marLeft w:val="0"/>
      <w:marRight w:val="0"/>
      <w:marTop w:val="0"/>
      <w:marBottom w:val="0"/>
      <w:divBdr>
        <w:top w:val="none" w:sz="0" w:space="0" w:color="auto"/>
        <w:left w:val="none" w:sz="0" w:space="0" w:color="auto"/>
        <w:bottom w:val="none" w:sz="0" w:space="0" w:color="auto"/>
        <w:right w:val="none" w:sz="0" w:space="0" w:color="auto"/>
      </w:divBdr>
    </w:div>
    <w:div w:id="1537352638">
      <w:bodyDiv w:val="1"/>
      <w:marLeft w:val="0"/>
      <w:marRight w:val="0"/>
      <w:marTop w:val="0"/>
      <w:marBottom w:val="0"/>
      <w:divBdr>
        <w:top w:val="none" w:sz="0" w:space="0" w:color="auto"/>
        <w:left w:val="none" w:sz="0" w:space="0" w:color="auto"/>
        <w:bottom w:val="none" w:sz="0" w:space="0" w:color="auto"/>
        <w:right w:val="none" w:sz="0" w:space="0" w:color="auto"/>
      </w:divBdr>
    </w:div>
    <w:div w:id="1538927410">
      <w:bodyDiv w:val="1"/>
      <w:marLeft w:val="0"/>
      <w:marRight w:val="0"/>
      <w:marTop w:val="0"/>
      <w:marBottom w:val="0"/>
      <w:divBdr>
        <w:top w:val="none" w:sz="0" w:space="0" w:color="auto"/>
        <w:left w:val="none" w:sz="0" w:space="0" w:color="auto"/>
        <w:bottom w:val="none" w:sz="0" w:space="0" w:color="auto"/>
        <w:right w:val="none" w:sz="0" w:space="0" w:color="auto"/>
      </w:divBdr>
    </w:div>
    <w:div w:id="1546678298">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585913890">
      <w:bodyDiv w:val="1"/>
      <w:marLeft w:val="0"/>
      <w:marRight w:val="0"/>
      <w:marTop w:val="0"/>
      <w:marBottom w:val="0"/>
      <w:divBdr>
        <w:top w:val="none" w:sz="0" w:space="0" w:color="auto"/>
        <w:left w:val="none" w:sz="0" w:space="0" w:color="auto"/>
        <w:bottom w:val="none" w:sz="0" w:space="0" w:color="auto"/>
        <w:right w:val="none" w:sz="0" w:space="0" w:color="auto"/>
      </w:divBdr>
    </w:div>
    <w:div w:id="1594584257">
      <w:bodyDiv w:val="1"/>
      <w:marLeft w:val="0"/>
      <w:marRight w:val="0"/>
      <w:marTop w:val="0"/>
      <w:marBottom w:val="0"/>
      <w:divBdr>
        <w:top w:val="none" w:sz="0" w:space="0" w:color="auto"/>
        <w:left w:val="none" w:sz="0" w:space="0" w:color="auto"/>
        <w:bottom w:val="none" w:sz="0" w:space="0" w:color="auto"/>
        <w:right w:val="none" w:sz="0" w:space="0" w:color="auto"/>
      </w:divBdr>
    </w:div>
    <w:div w:id="1612515842">
      <w:bodyDiv w:val="1"/>
      <w:marLeft w:val="0"/>
      <w:marRight w:val="0"/>
      <w:marTop w:val="0"/>
      <w:marBottom w:val="0"/>
      <w:divBdr>
        <w:top w:val="none" w:sz="0" w:space="0" w:color="auto"/>
        <w:left w:val="none" w:sz="0" w:space="0" w:color="auto"/>
        <w:bottom w:val="none" w:sz="0" w:space="0" w:color="auto"/>
        <w:right w:val="none" w:sz="0" w:space="0" w:color="auto"/>
      </w:divBdr>
    </w:div>
    <w:div w:id="1618223077">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44580816">
      <w:bodyDiv w:val="1"/>
      <w:marLeft w:val="0"/>
      <w:marRight w:val="0"/>
      <w:marTop w:val="0"/>
      <w:marBottom w:val="0"/>
      <w:divBdr>
        <w:top w:val="none" w:sz="0" w:space="0" w:color="auto"/>
        <w:left w:val="none" w:sz="0" w:space="0" w:color="auto"/>
        <w:bottom w:val="none" w:sz="0" w:space="0" w:color="auto"/>
        <w:right w:val="none" w:sz="0" w:space="0" w:color="auto"/>
      </w:divBdr>
    </w:div>
    <w:div w:id="1648364260">
      <w:bodyDiv w:val="1"/>
      <w:marLeft w:val="0"/>
      <w:marRight w:val="0"/>
      <w:marTop w:val="0"/>
      <w:marBottom w:val="0"/>
      <w:divBdr>
        <w:top w:val="none" w:sz="0" w:space="0" w:color="auto"/>
        <w:left w:val="none" w:sz="0" w:space="0" w:color="auto"/>
        <w:bottom w:val="none" w:sz="0" w:space="0" w:color="auto"/>
        <w:right w:val="none" w:sz="0" w:space="0" w:color="auto"/>
      </w:divBdr>
      <w:divsChild>
        <w:div w:id="1565526077">
          <w:marLeft w:val="0"/>
          <w:marRight w:val="0"/>
          <w:marTop w:val="0"/>
          <w:marBottom w:val="0"/>
          <w:divBdr>
            <w:top w:val="none" w:sz="0" w:space="0" w:color="auto"/>
            <w:left w:val="none" w:sz="0" w:space="0" w:color="auto"/>
            <w:bottom w:val="none" w:sz="0" w:space="0" w:color="auto"/>
            <w:right w:val="none" w:sz="0" w:space="0" w:color="auto"/>
          </w:divBdr>
          <w:divsChild>
            <w:div w:id="633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95220">
      <w:bodyDiv w:val="1"/>
      <w:marLeft w:val="0"/>
      <w:marRight w:val="0"/>
      <w:marTop w:val="0"/>
      <w:marBottom w:val="0"/>
      <w:divBdr>
        <w:top w:val="none" w:sz="0" w:space="0" w:color="auto"/>
        <w:left w:val="none" w:sz="0" w:space="0" w:color="auto"/>
        <w:bottom w:val="none" w:sz="0" w:space="0" w:color="auto"/>
        <w:right w:val="none" w:sz="0" w:space="0" w:color="auto"/>
      </w:divBdr>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660692839">
      <w:bodyDiv w:val="1"/>
      <w:marLeft w:val="0"/>
      <w:marRight w:val="0"/>
      <w:marTop w:val="0"/>
      <w:marBottom w:val="0"/>
      <w:divBdr>
        <w:top w:val="none" w:sz="0" w:space="0" w:color="auto"/>
        <w:left w:val="none" w:sz="0" w:space="0" w:color="auto"/>
        <w:bottom w:val="none" w:sz="0" w:space="0" w:color="auto"/>
        <w:right w:val="none" w:sz="0" w:space="0" w:color="auto"/>
      </w:divBdr>
    </w:div>
    <w:div w:id="1681278297">
      <w:bodyDiv w:val="1"/>
      <w:marLeft w:val="0"/>
      <w:marRight w:val="0"/>
      <w:marTop w:val="0"/>
      <w:marBottom w:val="0"/>
      <w:divBdr>
        <w:top w:val="none" w:sz="0" w:space="0" w:color="auto"/>
        <w:left w:val="none" w:sz="0" w:space="0" w:color="auto"/>
        <w:bottom w:val="none" w:sz="0" w:space="0" w:color="auto"/>
        <w:right w:val="none" w:sz="0" w:space="0" w:color="auto"/>
      </w:divBdr>
    </w:div>
    <w:div w:id="1686201645">
      <w:bodyDiv w:val="1"/>
      <w:marLeft w:val="0"/>
      <w:marRight w:val="0"/>
      <w:marTop w:val="0"/>
      <w:marBottom w:val="0"/>
      <w:divBdr>
        <w:top w:val="none" w:sz="0" w:space="0" w:color="auto"/>
        <w:left w:val="none" w:sz="0" w:space="0" w:color="auto"/>
        <w:bottom w:val="none" w:sz="0" w:space="0" w:color="auto"/>
        <w:right w:val="none" w:sz="0" w:space="0" w:color="auto"/>
      </w:divBdr>
    </w:div>
    <w:div w:id="1697000577">
      <w:bodyDiv w:val="1"/>
      <w:marLeft w:val="0"/>
      <w:marRight w:val="0"/>
      <w:marTop w:val="0"/>
      <w:marBottom w:val="0"/>
      <w:divBdr>
        <w:top w:val="none" w:sz="0" w:space="0" w:color="auto"/>
        <w:left w:val="none" w:sz="0" w:space="0" w:color="auto"/>
        <w:bottom w:val="none" w:sz="0" w:space="0" w:color="auto"/>
        <w:right w:val="none" w:sz="0" w:space="0" w:color="auto"/>
      </w:divBdr>
    </w:div>
    <w:div w:id="1697651952">
      <w:bodyDiv w:val="1"/>
      <w:marLeft w:val="0"/>
      <w:marRight w:val="0"/>
      <w:marTop w:val="0"/>
      <w:marBottom w:val="0"/>
      <w:divBdr>
        <w:top w:val="none" w:sz="0" w:space="0" w:color="auto"/>
        <w:left w:val="none" w:sz="0" w:space="0" w:color="auto"/>
        <w:bottom w:val="none" w:sz="0" w:space="0" w:color="auto"/>
        <w:right w:val="none" w:sz="0" w:space="0" w:color="auto"/>
      </w:divBdr>
    </w:div>
    <w:div w:id="1700659721">
      <w:bodyDiv w:val="1"/>
      <w:marLeft w:val="0"/>
      <w:marRight w:val="0"/>
      <w:marTop w:val="0"/>
      <w:marBottom w:val="0"/>
      <w:divBdr>
        <w:top w:val="none" w:sz="0" w:space="0" w:color="auto"/>
        <w:left w:val="none" w:sz="0" w:space="0" w:color="auto"/>
        <w:bottom w:val="none" w:sz="0" w:space="0" w:color="auto"/>
        <w:right w:val="none" w:sz="0" w:space="0" w:color="auto"/>
      </w:divBdr>
    </w:div>
    <w:div w:id="1705864505">
      <w:bodyDiv w:val="1"/>
      <w:marLeft w:val="0"/>
      <w:marRight w:val="0"/>
      <w:marTop w:val="0"/>
      <w:marBottom w:val="0"/>
      <w:divBdr>
        <w:top w:val="none" w:sz="0" w:space="0" w:color="auto"/>
        <w:left w:val="none" w:sz="0" w:space="0" w:color="auto"/>
        <w:bottom w:val="none" w:sz="0" w:space="0" w:color="auto"/>
        <w:right w:val="none" w:sz="0" w:space="0" w:color="auto"/>
      </w:divBdr>
    </w:div>
    <w:div w:id="1710761596">
      <w:bodyDiv w:val="1"/>
      <w:marLeft w:val="0"/>
      <w:marRight w:val="0"/>
      <w:marTop w:val="0"/>
      <w:marBottom w:val="0"/>
      <w:divBdr>
        <w:top w:val="none" w:sz="0" w:space="0" w:color="auto"/>
        <w:left w:val="none" w:sz="0" w:space="0" w:color="auto"/>
        <w:bottom w:val="none" w:sz="0" w:space="0" w:color="auto"/>
        <w:right w:val="none" w:sz="0" w:space="0" w:color="auto"/>
      </w:divBdr>
    </w:div>
    <w:div w:id="1713772024">
      <w:bodyDiv w:val="1"/>
      <w:marLeft w:val="0"/>
      <w:marRight w:val="0"/>
      <w:marTop w:val="0"/>
      <w:marBottom w:val="0"/>
      <w:divBdr>
        <w:top w:val="none" w:sz="0" w:space="0" w:color="auto"/>
        <w:left w:val="none" w:sz="0" w:space="0" w:color="auto"/>
        <w:bottom w:val="none" w:sz="0" w:space="0" w:color="auto"/>
        <w:right w:val="none" w:sz="0" w:space="0" w:color="auto"/>
      </w:divBdr>
    </w:div>
    <w:div w:id="1714890183">
      <w:bodyDiv w:val="1"/>
      <w:marLeft w:val="0"/>
      <w:marRight w:val="0"/>
      <w:marTop w:val="0"/>
      <w:marBottom w:val="0"/>
      <w:divBdr>
        <w:top w:val="none" w:sz="0" w:space="0" w:color="auto"/>
        <w:left w:val="none" w:sz="0" w:space="0" w:color="auto"/>
        <w:bottom w:val="none" w:sz="0" w:space="0" w:color="auto"/>
        <w:right w:val="none" w:sz="0" w:space="0" w:color="auto"/>
      </w:divBdr>
    </w:div>
    <w:div w:id="1716083234">
      <w:bodyDiv w:val="1"/>
      <w:marLeft w:val="0"/>
      <w:marRight w:val="0"/>
      <w:marTop w:val="0"/>
      <w:marBottom w:val="0"/>
      <w:divBdr>
        <w:top w:val="none" w:sz="0" w:space="0" w:color="auto"/>
        <w:left w:val="none" w:sz="0" w:space="0" w:color="auto"/>
        <w:bottom w:val="none" w:sz="0" w:space="0" w:color="auto"/>
        <w:right w:val="none" w:sz="0" w:space="0" w:color="auto"/>
      </w:divBdr>
    </w:div>
    <w:div w:id="1716156562">
      <w:bodyDiv w:val="1"/>
      <w:marLeft w:val="0"/>
      <w:marRight w:val="0"/>
      <w:marTop w:val="0"/>
      <w:marBottom w:val="0"/>
      <w:divBdr>
        <w:top w:val="none" w:sz="0" w:space="0" w:color="auto"/>
        <w:left w:val="none" w:sz="0" w:space="0" w:color="auto"/>
        <w:bottom w:val="none" w:sz="0" w:space="0" w:color="auto"/>
        <w:right w:val="none" w:sz="0" w:space="0" w:color="auto"/>
      </w:divBdr>
    </w:div>
    <w:div w:id="1723285384">
      <w:bodyDiv w:val="1"/>
      <w:marLeft w:val="0"/>
      <w:marRight w:val="0"/>
      <w:marTop w:val="0"/>
      <w:marBottom w:val="0"/>
      <w:divBdr>
        <w:top w:val="none" w:sz="0" w:space="0" w:color="auto"/>
        <w:left w:val="none" w:sz="0" w:space="0" w:color="auto"/>
        <w:bottom w:val="none" w:sz="0" w:space="0" w:color="auto"/>
        <w:right w:val="none" w:sz="0" w:space="0" w:color="auto"/>
      </w:divBdr>
    </w:div>
    <w:div w:id="1724020138">
      <w:bodyDiv w:val="1"/>
      <w:marLeft w:val="0"/>
      <w:marRight w:val="0"/>
      <w:marTop w:val="0"/>
      <w:marBottom w:val="0"/>
      <w:divBdr>
        <w:top w:val="none" w:sz="0" w:space="0" w:color="auto"/>
        <w:left w:val="none" w:sz="0" w:space="0" w:color="auto"/>
        <w:bottom w:val="none" w:sz="0" w:space="0" w:color="auto"/>
        <w:right w:val="none" w:sz="0" w:space="0" w:color="auto"/>
      </w:divBdr>
    </w:div>
    <w:div w:id="1724677053">
      <w:bodyDiv w:val="1"/>
      <w:marLeft w:val="0"/>
      <w:marRight w:val="0"/>
      <w:marTop w:val="0"/>
      <w:marBottom w:val="0"/>
      <w:divBdr>
        <w:top w:val="none" w:sz="0" w:space="0" w:color="auto"/>
        <w:left w:val="none" w:sz="0" w:space="0" w:color="auto"/>
        <w:bottom w:val="none" w:sz="0" w:space="0" w:color="auto"/>
        <w:right w:val="none" w:sz="0" w:space="0" w:color="auto"/>
      </w:divBdr>
    </w:div>
    <w:div w:id="1729836838">
      <w:bodyDiv w:val="1"/>
      <w:marLeft w:val="0"/>
      <w:marRight w:val="0"/>
      <w:marTop w:val="0"/>
      <w:marBottom w:val="0"/>
      <w:divBdr>
        <w:top w:val="none" w:sz="0" w:space="0" w:color="auto"/>
        <w:left w:val="none" w:sz="0" w:space="0" w:color="auto"/>
        <w:bottom w:val="none" w:sz="0" w:space="0" w:color="auto"/>
        <w:right w:val="none" w:sz="0" w:space="0" w:color="auto"/>
      </w:divBdr>
      <w:divsChild>
        <w:div w:id="1427195560">
          <w:marLeft w:val="0"/>
          <w:marRight w:val="0"/>
          <w:marTop w:val="0"/>
          <w:marBottom w:val="0"/>
          <w:divBdr>
            <w:top w:val="none" w:sz="0" w:space="0" w:color="auto"/>
            <w:left w:val="none" w:sz="0" w:space="0" w:color="auto"/>
            <w:bottom w:val="none" w:sz="0" w:space="0" w:color="auto"/>
            <w:right w:val="none" w:sz="0" w:space="0" w:color="auto"/>
          </w:divBdr>
          <w:divsChild>
            <w:div w:id="10565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3340">
      <w:bodyDiv w:val="1"/>
      <w:marLeft w:val="0"/>
      <w:marRight w:val="0"/>
      <w:marTop w:val="0"/>
      <w:marBottom w:val="0"/>
      <w:divBdr>
        <w:top w:val="none" w:sz="0" w:space="0" w:color="auto"/>
        <w:left w:val="none" w:sz="0" w:space="0" w:color="auto"/>
        <w:bottom w:val="none" w:sz="0" w:space="0" w:color="auto"/>
        <w:right w:val="none" w:sz="0" w:space="0" w:color="auto"/>
      </w:divBdr>
    </w:div>
    <w:div w:id="1733962737">
      <w:bodyDiv w:val="1"/>
      <w:marLeft w:val="0"/>
      <w:marRight w:val="0"/>
      <w:marTop w:val="0"/>
      <w:marBottom w:val="0"/>
      <w:divBdr>
        <w:top w:val="none" w:sz="0" w:space="0" w:color="auto"/>
        <w:left w:val="none" w:sz="0" w:space="0" w:color="auto"/>
        <w:bottom w:val="none" w:sz="0" w:space="0" w:color="auto"/>
        <w:right w:val="none" w:sz="0" w:space="0" w:color="auto"/>
      </w:divBdr>
    </w:div>
    <w:div w:id="1738354894">
      <w:bodyDiv w:val="1"/>
      <w:marLeft w:val="0"/>
      <w:marRight w:val="0"/>
      <w:marTop w:val="0"/>
      <w:marBottom w:val="0"/>
      <w:divBdr>
        <w:top w:val="none" w:sz="0" w:space="0" w:color="auto"/>
        <w:left w:val="none" w:sz="0" w:space="0" w:color="auto"/>
        <w:bottom w:val="none" w:sz="0" w:space="0" w:color="auto"/>
        <w:right w:val="none" w:sz="0" w:space="0" w:color="auto"/>
      </w:divBdr>
    </w:div>
    <w:div w:id="1744066656">
      <w:bodyDiv w:val="1"/>
      <w:marLeft w:val="0"/>
      <w:marRight w:val="0"/>
      <w:marTop w:val="0"/>
      <w:marBottom w:val="0"/>
      <w:divBdr>
        <w:top w:val="none" w:sz="0" w:space="0" w:color="auto"/>
        <w:left w:val="none" w:sz="0" w:space="0" w:color="auto"/>
        <w:bottom w:val="none" w:sz="0" w:space="0" w:color="auto"/>
        <w:right w:val="none" w:sz="0" w:space="0" w:color="auto"/>
      </w:divBdr>
    </w:div>
    <w:div w:id="1754161727">
      <w:bodyDiv w:val="1"/>
      <w:marLeft w:val="0"/>
      <w:marRight w:val="0"/>
      <w:marTop w:val="0"/>
      <w:marBottom w:val="0"/>
      <w:divBdr>
        <w:top w:val="none" w:sz="0" w:space="0" w:color="auto"/>
        <w:left w:val="none" w:sz="0" w:space="0" w:color="auto"/>
        <w:bottom w:val="none" w:sz="0" w:space="0" w:color="auto"/>
        <w:right w:val="none" w:sz="0" w:space="0" w:color="auto"/>
      </w:divBdr>
    </w:div>
    <w:div w:id="1762026426">
      <w:bodyDiv w:val="1"/>
      <w:marLeft w:val="0"/>
      <w:marRight w:val="0"/>
      <w:marTop w:val="0"/>
      <w:marBottom w:val="0"/>
      <w:divBdr>
        <w:top w:val="none" w:sz="0" w:space="0" w:color="auto"/>
        <w:left w:val="none" w:sz="0" w:space="0" w:color="auto"/>
        <w:bottom w:val="none" w:sz="0" w:space="0" w:color="auto"/>
        <w:right w:val="none" w:sz="0" w:space="0" w:color="auto"/>
      </w:divBdr>
    </w:div>
    <w:div w:id="1763455085">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74520798">
      <w:bodyDiv w:val="1"/>
      <w:marLeft w:val="0"/>
      <w:marRight w:val="0"/>
      <w:marTop w:val="0"/>
      <w:marBottom w:val="0"/>
      <w:divBdr>
        <w:top w:val="none" w:sz="0" w:space="0" w:color="auto"/>
        <w:left w:val="none" w:sz="0" w:space="0" w:color="auto"/>
        <w:bottom w:val="none" w:sz="0" w:space="0" w:color="auto"/>
        <w:right w:val="none" w:sz="0" w:space="0" w:color="auto"/>
      </w:divBdr>
    </w:div>
    <w:div w:id="1783180848">
      <w:bodyDiv w:val="1"/>
      <w:marLeft w:val="0"/>
      <w:marRight w:val="0"/>
      <w:marTop w:val="0"/>
      <w:marBottom w:val="0"/>
      <w:divBdr>
        <w:top w:val="none" w:sz="0" w:space="0" w:color="auto"/>
        <w:left w:val="none" w:sz="0" w:space="0" w:color="auto"/>
        <w:bottom w:val="none" w:sz="0" w:space="0" w:color="auto"/>
        <w:right w:val="none" w:sz="0" w:space="0" w:color="auto"/>
      </w:divBdr>
    </w:div>
    <w:div w:id="1786390801">
      <w:bodyDiv w:val="1"/>
      <w:marLeft w:val="0"/>
      <w:marRight w:val="0"/>
      <w:marTop w:val="0"/>
      <w:marBottom w:val="0"/>
      <w:divBdr>
        <w:top w:val="none" w:sz="0" w:space="0" w:color="auto"/>
        <w:left w:val="none" w:sz="0" w:space="0" w:color="auto"/>
        <w:bottom w:val="none" w:sz="0" w:space="0" w:color="auto"/>
        <w:right w:val="none" w:sz="0" w:space="0" w:color="auto"/>
      </w:divBdr>
    </w:div>
    <w:div w:id="1791439314">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798572165">
      <w:bodyDiv w:val="1"/>
      <w:marLeft w:val="0"/>
      <w:marRight w:val="0"/>
      <w:marTop w:val="0"/>
      <w:marBottom w:val="0"/>
      <w:divBdr>
        <w:top w:val="none" w:sz="0" w:space="0" w:color="auto"/>
        <w:left w:val="none" w:sz="0" w:space="0" w:color="auto"/>
        <w:bottom w:val="none" w:sz="0" w:space="0" w:color="auto"/>
        <w:right w:val="none" w:sz="0" w:space="0" w:color="auto"/>
      </w:divBdr>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34915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32986429">
      <w:bodyDiv w:val="1"/>
      <w:marLeft w:val="0"/>
      <w:marRight w:val="0"/>
      <w:marTop w:val="0"/>
      <w:marBottom w:val="0"/>
      <w:divBdr>
        <w:top w:val="none" w:sz="0" w:space="0" w:color="auto"/>
        <w:left w:val="none" w:sz="0" w:space="0" w:color="auto"/>
        <w:bottom w:val="none" w:sz="0" w:space="0" w:color="auto"/>
        <w:right w:val="none" w:sz="0" w:space="0" w:color="auto"/>
      </w:divBdr>
    </w:div>
    <w:div w:id="1839071951">
      <w:bodyDiv w:val="1"/>
      <w:marLeft w:val="0"/>
      <w:marRight w:val="0"/>
      <w:marTop w:val="0"/>
      <w:marBottom w:val="0"/>
      <w:divBdr>
        <w:top w:val="none" w:sz="0" w:space="0" w:color="auto"/>
        <w:left w:val="none" w:sz="0" w:space="0" w:color="auto"/>
        <w:bottom w:val="none" w:sz="0" w:space="0" w:color="auto"/>
        <w:right w:val="none" w:sz="0" w:space="0" w:color="auto"/>
      </w:divBdr>
    </w:div>
    <w:div w:id="1839540635">
      <w:bodyDiv w:val="1"/>
      <w:marLeft w:val="0"/>
      <w:marRight w:val="0"/>
      <w:marTop w:val="0"/>
      <w:marBottom w:val="0"/>
      <w:divBdr>
        <w:top w:val="none" w:sz="0" w:space="0" w:color="auto"/>
        <w:left w:val="none" w:sz="0" w:space="0" w:color="auto"/>
        <w:bottom w:val="none" w:sz="0" w:space="0" w:color="auto"/>
        <w:right w:val="none" w:sz="0" w:space="0" w:color="auto"/>
      </w:divBdr>
    </w:div>
    <w:div w:id="1843743110">
      <w:bodyDiv w:val="1"/>
      <w:marLeft w:val="0"/>
      <w:marRight w:val="0"/>
      <w:marTop w:val="0"/>
      <w:marBottom w:val="0"/>
      <w:divBdr>
        <w:top w:val="none" w:sz="0" w:space="0" w:color="auto"/>
        <w:left w:val="none" w:sz="0" w:space="0" w:color="auto"/>
        <w:bottom w:val="none" w:sz="0" w:space="0" w:color="auto"/>
        <w:right w:val="none" w:sz="0" w:space="0" w:color="auto"/>
      </w:divBdr>
    </w:div>
    <w:div w:id="1846631640">
      <w:bodyDiv w:val="1"/>
      <w:marLeft w:val="0"/>
      <w:marRight w:val="0"/>
      <w:marTop w:val="0"/>
      <w:marBottom w:val="0"/>
      <w:divBdr>
        <w:top w:val="none" w:sz="0" w:space="0" w:color="auto"/>
        <w:left w:val="none" w:sz="0" w:space="0" w:color="auto"/>
        <w:bottom w:val="none" w:sz="0" w:space="0" w:color="auto"/>
        <w:right w:val="none" w:sz="0" w:space="0" w:color="auto"/>
      </w:divBdr>
    </w:div>
    <w:div w:id="1849367702">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53227482">
      <w:bodyDiv w:val="1"/>
      <w:marLeft w:val="0"/>
      <w:marRight w:val="0"/>
      <w:marTop w:val="0"/>
      <w:marBottom w:val="0"/>
      <w:divBdr>
        <w:top w:val="none" w:sz="0" w:space="0" w:color="auto"/>
        <w:left w:val="none" w:sz="0" w:space="0" w:color="auto"/>
        <w:bottom w:val="none" w:sz="0" w:space="0" w:color="auto"/>
        <w:right w:val="none" w:sz="0" w:space="0" w:color="auto"/>
      </w:divBdr>
    </w:div>
    <w:div w:id="1858499278">
      <w:bodyDiv w:val="1"/>
      <w:marLeft w:val="0"/>
      <w:marRight w:val="0"/>
      <w:marTop w:val="0"/>
      <w:marBottom w:val="0"/>
      <w:divBdr>
        <w:top w:val="none" w:sz="0" w:space="0" w:color="auto"/>
        <w:left w:val="none" w:sz="0" w:space="0" w:color="auto"/>
        <w:bottom w:val="none" w:sz="0" w:space="0" w:color="auto"/>
        <w:right w:val="none" w:sz="0" w:space="0" w:color="auto"/>
      </w:divBdr>
    </w:div>
    <w:div w:id="1861965768">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79276701">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01744775">
      <w:bodyDiv w:val="1"/>
      <w:marLeft w:val="0"/>
      <w:marRight w:val="0"/>
      <w:marTop w:val="0"/>
      <w:marBottom w:val="0"/>
      <w:divBdr>
        <w:top w:val="none" w:sz="0" w:space="0" w:color="auto"/>
        <w:left w:val="none" w:sz="0" w:space="0" w:color="auto"/>
        <w:bottom w:val="none" w:sz="0" w:space="0" w:color="auto"/>
        <w:right w:val="none" w:sz="0" w:space="0" w:color="auto"/>
      </w:divBdr>
    </w:div>
    <w:div w:id="1904487803">
      <w:bodyDiv w:val="1"/>
      <w:marLeft w:val="0"/>
      <w:marRight w:val="0"/>
      <w:marTop w:val="0"/>
      <w:marBottom w:val="0"/>
      <w:divBdr>
        <w:top w:val="none" w:sz="0" w:space="0" w:color="auto"/>
        <w:left w:val="none" w:sz="0" w:space="0" w:color="auto"/>
        <w:bottom w:val="none" w:sz="0" w:space="0" w:color="auto"/>
        <w:right w:val="none" w:sz="0" w:space="0" w:color="auto"/>
      </w:divBdr>
    </w:div>
    <w:div w:id="1904489993">
      <w:bodyDiv w:val="1"/>
      <w:marLeft w:val="0"/>
      <w:marRight w:val="0"/>
      <w:marTop w:val="0"/>
      <w:marBottom w:val="0"/>
      <w:divBdr>
        <w:top w:val="none" w:sz="0" w:space="0" w:color="auto"/>
        <w:left w:val="none" w:sz="0" w:space="0" w:color="auto"/>
        <w:bottom w:val="none" w:sz="0" w:space="0" w:color="auto"/>
        <w:right w:val="none" w:sz="0" w:space="0" w:color="auto"/>
      </w:divBdr>
    </w:div>
    <w:div w:id="1910264311">
      <w:bodyDiv w:val="1"/>
      <w:marLeft w:val="0"/>
      <w:marRight w:val="0"/>
      <w:marTop w:val="0"/>
      <w:marBottom w:val="0"/>
      <w:divBdr>
        <w:top w:val="none" w:sz="0" w:space="0" w:color="auto"/>
        <w:left w:val="none" w:sz="0" w:space="0" w:color="auto"/>
        <w:bottom w:val="none" w:sz="0" w:space="0" w:color="auto"/>
        <w:right w:val="none" w:sz="0" w:space="0" w:color="auto"/>
      </w:divBdr>
    </w:div>
    <w:div w:id="1914470186">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18126961">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30042594">
      <w:bodyDiv w:val="1"/>
      <w:marLeft w:val="0"/>
      <w:marRight w:val="0"/>
      <w:marTop w:val="0"/>
      <w:marBottom w:val="0"/>
      <w:divBdr>
        <w:top w:val="none" w:sz="0" w:space="0" w:color="auto"/>
        <w:left w:val="none" w:sz="0" w:space="0" w:color="auto"/>
        <w:bottom w:val="none" w:sz="0" w:space="0" w:color="auto"/>
        <w:right w:val="none" w:sz="0" w:space="0" w:color="auto"/>
      </w:divBdr>
    </w:div>
    <w:div w:id="1933586871">
      <w:bodyDiv w:val="1"/>
      <w:marLeft w:val="0"/>
      <w:marRight w:val="0"/>
      <w:marTop w:val="0"/>
      <w:marBottom w:val="0"/>
      <w:divBdr>
        <w:top w:val="none" w:sz="0" w:space="0" w:color="auto"/>
        <w:left w:val="none" w:sz="0" w:space="0" w:color="auto"/>
        <w:bottom w:val="none" w:sz="0" w:space="0" w:color="auto"/>
        <w:right w:val="none" w:sz="0" w:space="0" w:color="auto"/>
      </w:divBdr>
    </w:div>
    <w:div w:id="1955360098">
      <w:bodyDiv w:val="1"/>
      <w:marLeft w:val="0"/>
      <w:marRight w:val="0"/>
      <w:marTop w:val="0"/>
      <w:marBottom w:val="0"/>
      <w:divBdr>
        <w:top w:val="none" w:sz="0" w:space="0" w:color="auto"/>
        <w:left w:val="none" w:sz="0" w:space="0" w:color="auto"/>
        <w:bottom w:val="none" w:sz="0" w:space="0" w:color="auto"/>
        <w:right w:val="none" w:sz="0" w:space="0" w:color="auto"/>
      </w:divBdr>
    </w:div>
    <w:div w:id="1964463889">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7980027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83996159">
      <w:bodyDiv w:val="1"/>
      <w:marLeft w:val="0"/>
      <w:marRight w:val="0"/>
      <w:marTop w:val="0"/>
      <w:marBottom w:val="0"/>
      <w:divBdr>
        <w:top w:val="none" w:sz="0" w:space="0" w:color="auto"/>
        <w:left w:val="none" w:sz="0" w:space="0" w:color="auto"/>
        <w:bottom w:val="none" w:sz="0" w:space="0" w:color="auto"/>
        <w:right w:val="none" w:sz="0" w:space="0" w:color="auto"/>
      </w:divBdr>
    </w:div>
    <w:div w:id="1992098854">
      <w:bodyDiv w:val="1"/>
      <w:marLeft w:val="0"/>
      <w:marRight w:val="0"/>
      <w:marTop w:val="0"/>
      <w:marBottom w:val="0"/>
      <w:divBdr>
        <w:top w:val="none" w:sz="0" w:space="0" w:color="auto"/>
        <w:left w:val="none" w:sz="0" w:space="0" w:color="auto"/>
        <w:bottom w:val="none" w:sz="0" w:space="0" w:color="auto"/>
        <w:right w:val="none" w:sz="0" w:space="0" w:color="auto"/>
      </w:divBdr>
    </w:div>
    <w:div w:id="1992589151">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05889302">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33142314">
      <w:bodyDiv w:val="1"/>
      <w:marLeft w:val="0"/>
      <w:marRight w:val="0"/>
      <w:marTop w:val="0"/>
      <w:marBottom w:val="0"/>
      <w:divBdr>
        <w:top w:val="none" w:sz="0" w:space="0" w:color="auto"/>
        <w:left w:val="none" w:sz="0" w:space="0" w:color="auto"/>
        <w:bottom w:val="none" w:sz="0" w:space="0" w:color="auto"/>
        <w:right w:val="none" w:sz="0" w:space="0" w:color="auto"/>
      </w:divBdr>
    </w:div>
    <w:div w:id="2041514866">
      <w:bodyDiv w:val="1"/>
      <w:marLeft w:val="0"/>
      <w:marRight w:val="0"/>
      <w:marTop w:val="0"/>
      <w:marBottom w:val="0"/>
      <w:divBdr>
        <w:top w:val="none" w:sz="0" w:space="0" w:color="auto"/>
        <w:left w:val="none" w:sz="0" w:space="0" w:color="auto"/>
        <w:bottom w:val="none" w:sz="0" w:space="0" w:color="auto"/>
        <w:right w:val="none" w:sz="0" w:space="0" w:color="auto"/>
      </w:divBdr>
    </w:div>
    <w:div w:id="2044598473">
      <w:bodyDiv w:val="1"/>
      <w:marLeft w:val="0"/>
      <w:marRight w:val="0"/>
      <w:marTop w:val="0"/>
      <w:marBottom w:val="0"/>
      <w:divBdr>
        <w:top w:val="none" w:sz="0" w:space="0" w:color="auto"/>
        <w:left w:val="none" w:sz="0" w:space="0" w:color="auto"/>
        <w:bottom w:val="none" w:sz="0" w:space="0" w:color="auto"/>
        <w:right w:val="none" w:sz="0" w:space="0" w:color="auto"/>
      </w:divBdr>
    </w:div>
    <w:div w:id="2057582771">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061199839">
      <w:bodyDiv w:val="1"/>
      <w:marLeft w:val="0"/>
      <w:marRight w:val="0"/>
      <w:marTop w:val="0"/>
      <w:marBottom w:val="0"/>
      <w:divBdr>
        <w:top w:val="none" w:sz="0" w:space="0" w:color="auto"/>
        <w:left w:val="none" w:sz="0" w:space="0" w:color="auto"/>
        <w:bottom w:val="none" w:sz="0" w:space="0" w:color="auto"/>
        <w:right w:val="none" w:sz="0" w:space="0" w:color="auto"/>
      </w:divBdr>
    </w:div>
    <w:div w:id="2066055114">
      <w:bodyDiv w:val="1"/>
      <w:marLeft w:val="0"/>
      <w:marRight w:val="0"/>
      <w:marTop w:val="0"/>
      <w:marBottom w:val="0"/>
      <w:divBdr>
        <w:top w:val="none" w:sz="0" w:space="0" w:color="auto"/>
        <w:left w:val="none" w:sz="0" w:space="0" w:color="auto"/>
        <w:bottom w:val="none" w:sz="0" w:space="0" w:color="auto"/>
        <w:right w:val="none" w:sz="0" w:space="0" w:color="auto"/>
      </w:divBdr>
    </w:div>
    <w:div w:id="2067097263">
      <w:bodyDiv w:val="1"/>
      <w:marLeft w:val="0"/>
      <w:marRight w:val="0"/>
      <w:marTop w:val="0"/>
      <w:marBottom w:val="0"/>
      <w:divBdr>
        <w:top w:val="none" w:sz="0" w:space="0" w:color="auto"/>
        <w:left w:val="none" w:sz="0" w:space="0" w:color="auto"/>
        <w:bottom w:val="none" w:sz="0" w:space="0" w:color="auto"/>
        <w:right w:val="none" w:sz="0" w:space="0" w:color="auto"/>
      </w:divBdr>
    </w:div>
    <w:div w:id="2067534132">
      <w:bodyDiv w:val="1"/>
      <w:marLeft w:val="0"/>
      <w:marRight w:val="0"/>
      <w:marTop w:val="0"/>
      <w:marBottom w:val="0"/>
      <w:divBdr>
        <w:top w:val="none" w:sz="0" w:space="0" w:color="auto"/>
        <w:left w:val="none" w:sz="0" w:space="0" w:color="auto"/>
        <w:bottom w:val="none" w:sz="0" w:space="0" w:color="auto"/>
        <w:right w:val="none" w:sz="0" w:space="0" w:color="auto"/>
      </w:divBdr>
    </w:div>
    <w:div w:id="2067795465">
      <w:bodyDiv w:val="1"/>
      <w:marLeft w:val="0"/>
      <w:marRight w:val="0"/>
      <w:marTop w:val="0"/>
      <w:marBottom w:val="0"/>
      <w:divBdr>
        <w:top w:val="none" w:sz="0" w:space="0" w:color="auto"/>
        <w:left w:val="none" w:sz="0" w:space="0" w:color="auto"/>
        <w:bottom w:val="none" w:sz="0" w:space="0" w:color="auto"/>
        <w:right w:val="none" w:sz="0" w:space="0" w:color="auto"/>
      </w:divBdr>
    </w:div>
    <w:div w:id="2081756409">
      <w:bodyDiv w:val="1"/>
      <w:marLeft w:val="0"/>
      <w:marRight w:val="0"/>
      <w:marTop w:val="0"/>
      <w:marBottom w:val="0"/>
      <w:divBdr>
        <w:top w:val="none" w:sz="0" w:space="0" w:color="auto"/>
        <w:left w:val="none" w:sz="0" w:space="0" w:color="auto"/>
        <w:bottom w:val="none" w:sz="0" w:space="0" w:color="auto"/>
        <w:right w:val="none" w:sz="0" w:space="0" w:color="auto"/>
      </w:divBdr>
    </w:div>
    <w:div w:id="2093963303">
      <w:bodyDiv w:val="1"/>
      <w:marLeft w:val="0"/>
      <w:marRight w:val="0"/>
      <w:marTop w:val="0"/>
      <w:marBottom w:val="0"/>
      <w:divBdr>
        <w:top w:val="none" w:sz="0" w:space="0" w:color="auto"/>
        <w:left w:val="none" w:sz="0" w:space="0" w:color="auto"/>
        <w:bottom w:val="none" w:sz="0" w:space="0" w:color="auto"/>
        <w:right w:val="none" w:sz="0" w:space="0" w:color="auto"/>
      </w:divBdr>
    </w:div>
    <w:div w:id="2097940846">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15206951">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30392685">
      <w:bodyDiv w:val="1"/>
      <w:marLeft w:val="0"/>
      <w:marRight w:val="0"/>
      <w:marTop w:val="0"/>
      <w:marBottom w:val="0"/>
      <w:divBdr>
        <w:top w:val="none" w:sz="0" w:space="0" w:color="auto"/>
        <w:left w:val="none" w:sz="0" w:space="0" w:color="auto"/>
        <w:bottom w:val="none" w:sz="0" w:space="0" w:color="auto"/>
        <w:right w:val="none" w:sz="0" w:space="0" w:color="auto"/>
      </w:divBdr>
    </w:div>
    <w:div w:id="2133283656">
      <w:bodyDiv w:val="1"/>
      <w:marLeft w:val="0"/>
      <w:marRight w:val="0"/>
      <w:marTop w:val="0"/>
      <w:marBottom w:val="0"/>
      <w:divBdr>
        <w:top w:val="none" w:sz="0" w:space="0" w:color="auto"/>
        <w:left w:val="none" w:sz="0" w:space="0" w:color="auto"/>
        <w:bottom w:val="none" w:sz="0" w:space="0" w:color="auto"/>
        <w:right w:val="none" w:sz="0" w:space="0" w:color="auto"/>
      </w:divBdr>
    </w:div>
    <w:div w:id="2136674077">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21</Pages>
  <Words>4427</Words>
  <Characters>25234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52</cp:revision>
  <dcterms:created xsi:type="dcterms:W3CDTF">2026-08-09T16:14:00Z</dcterms:created>
  <dcterms:modified xsi:type="dcterms:W3CDTF">2026-08-10T09:53:00Z</dcterms:modified>
  <cp:category/>
</cp:coreProperties>
</file>